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Chủ đề 1. THẾ GIỚI TRONG VÀ SAU CHIẾN TRANH L...</w:t>
      </w:r>
    </w:p>
    <w:p>
      <w:pPr>
        <w:jc w:val="center"/>
      </w:pPr>
      <w:r>
        <w:rPr>
          <w:sz w:val="22"/>
        </w:rPr>
        <w:t>Số câu: 15    Thời gian: _____ phút    Họ và tên: _________________________</w:t>
      </w:r>
    </w:p>
    <w:p/>
    <w:p>
      <w:r>
        <w:rPr>
          <w:b/>
          <w:sz w:val="24"/>
        </w:rPr>
        <w:t>Câu 1: Liên hợp quốc chính thức được thành lập vào thời gian nào?</w:t>
      </w:r>
    </w:p>
    <w:p>
      <w:pPr>
        <w:pStyle w:val="ListParagraph"/>
      </w:pPr>
      <w:r>
        <w:rPr>
          <w:sz w:val="22"/>
        </w:rPr>
        <w:t>A. 24/10/1945</w:t>
      </w:r>
    </w:p>
    <w:p>
      <w:pPr>
        <w:pStyle w:val="ListParagraph"/>
      </w:pPr>
      <w:r>
        <w:rPr>
          <w:sz w:val="22"/>
        </w:rPr>
        <w:t>B. 2/1945</w:t>
      </w:r>
    </w:p>
    <w:p>
      <w:pPr>
        <w:pStyle w:val="ListParagraph"/>
      </w:pPr>
      <w:r>
        <w:rPr>
          <w:sz w:val="22"/>
        </w:rPr>
        <w:t>C. 4/1945</w:t>
      </w:r>
    </w:p>
    <w:p>
      <w:pPr>
        <w:pStyle w:val="ListParagraph"/>
      </w:pPr>
      <w:r>
        <w:rPr>
          <w:sz w:val="22"/>
        </w:rPr>
        <w:t>D. 1943</w:t>
      </w:r>
    </w:p>
    <w:p/>
    <w:p>
      <w:r>
        <w:rPr>
          <w:b/>
          <w:sz w:val="24"/>
        </w:rPr>
        <w:t>Câu 2: Hội nghị nào đã thông qua Hiến chương Liên hợp quốc?</w:t>
      </w:r>
    </w:p>
    <w:p>
      <w:pPr>
        <w:pStyle w:val="ListParagraph"/>
      </w:pPr>
      <w:r>
        <w:rPr>
          <w:sz w:val="22"/>
        </w:rPr>
        <w:t>A. Hội nghị I-an-ta</w:t>
      </w:r>
    </w:p>
    <w:p>
      <w:pPr>
        <w:pStyle w:val="ListParagraph"/>
      </w:pPr>
      <w:r>
        <w:rPr>
          <w:sz w:val="22"/>
        </w:rPr>
        <w:t>B. Hội nghị Tê-hê-ran</w:t>
      </w:r>
    </w:p>
    <w:p>
      <w:pPr>
        <w:pStyle w:val="ListParagraph"/>
      </w:pPr>
      <w:r>
        <w:rPr>
          <w:sz w:val="22"/>
        </w:rPr>
        <w:t>C. Hội nghị Xan-Phran-xi-xcô</w:t>
      </w:r>
    </w:p>
    <w:p>
      <w:pPr>
        <w:pStyle w:val="ListParagraph"/>
      </w:pPr>
      <w:r>
        <w:rPr>
          <w:sz w:val="22"/>
        </w:rPr>
        <w:t>D. Hội nghị Pốt-xđam</w:t>
      </w:r>
    </w:p>
    <w:p/>
    <w:p>
      <w:r>
        <w:rPr>
          <w:b/>
          <w:sz w:val="24"/>
        </w:rPr>
        <w:t>Câu 3: Mục tiêu hàng đầu của Liên hợp quốc là gì?</w:t>
      </w:r>
    </w:p>
    <w:p>
      <w:pPr>
        <w:pStyle w:val="ListParagraph"/>
      </w:pPr>
      <w:r>
        <w:rPr>
          <w:sz w:val="22"/>
        </w:rPr>
        <w:t>A. Duy trì hòa bình và an ninh quốc tế</w:t>
      </w:r>
    </w:p>
    <w:p>
      <w:pPr>
        <w:pStyle w:val="ListParagraph"/>
      </w:pPr>
      <w:r>
        <w:rPr>
          <w:sz w:val="22"/>
        </w:rPr>
        <w:t>B. Thúc đẩy phát triển kinh tế tư bản chủ nghĩa</w:t>
      </w:r>
    </w:p>
    <w:p>
      <w:pPr>
        <w:pStyle w:val="ListParagraph"/>
      </w:pPr>
      <w:r>
        <w:rPr>
          <w:sz w:val="22"/>
        </w:rPr>
        <w:t>C. Thành lập các liên minh quân sự</w:t>
      </w:r>
    </w:p>
    <w:p>
      <w:pPr>
        <w:pStyle w:val="ListParagraph"/>
      </w:pPr>
      <w:r>
        <w:rPr>
          <w:sz w:val="22"/>
        </w:rPr>
        <w:t>D. Phân chia phạm vi ảnh hưởng giữa các cường quốc</w:t>
      </w:r>
    </w:p>
    <w:p/>
    <w:p>
      <w:r>
        <w:rPr>
          <w:b/>
          <w:sz w:val="24"/>
        </w:rPr>
        <w:t>Câu 4: Theo Hiến chương, một trong những nguyên tắc hoạt động của Liên hợp quốc là</w:t>
      </w:r>
    </w:p>
    <w:p>
      <w:pPr>
        <w:pStyle w:val="ListParagraph"/>
      </w:pPr>
      <w:r>
        <w:rPr>
          <w:sz w:val="22"/>
        </w:rPr>
        <w:t>A. Can thiệp vào công việc nội bộ các nước</w:t>
      </w:r>
    </w:p>
    <w:p>
      <w:pPr>
        <w:pStyle w:val="ListParagraph"/>
      </w:pPr>
      <w:r>
        <w:rPr>
          <w:sz w:val="22"/>
        </w:rPr>
        <w:t>B. Không can thiệp vào công việc nội bộ các nước</w:t>
      </w:r>
    </w:p>
    <w:p>
      <w:pPr>
        <w:pStyle w:val="ListParagraph"/>
      </w:pPr>
      <w:r>
        <w:rPr>
          <w:sz w:val="22"/>
        </w:rPr>
        <w:t>C. Sử dụng vũ lực trong quan hệ quốc tế</w:t>
      </w:r>
    </w:p>
    <w:p>
      <w:pPr>
        <w:pStyle w:val="ListParagraph"/>
      </w:pPr>
      <w:r>
        <w:rPr>
          <w:sz w:val="22"/>
        </w:rPr>
        <w:t>D. Phân biệt đối xử giữa các quốc gia</w:t>
      </w:r>
    </w:p>
    <w:p/>
    <w:p>
      <w:r>
        <w:rPr>
          <w:b/>
          <w:sz w:val="24"/>
        </w:rPr>
        <w:t>Câu 5: Liên hợp quốc thông qua Tuyên ngôn Nhân quyền vào năm nào?</w:t>
      </w:r>
    </w:p>
    <w:p>
      <w:pPr>
        <w:pStyle w:val="ListParagraph"/>
      </w:pPr>
      <w:r>
        <w:rPr>
          <w:sz w:val="22"/>
        </w:rPr>
        <w:t>A. 1945</w:t>
      </w:r>
    </w:p>
    <w:p>
      <w:pPr>
        <w:pStyle w:val="ListParagraph"/>
      </w:pPr>
      <w:r>
        <w:rPr>
          <w:sz w:val="22"/>
        </w:rPr>
        <w:t>B. 1948</w:t>
      </w:r>
    </w:p>
    <w:p>
      <w:pPr>
        <w:pStyle w:val="ListParagraph"/>
      </w:pPr>
      <w:r>
        <w:rPr>
          <w:sz w:val="22"/>
        </w:rPr>
        <w:t>C. 1950</w:t>
      </w:r>
    </w:p>
    <w:p>
      <w:pPr>
        <w:pStyle w:val="ListParagraph"/>
      </w:pPr>
      <w:r>
        <w:rPr>
          <w:sz w:val="22"/>
        </w:rPr>
        <w:t>D. 1975</w:t>
      </w:r>
    </w:p>
    <w:p/>
    <w:p>
      <w:r>
        <w:rPr>
          <w:b/>
          <w:sz w:val="24"/>
        </w:rPr>
        <w:t>Câu 6: Chương trình nghị sự 2030 vì sự phát triển bền vững của Liên hợp quốc đặt ra bao nhiêu mục tiêu?</w:t>
      </w:r>
    </w:p>
    <w:p>
      <w:pPr>
        <w:pStyle w:val="ListParagraph"/>
      </w:pPr>
      <w:r>
        <w:rPr>
          <w:sz w:val="22"/>
        </w:rPr>
        <w:t>A. 15</w:t>
      </w:r>
    </w:p>
    <w:p>
      <w:pPr>
        <w:pStyle w:val="ListParagraph"/>
      </w:pPr>
      <w:r>
        <w:rPr>
          <w:sz w:val="22"/>
        </w:rPr>
        <w:t>B. 16</w:t>
      </w:r>
    </w:p>
    <w:p>
      <w:pPr>
        <w:pStyle w:val="ListParagraph"/>
      </w:pPr>
      <w:r>
        <w:rPr>
          <w:sz w:val="22"/>
        </w:rPr>
        <w:t>C. 17</w:t>
      </w:r>
    </w:p>
    <w:p>
      <w:pPr>
        <w:pStyle w:val="ListParagraph"/>
      </w:pPr>
      <w:r>
        <w:rPr>
          <w:sz w:val="22"/>
        </w:rPr>
        <w:t>D. 18</w:t>
      </w:r>
    </w:p>
    <w:p/>
    <w:p>
      <w:r>
        <w:rPr>
          <w:b/>
          <w:sz w:val="24"/>
        </w:rPr>
        <w:t>Câu 7: Trật tự thế giới hai cực I-an-ta được hình thành từ hội nghị nào?</w:t>
      </w:r>
    </w:p>
    <w:p>
      <w:pPr>
        <w:pStyle w:val="ListParagraph"/>
      </w:pPr>
      <w:r>
        <w:rPr>
          <w:sz w:val="22"/>
        </w:rPr>
        <w:t>A. Hội nghị I-an-ta</w:t>
      </w:r>
    </w:p>
    <w:p>
      <w:pPr>
        <w:pStyle w:val="ListParagraph"/>
      </w:pPr>
      <w:r>
        <w:rPr>
          <w:sz w:val="22"/>
        </w:rPr>
        <w:t>B. Hội nghị Xan-Phran-xi-xcô</w:t>
      </w:r>
    </w:p>
    <w:p>
      <w:pPr>
        <w:pStyle w:val="ListParagraph"/>
      </w:pPr>
      <w:r>
        <w:rPr>
          <w:sz w:val="22"/>
        </w:rPr>
        <w:t>C. Hội nghị Tê-hê-ran</w:t>
      </w:r>
    </w:p>
    <w:p>
      <w:pPr>
        <w:pStyle w:val="ListParagraph"/>
      </w:pPr>
      <w:r>
        <w:rPr>
          <w:sz w:val="22"/>
        </w:rPr>
        <w:t>D. Hội nghị Vác-sa-va</w:t>
      </w:r>
    </w:p>
    <w:p/>
    <w:p>
      <w:r>
        <w:rPr>
          <w:b/>
          <w:sz w:val="24"/>
        </w:rPr>
        <w:t>Câu 8: Một nội dung quan trọng của Hội nghị I-an-ta là</w:t>
      </w:r>
    </w:p>
    <w:p>
      <w:pPr>
        <w:pStyle w:val="ListParagraph"/>
      </w:pPr>
      <w:r>
        <w:rPr>
          <w:sz w:val="22"/>
        </w:rPr>
        <w:t>A. Tiêu diệt tận gốc phát xít Đức và quân phiệt Nhật Bản</w:t>
      </w:r>
    </w:p>
    <w:p>
      <w:pPr>
        <w:pStyle w:val="ListParagraph"/>
      </w:pPr>
      <w:r>
        <w:rPr>
          <w:sz w:val="22"/>
        </w:rPr>
        <w:t>B. Thành lập Liên hợp quốc</w:t>
      </w:r>
    </w:p>
    <w:p>
      <w:pPr>
        <w:pStyle w:val="ListParagraph"/>
      </w:pPr>
      <w:r>
        <w:rPr>
          <w:sz w:val="22"/>
        </w:rPr>
        <w:t>C. Ký Hiến chương Liên hợp quốc</w:t>
      </w:r>
    </w:p>
    <w:p>
      <w:pPr>
        <w:pStyle w:val="ListParagraph"/>
      </w:pPr>
      <w:r>
        <w:rPr>
          <w:sz w:val="22"/>
        </w:rPr>
        <w:t>D. Chấm dứt Chiến tranh lạnh</w:t>
      </w:r>
    </w:p>
    <w:p/>
    <w:p>
      <w:r>
        <w:rPr>
          <w:b/>
          <w:sz w:val="24"/>
        </w:rPr>
        <w:t>Câu 9: Chiến tranh lạnh do Mỹ phát động bắt đầu vào thời gian nào?</w:t>
      </w:r>
    </w:p>
    <w:p>
      <w:pPr>
        <w:pStyle w:val="ListParagraph"/>
      </w:pPr>
      <w:r>
        <w:rPr>
          <w:sz w:val="22"/>
        </w:rPr>
        <w:t>A. 3/1947</w:t>
      </w:r>
    </w:p>
    <w:p>
      <w:pPr>
        <w:pStyle w:val="ListParagraph"/>
      </w:pPr>
      <w:r>
        <w:rPr>
          <w:sz w:val="22"/>
        </w:rPr>
        <w:t>B. 2/1945</w:t>
      </w:r>
    </w:p>
    <w:p>
      <w:pPr>
        <w:pStyle w:val="ListParagraph"/>
      </w:pPr>
      <w:r>
        <w:rPr>
          <w:sz w:val="22"/>
        </w:rPr>
        <w:t>C. 1949</w:t>
      </w:r>
    </w:p>
    <w:p>
      <w:pPr>
        <w:pStyle w:val="ListParagraph"/>
      </w:pPr>
      <w:r>
        <w:rPr>
          <w:sz w:val="22"/>
        </w:rPr>
        <w:t>D. 1991</w:t>
      </w:r>
    </w:p>
    <w:p/>
    <w:p>
      <w:r>
        <w:rPr>
          <w:b/>
          <w:sz w:val="24"/>
        </w:rPr>
        <w:t>Câu 10: Tổ chức Hiệp ước Bắc Đại Tây Dương (NATO) được thành lập bởi</w:t>
      </w:r>
    </w:p>
    <w:p>
      <w:pPr>
        <w:pStyle w:val="ListParagraph"/>
      </w:pPr>
      <w:r>
        <w:rPr>
          <w:sz w:val="22"/>
        </w:rPr>
        <w:t>A. Mỹ và các nước phương Tây</w:t>
      </w:r>
    </w:p>
    <w:p>
      <w:pPr>
        <w:pStyle w:val="ListParagraph"/>
      </w:pPr>
      <w:r>
        <w:rPr>
          <w:sz w:val="22"/>
        </w:rPr>
        <w:t>B. Liên Xô và các nước Đông Âu</w:t>
      </w:r>
    </w:p>
    <w:p>
      <w:pPr>
        <w:pStyle w:val="ListParagraph"/>
      </w:pPr>
      <w:r>
        <w:rPr>
          <w:sz w:val="22"/>
        </w:rPr>
        <w:t>C. Trung Quốc và các nước châu Á</w:t>
      </w:r>
    </w:p>
    <w:p>
      <w:pPr>
        <w:pStyle w:val="ListParagraph"/>
      </w:pPr>
      <w:r>
        <w:rPr>
          <w:sz w:val="22"/>
        </w:rPr>
        <w:t>D. Nhật Bản và các nước EU</w:t>
      </w:r>
    </w:p>
    <w:p/>
    <w:p>
      <w:r>
        <w:rPr>
          <w:b/>
          <w:sz w:val="24"/>
        </w:rPr>
        <w:t>Câu 11: Tổ chức Hiệp ước Vác-sa-va được thành lập bởi</w:t>
      </w:r>
    </w:p>
    <w:p>
      <w:pPr>
        <w:pStyle w:val="ListParagraph"/>
      </w:pPr>
      <w:r>
        <w:rPr>
          <w:sz w:val="22"/>
        </w:rPr>
        <w:t>A. Mỹ và các nước phương Tây</w:t>
      </w:r>
    </w:p>
    <w:p>
      <w:pPr>
        <w:pStyle w:val="ListParagraph"/>
      </w:pPr>
      <w:r>
        <w:rPr>
          <w:sz w:val="22"/>
        </w:rPr>
        <w:t>B. Liên Xô và các nước Đông Âu</w:t>
      </w:r>
    </w:p>
    <w:p>
      <w:pPr>
        <w:pStyle w:val="ListParagraph"/>
      </w:pPr>
      <w:r>
        <w:rPr>
          <w:sz w:val="22"/>
        </w:rPr>
        <w:t>C. Anh và Pháp</w:t>
      </w:r>
    </w:p>
    <w:p>
      <w:pPr>
        <w:pStyle w:val="ListParagraph"/>
      </w:pPr>
      <w:r>
        <w:rPr>
          <w:sz w:val="22"/>
        </w:rPr>
        <w:t>D. Đức và Nhật Bản</w:t>
      </w:r>
    </w:p>
    <w:p/>
    <w:p>
      <w:r>
        <w:rPr>
          <w:b/>
          <w:sz w:val="24"/>
        </w:rPr>
        <w:t>Câu 12: Trật tự thế giới hai cực I-an-ta chấm dứt vào năm nào?</w:t>
      </w:r>
    </w:p>
    <w:p>
      <w:pPr>
        <w:pStyle w:val="ListParagraph"/>
      </w:pPr>
      <w:r>
        <w:rPr>
          <w:sz w:val="22"/>
        </w:rPr>
        <w:t>A. 1989</w:t>
      </w:r>
    </w:p>
    <w:p>
      <w:pPr>
        <w:pStyle w:val="ListParagraph"/>
      </w:pPr>
      <w:r>
        <w:rPr>
          <w:sz w:val="22"/>
        </w:rPr>
        <w:t>B. 1991</w:t>
      </w:r>
    </w:p>
    <w:p>
      <w:pPr>
        <w:pStyle w:val="ListParagraph"/>
      </w:pPr>
      <w:r>
        <w:rPr>
          <w:sz w:val="22"/>
        </w:rPr>
        <w:t>C. 1945</w:t>
      </w:r>
    </w:p>
    <w:p>
      <w:pPr>
        <w:pStyle w:val="ListParagraph"/>
      </w:pPr>
      <w:r>
        <w:rPr>
          <w:sz w:val="22"/>
        </w:rPr>
        <w:t>D. 1975</w:t>
      </w:r>
    </w:p>
    <w:p/>
    <w:p>
      <w:r>
        <w:rPr>
          <w:b/>
          <w:sz w:val="24"/>
        </w:rPr>
        <w:t>Câu 13: Một nguyên nhân dẫn đến sự sụp đổ của Trật tự thế giới hai cực I-an-ta là</w:t>
      </w:r>
    </w:p>
    <w:p>
      <w:pPr>
        <w:pStyle w:val="ListParagraph"/>
      </w:pPr>
      <w:r>
        <w:rPr>
          <w:sz w:val="22"/>
        </w:rPr>
        <w:t>A. Sự đối đầu căng thẳng làm cả hai cực tốn kém, suy giảm thế mạnh kinh tế</w:t>
      </w:r>
    </w:p>
    <w:p>
      <w:pPr>
        <w:pStyle w:val="ListParagraph"/>
      </w:pPr>
      <w:r>
        <w:rPr>
          <w:sz w:val="22"/>
        </w:rPr>
        <w:t>B. Mỹ và Liên Xô hợp tác toàn diện</w:t>
      </w:r>
    </w:p>
    <w:p>
      <w:pPr>
        <w:pStyle w:val="ListParagraph"/>
      </w:pPr>
      <w:r>
        <w:rPr>
          <w:sz w:val="22"/>
        </w:rPr>
        <w:t>C. Chiến tranh thế giới thứ ba bùng nổ</w:t>
      </w:r>
    </w:p>
    <w:p>
      <w:pPr>
        <w:pStyle w:val="ListParagraph"/>
      </w:pPr>
      <w:r>
        <w:rPr>
          <w:sz w:val="22"/>
        </w:rPr>
        <w:t>D. Liên hợp quốc giải thể</w:t>
      </w:r>
    </w:p>
    <w:p/>
    <w:p>
      <w:r>
        <w:rPr>
          <w:b/>
          <w:sz w:val="24"/>
        </w:rPr>
        <w:t>Câu 14: Xu thế phát triển chính của thế giới sau Chiến tranh lạnh là</w:t>
      </w:r>
    </w:p>
    <w:p>
      <w:pPr>
        <w:pStyle w:val="ListParagraph"/>
      </w:pPr>
      <w:r>
        <w:rPr>
          <w:sz w:val="22"/>
        </w:rPr>
        <w:t>A. Lấy kinh tế làm trọng tâm, toàn cầu hóa, đối thoại hợp tác</w:t>
      </w:r>
    </w:p>
    <w:p>
      <w:pPr>
        <w:pStyle w:val="ListParagraph"/>
      </w:pPr>
      <w:r>
        <w:rPr>
          <w:sz w:val="22"/>
        </w:rPr>
        <w:t>B. Chạy đua vũ trang, đối đầu quân sự</w:t>
      </w:r>
    </w:p>
    <w:p>
      <w:pPr>
        <w:pStyle w:val="ListParagraph"/>
      </w:pPr>
      <w:r>
        <w:rPr>
          <w:sz w:val="22"/>
        </w:rPr>
        <w:t>C. Thành lập các khối quân sự đối lập</w:t>
      </w:r>
    </w:p>
    <w:p>
      <w:pPr>
        <w:pStyle w:val="ListParagraph"/>
      </w:pPr>
      <w:r>
        <w:rPr>
          <w:sz w:val="22"/>
        </w:rPr>
        <w:t>D. Duy trì trật tự hai cực</w:t>
      </w:r>
    </w:p>
    <w:p/>
    <w:p>
      <w:r>
        <w:rPr>
          <w:b/>
          <w:sz w:val="24"/>
        </w:rPr>
        <w:t>Câu 15: Đa cực trong quan hệ quốc tế được hiểu là</w:t>
      </w:r>
    </w:p>
    <w:p>
      <w:pPr>
        <w:pStyle w:val="ListParagraph"/>
      </w:pPr>
      <w:r>
        <w:rPr>
          <w:sz w:val="22"/>
        </w:rPr>
        <w:t>A. Một trật tự thế giới có sự tham gia của nhiều quốc gia, trung tâm, không một quốc gia nào có quyền lực áp đảo</w:t>
      </w:r>
    </w:p>
    <w:p>
      <w:pPr>
        <w:pStyle w:val="ListParagraph"/>
      </w:pPr>
      <w:r>
        <w:rPr>
          <w:sz w:val="22"/>
        </w:rPr>
        <w:t>B. Một trật tự thế giới do một quốc gia duy nhất lãnh đạo</w:t>
      </w:r>
    </w:p>
    <w:p>
      <w:pPr>
        <w:pStyle w:val="ListParagraph"/>
      </w:pPr>
      <w:r>
        <w:rPr>
          <w:sz w:val="22"/>
        </w:rPr>
        <w:t>C. Một trật tự thế giới chỉ gồm hai cực đối lập</w:t>
      </w:r>
    </w:p>
    <w:p>
      <w:pPr>
        <w:pStyle w:val="ListParagraph"/>
      </w:pPr>
      <w:r>
        <w:rPr>
          <w:sz w:val="22"/>
        </w:rPr>
        <w:t>D. Một liên minh quân sự toàn cầu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A</w:t>
      </w:r>
    </w:p>
    <w:p>
      <w:r>
        <w:rPr>
          <w:b/>
        </w:rPr>
        <w:t>Câu 2: Đáp án đúng: C</w:t>
      </w:r>
    </w:p>
    <w:p>
      <w:r>
        <w:rPr>
          <w:b/>
        </w:rPr>
        <w:t>Câu 3: Đáp án đúng: A</w:t>
      </w:r>
    </w:p>
    <w:p>
      <w:r>
        <w:rPr>
          <w:b/>
        </w:rPr>
        <w:t>Câu 4: Đáp án đúng: B</w:t>
      </w:r>
    </w:p>
    <w:p>
      <w:r>
        <w:rPr>
          <w:b/>
        </w:rPr>
        <w:t>Câu 5: Đáp án đúng: B</w:t>
      </w:r>
    </w:p>
    <w:p>
      <w:r>
        <w:rPr>
          <w:b/>
        </w:rPr>
        <w:t>Câu 6: Đáp án đúng: C</w:t>
      </w:r>
    </w:p>
    <w:p>
      <w:r>
        <w:rPr>
          <w:b/>
        </w:rPr>
        <w:t>Câu 7: Đáp án đúng: A</w:t>
      </w:r>
    </w:p>
    <w:p>
      <w:r>
        <w:rPr>
          <w:b/>
        </w:rPr>
        <w:t>Câu 8: Đáp án đúng: A</w:t>
      </w:r>
    </w:p>
    <w:p>
      <w:r>
        <w:rPr>
          <w:b/>
        </w:rPr>
        <w:t>Câu 9: Đáp án đúng: A</w:t>
      </w:r>
    </w:p>
    <w:p>
      <w:r>
        <w:rPr>
          <w:b/>
        </w:rPr>
        <w:t>Câu 10: Đáp án đúng: A</w:t>
      </w:r>
    </w:p>
    <w:p>
      <w:r>
        <w:rPr>
          <w:b/>
        </w:rPr>
        <w:t>Câu 11: Đáp án đúng: B</w:t>
      </w:r>
    </w:p>
    <w:p>
      <w:r>
        <w:rPr>
          <w:b/>
        </w:rPr>
        <w:t>Câu 12: Đáp án đúng: B</w:t>
      </w:r>
    </w:p>
    <w:p>
      <w:r>
        <w:rPr>
          <w:b/>
        </w:rPr>
        <w:t>Câu 13: Đáp án đúng: A</w:t>
      </w:r>
    </w:p>
    <w:p>
      <w:r>
        <w:rPr>
          <w:b/>
        </w:rPr>
        <w:t>Câu 14: Đáp án đúng: A</w:t>
      </w:r>
    </w:p>
    <w:p>
      <w:r>
        <w:rPr>
          <w:b/>
        </w:rPr>
        <w:t>Câu 15: Đáp án đúng: A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