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sử giữa kì 1 - Bài trắc nghiệm Ngữ văn - from pathlib import Path</w:t>
      </w:r>
    </w:p>
    <w:p>
      <w:pPr>
        <w:jc w:val="center"/>
      </w:pPr>
      <w:r>
        <w:rPr>
          <w:sz w:val="22"/>
        </w:rPr>
        <w:t>Số câu: 70    Thời gian: _____ phút    Họ và tên: _________________________</w:t>
      </w:r>
    </w:p>
    <w:p/>
    <w:p>
      <w:r>
        <w:rPr>
          <w:b/>
          <w:sz w:val="24"/>
        </w:rPr>
        <w:t>Câu 1: Toàn bộ những giá trị vật chất và tinh thần do con người sáng tạo ra trong quá trình lịch sử được gọi là gì?</w:t>
      </w:r>
    </w:p>
    <w:p>
      <w:pPr>
        <w:pStyle w:val="ListParagraph"/>
      </w:pPr>
      <w:r>
        <w:rPr>
          <w:sz w:val="22"/>
        </w:rPr>
        <w:t>A. Văn minh</w:t>
      </w:r>
    </w:p>
    <w:p>
      <w:pPr>
        <w:pStyle w:val="ListParagraph"/>
      </w:pPr>
      <w:r>
        <w:rPr>
          <w:sz w:val="22"/>
        </w:rPr>
        <w:t>B. Văn hóa</w:t>
      </w:r>
    </w:p>
    <w:p>
      <w:pPr>
        <w:pStyle w:val="ListParagraph"/>
      </w:pPr>
      <w:r>
        <w:rPr>
          <w:sz w:val="22"/>
        </w:rPr>
        <w:t>C. Chữ viết</w:t>
      </w:r>
    </w:p>
    <w:p>
      <w:pPr>
        <w:pStyle w:val="ListParagraph"/>
      </w:pPr>
      <w:r>
        <w:rPr>
          <w:sz w:val="22"/>
        </w:rPr>
        <w:t>D. Nhà nước</w:t>
      </w:r>
    </w:p>
    <w:p/>
    <w:p>
      <w:r>
        <w:rPr>
          <w:b/>
          <w:sz w:val="24"/>
        </w:rPr>
        <w:t>Câu 2: Sự tiến bộ về vật chất và tinh thần của xã hội loài người, trạng thái phát triển cao của văn hóa được gọi là gì?</w:t>
      </w:r>
    </w:p>
    <w:p>
      <w:pPr>
        <w:pStyle w:val="ListParagraph"/>
      </w:pPr>
      <w:r>
        <w:rPr>
          <w:sz w:val="22"/>
        </w:rPr>
        <w:t>A. Trí tuệ</w:t>
      </w:r>
    </w:p>
    <w:p>
      <w:pPr>
        <w:pStyle w:val="ListParagraph"/>
      </w:pPr>
      <w:r>
        <w:rPr>
          <w:sz w:val="22"/>
        </w:rPr>
        <w:t>B. Văn minh</w:t>
      </w:r>
    </w:p>
    <w:p>
      <w:pPr>
        <w:pStyle w:val="ListParagraph"/>
      </w:pPr>
      <w:r>
        <w:rPr>
          <w:sz w:val="22"/>
        </w:rPr>
        <w:t>C. Xã hội</w:t>
      </w:r>
    </w:p>
    <w:p>
      <w:pPr>
        <w:pStyle w:val="ListParagraph"/>
      </w:pPr>
      <w:r>
        <w:rPr>
          <w:sz w:val="22"/>
        </w:rPr>
        <w:t>D. Đẳng cấp</w:t>
      </w:r>
    </w:p>
    <w:p/>
    <w:p>
      <w:r>
        <w:rPr>
          <w:b/>
          <w:sz w:val="24"/>
        </w:rPr>
        <w:t>Câu 3: Yếu tố cơ bản để xác định loài người bước vào thời kì văn minh là gì?</w:t>
      </w:r>
    </w:p>
    <w:p>
      <w:pPr>
        <w:pStyle w:val="ListParagraph"/>
      </w:pPr>
      <w:r>
        <w:rPr>
          <w:sz w:val="22"/>
        </w:rPr>
        <w:t>A. Chữ viết và nhà nước</w:t>
      </w:r>
    </w:p>
    <w:p>
      <w:pPr>
        <w:pStyle w:val="ListParagraph"/>
      </w:pPr>
      <w:r>
        <w:rPr>
          <w:sz w:val="22"/>
        </w:rPr>
        <w:t>B. Tín ngưỡng, tôn giáo</w:t>
      </w:r>
    </w:p>
    <w:p>
      <w:pPr>
        <w:pStyle w:val="ListParagraph"/>
      </w:pPr>
      <w:r>
        <w:rPr>
          <w:sz w:val="22"/>
        </w:rPr>
        <w:t>C. Công cụ bằng đá</w:t>
      </w:r>
    </w:p>
    <w:p>
      <w:pPr>
        <w:pStyle w:val="ListParagraph"/>
      </w:pPr>
      <w:r>
        <w:rPr>
          <w:sz w:val="22"/>
        </w:rPr>
        <w:t>D. Nguyên tắc công bằng</w:t>
      </w:r>
    </w:p>
    <w:p/>
    <w:p>
      <w:r>
        <w:rPr>
          <w:b/>
          <w:sz w:val="24"/>
        </w:rPr>
        <w:t>Câu 4: Văn hóa là tổng thể những giá trị vật chất và tinh thần do con người sáng tạo ra khi nào?</w:t>
      </w:r>
    </w:p>
    <w:p>
      <w:pPr>
        <w:pStyle w:val="ListParagraph"/>
      </w:pPr>
      <w:r>
        <w:rPr>
          <w:sz w:val="22"/>
        </w:rPr>
        <w:t>A. Trong tiến trình lịch sử</w:t>
      </w:r>
    </w:p>
    <w:p>
      <w:pPr>
        <w:pStyle w:val="ListParagraph"/>
      </w:pPr>
      <w:r>
        <w:rPr>
          <w:sz w:val="22"/>
        </w:rPr>
        <w:t>B. Sau khi có chữ viết</w:t>
      </w:r>
    </w:p>
    <w:p>
      <w:pPr>
        <w:pStyle w:val="ListParagraph"/>
      </w:pPr>
      <w:r>
        <w:rPr>
          <w:sz w:val="22"/>
        </w:rPr>
        <w:t>C. Sau khi xuất hiện nhà nước</w:t>
      </w:r>
    </w:p>
    <w:p>
      <w:pPr>
        <w:pStyle w:val="ListParagraph"/>
      </w:pPr>
      <w:r>
        <w:rPr>
          <w:sz w:val="22"/>
        </w:rPr>
        <w:t>D. Trong các cuộc chiến tranh</w:t>
      </w:r>
    </w:p>
    <w:p/>
    <w:p>
      <w:r>
        <w:rPr>
          <w:b/>
          <w:sz w:val="24"/>
        </w:rPr>
        <w:t>Câu 5: Điểm tương đồng giữa văn hóa và văn minh là gì?</w:t>
      </w:r>
    </w:p>
    <w:p>
      <w:pPr>
        <w:pStyle w:val="ListParagraph"/>
      </w:pPr>
      <w:r>
        <w:rPr>
          <w:sz w:val="22"/>
        </w:rPr>
        <w:t>A. Đều khép kín, mang bản sắc riêng</w:t>
      </w:r>
    </w:p>
    <w:p>
      <w:pPr>
        <w:pStyle w:val="ListParagraph"/>
      </w:pPr>
      <w:r>
        <w:rPr>
          <w:sz w:val="22"/>
        </w:rPr>
        <w:t>B. Đều phản ánh tiến bộ vượt bậc về khoa học</w:t>
      </w:r>
    </w:p>
    <w:p>
      <w:pPr>
        <w:pStyle w:val="ListParagraph"/>
      </w:pPr>
      <w:r>
        <w:rPr>
          <w:sz w:val="22"/>
        </w:rPr>
        <w:t>C. Đều là giá trị vật chất và tinh thần do con người sáng tạo</w:t>
      </w:r>
    </w:p>
    <w:p>
      <w:pPr>
        <w:pStyle w:val="ListParagraph"/>
      </w:pPr>
      <w:r>
        <w:rPr>
          <w:sz w:val="22"/>
        </w:rPr>
        <w:t>D. Đều chỉ xuất hiện khi biết dùng công cụ bằng sắt</w:t>
      </w:r>
    </w:p>
    <w:p/>
    <w:p>
      <w:r>
        <w:rPr>
          <w:b/>
          <w:sz w:val="24"/>
        </w:rPr>
        <w:t>Câu 6: Điểm khác biệt của văn minh so với văn hóa là gì?</w:t>
      </w:r>
    </w:p>
    <w:p>
      <w:pPr>
        <w:pStyle w:val="ListParagraph"/>
      </w:pPr>
      <w:r>
        <w:rPr>
          <w:sz w:val="22"/>
        </w:rPr>
        <w:t>A. Văn minh ra đời trước văn hóa</w:t>
      </w:r>
    </w:p>
    <w:p>
      <w:pPr>
        <w:pStyle w:val="ListParagraph"/>
      </w:pPr>
      <w:r>
        <w:rPr>
          <w:sz w:val="22"/>
        </w:rPr>
        <w:t>B. Văn minh chỉ xuất hiện khi biết chế tạo công cụ lao động</w:t>
      </w:r>
    </w:p>
    <w:p>
      <w:pPr>
        <w:pStyle w:val="ListParagraph"/>
      </w:pPr>
      <w:r>
        <w:rPr>
          <w:sz w:val="22"/>
        </w:rPr>
        <w:t>C. Văn minh xuất hiện cùng con người</w:t>
      </w:r>
    </w:p>
    <w:p>
      <w:pPr>
        <w:pStyle w:val="ListParagraph"/>
      </w:pPr>
      <w:r>
        <w:rPr>
          <w:sz w:val="22"/>
        </w:rPr>
        <w:t>D. Văn minh được sáng tạo trong thời kì phát triển cao của xã hội</w:t>
      </w:r>
    </w:p>
    <w:p/>
    <w:p>
      <w:r>
        <w:rPr>
          <w:b/>
          <w:sz w:val="24"/>
        </w:rPr>
        <w:t>Câu 7: Nội dung nào KHÔNG phản ánh đúng đặc điểm của văn minh?</w:t>
      </w:r>
    </w:p>
    <w:p>
      <w:pPr>
        <w:pStyle w:val="ListParagraph"/>
      </w:pPr>
      <w:r>
        <w:rPr>
          <w:sz w:val="22"/>
        </w:rPr>
        <w:t>A. Có tiêu chuẩn cơ bản để nhận diện là nhà nước</w:t>
      </w:r>
    </w:p>
    <w:p>
      <w:pPr>
        <w:pStyle w:val="ListParagraph"/>
      </w:pPr>
      <w:r>
        <w:rPr>
          <w:sz w:val="22"/>
        </w:rPr>
        <w:t>B. Ra đời trước văn hóa và tồn tại độc lập với văn hóa</w:t>
      </w:r>
    </w:p>
    <w:p>
      <w:pPr>
        <w:pStyle w:val="ListParagraph"/>
      </w:pPr>
      <w:r>
        <w:rPr>
          <w:sz w:val="22"/>
        </w:rPr>
        <w:t>C. Ra đời sau văn hóa và có liên hệ chặt chẽ với văn hóa</w:t>
      </w:r>
    </w:p>
    <w:p>
      <w:pPr>
        <w:pStyle w:val="ListParagraph"/>
      </w:pPr>
      <w:r>
        <w:rPr>
          <w:sz w:val="22"/>
        </w:rPr>
        <w:t>D. Là những giá trị vật chất, tinh thần do con người sáng tạo</w:t>
      </w:r>
    </w:p>
    <w:p/>
    <w:p>
      <w:r>
        <w:rPr>
          <w:b/>
          <w:sz w:val="24"/>
        </w:rPr>
        <w:t>Câu 8: Một trong những nền văn minh tiêu biểu của phương Đông thời cổ – trung đại là gì?</w:t>
      </w:r>
    </w:p>
    <w:p>
      <w:pPr>
        <w:pStyle w:val="ListParagraph"/>
      </w:pPr>
      <w:r>
        <w:rPr>
          <w:sz w:val="22"/>
        </w:rPr>
        <w:t>A. Hi Lạp</w:t>
      </w:r>
    </w:p>
    <w:p>
      <w:pPr>
        <w:pStyle w:val="ListParagraph"/>
      </w:pPr>
      <w:r>
        <w:rPr>
          <w:sz w:val="22"/>
        </w:rPr>
        <w:t>B. Rô-ma</w:t>
      </w:r>
    </w:p>
    <w:p>
      <w:pPr>
        <w:pStyle w:val="ListParagraph"/>
      </w:pPr>
      <w:r>
        <w:rPr>
          <w:sz w:val="22"/>
        </w:rPr>
        <w:t>C. Ấn Độ</w:t>
      </w:r>
    </w:p>
    <w:p>
      <w:pPr>
        <w:pStyle w:val="ListParagraph"/>
      </w:pPr>
      <w:r>
        <w:rPr>
          <w:sz w:val="22"/>
        </w:rPr>
        <w:t>D. La Mã</w:t>
      </w:r>
    </w:p>
    <w:p/>
    <w:p>
      <w:r>
        <w:rPr>
          <w:b/>
          <w:sz w:val="24"/>
        </w:rPr>
        <w:t>Câu 9: Văn minh Ai Cập cổ đại hình thành và phát triển gắn với con sông nào?</w:t>
      </w:r>
    </w:p>
    <w:p>
      <w:pPr>
        <w:pStyle w:val="ListParagraph"/>
      </w:pPr>
      <w:r>
        <w:rPr>
          <w:sz w:val="22"/>
        </w:rPr>
        <w:t>A. Trường Giang</w:t>
      </w:r>
    </w:p>
    <w:p>
      <w:pPr>
        <w:pStyle w:val="ListParagraph"/>
      </w:pPr>
      <w:r>
        <w:rPr>
          <w:sz w:val="22"/>
        </w:rPr>
        <w:t>B. Hoàng Hà</w:t>
      </w:r>
    </w:p>
    <w:p>
      <w:pPr>
        <w:pStyle w:val="ListParagraph"/>
      </w:pPr>
      <w:r>
        <w:rPr>
          <w:sz w:val="22"/>
        </w:rPr>
        <w:t>C. Sông Hằng</w:t>
      </w:r>
    </w:p>
    <w:p>
      <w:pPr>
        <w:pStyle w:val="ListParagraph"/>
      </w:pPr>
      <w:r>
        <w:rPr>
          <w:sz w:val="22"/>
        </w:rPr>
        <w:t>D. Sông Nin</w:t>
      </w:r>
    </w:p>
    <w:p/>
    <w:p>
      <w:r>
        <w:rPr>
          <w:b/>
          <w:sz w:val="24"/>
        </w:rPr>
        <w:t>Câu 10: Nền văn minh Ai Cập cổ đại hình thành ở châu lục nào?</w:t>
      </w:r>
    </w:p>
    <w:p>
      <w:pPr>
        <w:pStyle w:val="ListParagraph"/>
      </w:pPr>
      <w:r>
        <w:rPr>
          <w:sz w:val="22"/>
        </w:rPr>
        <w:t>A. Châu Phi</w:t>
      </w:r>
    </w:p>
    <w:p>
      <w:pPr>
        <w:pStyle w:val="ListParagraph"/>
      </w:pPr>
      <w:r>
        <w:rPr>
          <w:sz w:val="22"/>
        </w:rPr>
        <w:t>B. Châu Á</w:t>
      </w:r>
    </w:p>
    <w:p>
      <w:pPr>
        <w:pStyle w:val="ListParagraph"/>
      </w:pPr>
      <w:r>
        <w:rPr>
          <w:sz w:val="22"/>
        </w:rPr>
        <w:t>C. Châu Âu</w:t>
      </w:r>
    </w:p>
    <w:p>
      <w:pPr>
        <w:pStyle w:val="ListParagraph"/>
      </w:pPr>
      <w:r>
        <w:rPr>
          <w:sz w:val="22"/>
        </w:rPr>
        <w:t>D. Châu Mỹ</w:t>
      </w:r>
    </w:p>
    <w:p/>
    <w:p>
      <w:r>
        <w:rPr>
          <w:b/>
          <w:sz w:val="24"/>
        </w:rPr>
        <w:t>Câu 11: Cư dân Ai Cập cổ đại sáng tạo ra loại chữ viết nào?</w:t>
      </w:r>
    </w:p>
    <w:p>
      <w:pPr>
        <w:pStyle w:val="ListParagraph"/>
      </w:pPr>
      <w:r>
        <w:rPr>
          <w:sz w:val="22"/>
        </w:rPr>
        <w:t>A. Chữ La-tinh</w:t>
      </w:r>
    </w:p>
    <w:p>
      <w:pPr>
        <w:pStyle w:val="ListParagraph"/>
      </w:pPr>
      <w:r>
        <w:rPr>
          <w:sz w:val="22"/>
        </w:rPr>
        <w:t>B. Chữ Hán</w:t>
      </w:r>
    </w:p>
    <w:p>
      <w:pPr>
        <w:pStyle w:val="ListParagraph"/>
      </w:pPr>
      <w:r>
        <w:rPr>
          <w:sz w:val="22"/>
        </w:rPr>
        <w:t>C. Chữ tượng hình</w:t>
      </w:r>
    </w:p>
    <w:p>
      <w:pPr>
        <w:pStyle w:val="ListParagraph"/>
      </w:pPr>
      <w:r>
        <w:rPr>
          <w:sz w:val="22"/>
        </w:rPr>
        <w:t>D. Chữ Quốc ngữ</w:t>
      </w:r>
    </w:p>
    <w:p/>
    <w:p>
      <w:r>
        <w:rPr>
          <w:b/>
          <w:sz w:val="24"/>
        </w:rPr>
        <w:t>Câu 12: Nguồn gốc dẫn đến sự xuất hiện sớm của chữ viết ở Ai Cập cổ đại là gì?</w:t>
      </w:r>
    </w:p>
    <w:p>
      <w:pPr>
        <w:pStyle w:val="ListParagraph"/>
      </w:pPr>
      <w:r>
        <w:rPr>
          <w:sz w:val="22"/>
        </w:rPr>
        <w:t>A. Nhu cầu ghi chép và lưu trữ những gì đã diễn ra</w:t>
      </w:r>
    </w:p>
    <w:p>
      <w:pPr>
        <w:pStyle w:val="ListParagraph"/>
      </w:pPr>
      <w:r>
        <w:rPr>
          <w:sz w:val="22"/>
        </w:rPr>
        <w:t>B. Nhu cầu sản xuất nông nghiệp đúng thời vụ</w:t>
      </w:r>
    </w:p>
    <w:p>
      <w:pPr>
        <w:pStyle w:val="ListParagraph"/>
      </w:pPr>
      <w:r>
        <w:rPr>
          <w:sz w:val="22"/>
        </w:rPr>
        <w:t>C. Nhu cầu sáng tác văn học nghệ thuật</w:t>
      </w:r>
    </w:p>
    <w:p>
      <w:pPr>
        <w:pStyle w:val="ListParagraph"/>
      </w:pPr>
      <w:r>
        <w:rPr>
          <w:sz w:val="22"/>
        </w:rPr>
        <w:t>D. Nhu cầu đo đạc lượng đất đai hằng năm</w:t>
      </w:r>
    </w:p>
    <w:p/>
    <w:p>
      <w:r>
        <w:rPr>
          <w:b/>
          <w:sz w:val="24"/>
        </w:rPr>
        <w:t>Câu 13: Sự ra đời của chữ viết Ai Cập cổ đại có ý nghĩa gì?</w:t>
      </w:r>
    </w:p>
    <w:p>
      <w:pPr>
        <w:pStyle w:val="ListParagraph"/>
      </w:pPr>
      <w:r>
        <w:rPr>
          <w:sz w:val="22"/>
        </w:rPr>
        <w:t>A. Phản ánh trình độ tư duy cao của cư dân Ai Cập</w:t>
      </w:r>
    </w:p>
    <w:p>
      <w:pPr>
        <w:pStyle w:val="ListParagraph"/>
      </w:pPr>
      <w:r>
        <w:rPr>
          <w:sz w:val="22"/>
        </w:rPr>
        <w:t>B. Tạo cơ sở cho chữ La-tinh ra đời</w:t>
      </w:r>
    </w:p>
    <w:p>
      <w:pPr>
        <w:pStyle w:val="ListParagraph"/>
      </w:pPr>
      <w:r>
        <w:rPr>
          <w:sz w:val="22"/>
        </w:rPr>
        <w:t>C. Giúp Ai Cập hội nhập quốc tế</w:t>
      </w:r>
    </w:p>
    <w:p>
      <w:pPr>
        <w:pStyle w:val="ListParagraph"/>
      </w:pPr>
      <w:r>
        <w:rPr>
          <w:sz w:val="22"/>
        </w:rPr>
        <w:t>D. Phản ánh sự phát triển của nhà nước chuyên chế</w:t>
      </w:r>
    </w:p>
    <w:p/>
    <w:p>
      <w:r>
        <w:rPr>
          <w:b/>
          <w:sz w:val="24"/>
        </w:rPr>
        <w:t>Câu 14: Thành tựu nào của cư dân Ai Cập cổ đại được ứng dụng hiệu quả trong việc xây dựng kim tự tháp?</w:t>
      </w:r>
    </w:p>
    <w:p>
      <w:pPr>
        <w:pStyle w:val="ListParagraph"/>
      </w:pPr>
      <w:r>
        <w:rPr>
          <w:sz w:val="22"/>
        </w:rPr>
        <w:t>A. Tôn giáo</w:t>
      </w:r>
    </w:p>
    <w:p>
      <w:pPr>
        <w:pStyle w:val="ListParagraph"/>
      </w:pPr>
      <w:r>
        <w:rPr>
          <w:sz w:val="22"/>
        </w:rPr>
        <w:t>B. Toán học</w:t>
      </w:r>
    </w:p>
    <w:p>
      <w:pPr>
        <w:pStyle w:val="ListParagraph"/>
      </w:pPr>
      <w:r>
        <w:rPr>
          <w:sz w:val="22"/>
        </w:rPr>
        <w:t>C. Tín ngưỡng</w:t>
      </w:r>
    </w:p>
    <w:p>
      <w:pPr>
        <w:pStyle w:val="ListParagraph"/>
      </w:pPr>
      <w:r>
        <w:rPr>
          <w:sz w:val="22"/>
        </w:rPr>
        <w:t>D. Chữ viết</w:t>
      </w:r>
    </w:p>
    <w:p/>
    <w:p>
      <w:r>
        <w:rPr>
          <w:b/>
          <w:sz w:val="24"/>
        </w:rPr>
        <w:t>Câu 15: Thành tựu toán học của cư dân Ai Cập cổ đại được ứng dụng rộng rãi trong việc gì?</w:t>
      </w:r>
    </w:p>
    <w:p>
      <w:pPr>
        <w:pStyle w:val="ListParagraph"/>
      </w:pPr>
      <w:r>
        <w:rPr>
          <w:sz w:val="22"/>
        </w:rPr>
        <w:t>A. Sáng tác văn học</w:t>
      </w:r>
    </w:p>
    <w:p>
      <w:pPr>
        <w:pStyle w:val="ListParagraph"/>
      </w:pPr>
      <w:r>
        <w:rPr>
          <w:sz w:val="22"/>
        </w:rPr>
        <w:t>B. Hội nhập quốc tế</w:t>
      </w:r>
    </w:p>
    <w:p>
      <w:pPr>
        <w:pStyle w:val="ListParagraph"/>
      </w:pPr>
      <w:r>
        <w:rPr>
          <w:sz w:val="22"/>
        </w:rPr>
        <w:t>C. Đo đạc ruộng đất</w:t>
      </w:r>
    </w:p>
    <w:p>
      <w:pPr>
        <w:pStyle w:val="ListParagraph"/>
      </w:pPr>
      <w:r>
        <w:rPr>
          <w:sz w:val="22"/>
        </w:rPr>
        <w:t>D. Phân chia đẳng cấp</w:t>
      </w:r>
    </w:p>
    <w:p/>
    <w:p>
      <w:r>
        <w:rPr>
          <w:b/>
          <w:sz w:val="24"/>
        </w:rPr>
        <w:t>Câu 16: Một nguyên nhân khiến lịch pháp và thiên văn học ra đời sớm ở Ai Cập cổ đại là gì?</w:t>
      </w:r>
    </w:p>
    <w:p>
      <w:pPr>
        <w:pStyle w:val="ListParagraph"/>
      </w:pPr>
      <w:r>
        <w:rPr>
          <w:sz w:val="22"/>
        </w:rPr>
        <w:t>A. Nhu cầu sản xuất trong nông nghiệp</w:t>
      </w:r>
    </w:p>
    <w:p>
      <w:pPr>
        <w:pStyle w:val="ListParagraph"/>
      </w:pPr>
      <w:r>
        <w:rPr>
          <w:sz w:val="22"/>
        </w:rPr>
        <w:t>B. Nhu cầu tính toán trong xây dựng</w:t>
      </w:r>
    </w:p>
    <w:p>
      <w:pPr>
        <w:pStyle w:val="ListParagraph"/>
      </w:pPr>
      <w:r>
        <w:rPr>
          <w:sz w:val="22"/>
        </w:rPr>
        <w:t>C. Nhu cầu ghi chép thông tin</w:t>
      </w:r>
    </w:p>
    <w:p>
      <w:pPr>
        <w:pStyle w:val="ListParagraph"/>
      </w:pPr>
      <w:r>
        <w:rPr>
          <w:sz w:val="22"/>
        </w:rPr>
        <w:t>D. Nhu cầu hội nhập quốc tế</w:t>
      </w:r>
    </w:p>
    <w:p/>
    <w:p>
      <w:r>
        <w:rPr>
          <w:b/>
          <w:sz w:val="24"/>
        </w:rPr>
        <w:t>Câu 17: Yếu tố nào thúc đẩy sự ra đời sớm của tri thức toán học ở Ai Cập cổ đại?</w:t>
      </w:r>
    </w:p>
    <w:p>
      <w:pPr>
        <w:pStyle w:val="ListParagraph"/>
      </w:pPr>
      <w:r>
        <w:rPr>
          <w:sz w:val="22"/>
        </w:rPr>
        <w:t>A. Nhu cầu sáng tác văn học nghệ thuật</w:t>
      </w:r>
    </w:p>
    <w:p>
      <w:pPr>
        <w:pStyle w:val="ListParagraph"/>
      </w:pPr>
      <w:r>
        <w:rPr>
          <w:sz w:val="22"/>
        </w:rPr>
        <w:t>B. Nhu cầu tính toán trong xây dựng</w:t>
      </w:r>
    </w:p>
    <w:p>
      <w:pPr>
        <w:pStyle w:val="ListParagraph"/>
      </w:pPr>
      <w:r>
        <w:rPr>
          <w:sz w:val="22"/>
        </w:rPr>
        <w:t>C. Nhu cầu phát triển sản xuất nông nghiệp</w:t>
      </w:r>
    </w:p>
    <w:p>
      <w:pPr>
        <w:pStyle w:val="ListParagraph"/>
      </w:pPr>
      <w:r>
        <w:rPr>
          <w:sz w:val="22"/>
        </w:rPr>
        <w:t>D. Nhu cầu phát triển thương nghiệp</w:t>
      </w:r>
    </w:p>
    <w:p/>
    <w:p>
      <w:r>
        <w:rPr>
          <w:b/>
          <w:sz w:val="24"/>
        </w:rPr>
        <w:t>Câu 18: Kĩ thuật ướp xác là thành tựu tiêu biểu của Ai Cập cổ đại trên lĩnh vực nào?</w:t>
      </w:r>
    </w:p>
    <w:p>
      <w:pPr>
        <w:pStyle w:val="ListParagraph"/>
      </w:pPr>
      <w:r>
        <w:rPr>
          <w:sz w:val="22"/>
        </w:rPr>
        <w:t>A. Thiên văn</w:t>
      </w:r>
    </w:p>
    <w:p>
      <w:pPr>
        <w:pStyle w:val="ListParagraph"/>
      </w:pPr>
      <w:r>
        <w:rPr>
          <w:sz w:val="22"/>
        </w:rPr>
        <w:t>B. Y học</w:t>
      </w:r>
    </w:p>
    <w:p>
      <w:pPr>
        <w:pStyle w:val="ListParagraph"/>
      </w:pPr>
      <w:r>
        <w:rPr>
          <w:sz w:val="22"/>
        </w:rPr>
        <w:t>C. Văn học</w:t>
      </w:r>
    </w:p>
    <w:p>
      <w:pPr>
        <w:pStyle w:val="ListParagraph"/>
      </w:pPr>
      <w:r>
        <w:rPr>
          <w:sz w:val="22"/>
        </w:rPr>
        <w:t>D. Kiến trúc</w:t>
      </w:r>
    </w:p>
    <w:p/>
    <w:p>
      <w:r>
        <w:rPr>
          <w:b/>
          <w:sz w:val="24"/>
        </w:rPr>
        <w:t>Câu 19: Kim tự tháp là công trình kiến trúc tiêu biểu của nền văn minh nào?</w:t>
      </w:r>
    </w:p>
    <w:p>
      <w:pPr>
        <w:pStyle w:val="ListParagraph"/>
      </w:pPr>
      <w:r>
        <w:rPr>
          <w:sz w:val="22"/>
        </w:rPr>
        <w:t>A. La Mã</w:t>
      </w:r>
    </w:p>
    <w:p>
      <w:pPr>
        <w:pStyle w:val="ListParagraph"/>
      </w:pPr>
      <w:r>
        <w:rPr>
          <w:sz w:val="22"/>
        </w:rPr>
        <w:t>B. Trung Quốc</w:t>
      </w:r>
    </w:p>
    <w:p>
      <w:pPr>
        <w:pStyle w:val="ListParagraph"/>
      </w:pPr>
      <w:r>
        <w:rPr>
          <w:sz w:val="22"/>
        </w:rPr>
        <w:t>C. Hy Lạp</w:t>
      </w:r>
    </w:p>
    <w:p>
      <w:pPr>
        <w:pStyle w:val="ListParagraph"/>
      </w:pPr>
      <w:r>
        <w:rPr>
          <w:sz w:val="22"/>
        </w:rPr>
        <w:t>D. Ai Cập</w:t>
      </w:r>
    </w:p>
    <w:p/>
    <w:p>
      <w:r>
        <w:rPr>
          <w:b/>
          <w:sz w:val="24"/>
        </w:rPr>
        <w:t>Câu 20: Đối với thế giới, thành tựu của nền văn minh Ai Cập cổ đại có ý nghĩa gì?</w:t>
      </w:r>
    </w:p>
    <w:p>
      <w:pPr>
        <w:pStyle w:val="ListParagraph"/>
      </w:pPr>
      <w:r>
        <w:rPr>
          <w:sz w:val="22"/>
        </w:rPr>
        <w:t>A. Chỉ thể hiện trí tuệ của cư dân Ai Cập</w:t>
      </w:r>
    </w:p>
    <w:p>
      <w:pPr>
        <w:pStyle w:val="ListParagraph"/>
      </w:pPr>
      <w:r>
        <w:rPr>
          <w:sz w:val="22"/>
        </w:rPr>
        <w:t>B. Tạo tiền đề cho văn minh Ai Cập sau này</w:t>
      </w:r>
    </w:p>
    <w:p>
      <w:pPr>
        <w:pStyle w:val="ListParagraph"/>
      </w:pPr>
      <w:r>
        <w:rPr>
          <w:sz w:val="22"/>
        </w:rPr>
        <w:t>C. Tạo cơ sở cho sự phát triển văn minh nhân loại trên nhiều mặt</w:t>
      </w:r>
    </w:p>
    <w:p>
      <w:pPr>
        <w:pStyle w:val="ListParagraph"/>
      </w:pPr>
      <w:r>
        <w:rPr>
          <w:sz w:val="22"/>
        </w:rPr>
        <w:t>D. Chỉ chứng minh sự phát triển của nhà nước Ai Cập</w:t>
      </w:r>
    </w:p>
    <w:p/>
    <w:p>
      <w:r>
        <w:rPr>
          <w:b/>
          <w:sz w:val="24"/>
        </w:rPr>
        <w:t>Câu 21: Nền văn minh Ấn Độ cổ – trung đại hình thành ở châu lục nào?</w:t>
      </w:r>
    </w:p>
    <w:p>
      <w:pPr>
        <w:pStyle w:val="ListParagraph"/>
      </w:pPr>
      <w:r>
        <w:rPr>
          <w:sz w:val="22"/>
        </w:rPr>
        <w:t>A. Châu Phi</w:t>
      </w:r>
    </w:p>
    <w:p>
      <w:pPr>
        <w:pStyle w:val="ListParagraph"/>
      </w:pPr>
      <w:r>
        <w:rPr>
          <w:sz w:val="22"/>
        </w:rPr>
        <w:t>B. Châu Á</w:t>
      </w:r>
    </w:p>
    <w:p>
      <w:pPr>
        <w:pStyle w:val="ListParagraph"/>
      </w:pPr>
      <w:r>
        <w:rPr>
          <w:sz w:val="22"/>
        </w:rPr>
        <w:t>C. Châu Âu</w:t>
      </w:r>
    </w:p>
    <w:p>
      <w:pPr>
        <w:pStyle w:val="ListParagraph"/>
      </w:pPr>
      <w:r>
        <w:rPr>
          <w:sz w:val="22"/>
        </w:rPr>
        <w:t>D. Châu Mỹ</w:t>
      </w:r>
    </w:p>
    <w:p/>
    <w:p>
      <w:r>
        <w:rPr>
          <w:b/>
          <w:sz w:val="24"/>
        </w:rPr>
        <w:t>Câu 22: Cư dân Ấn Độ cổ đại đã sớm tạo ra chữ viết riêng, gọi là chữ gì?</w:t>
      </w:r>
    </w:p>
    <w:p>
      <w:pPr>
        <w:pStyle w:val="ListParagraph"/>
      </w:pPr>
      <w:r>
        <w:rPr>
          <w:sz w:val="22"/>
        </w:rPr>
        <w:t>A. La-tinh</w:t>
      </w:r>
    </w:p>
    <w:p>
      <w:pPr>
        <w:pStyle w:val="ListParagraph"/>
      </w:pPr>
      <w:r>
        <w:rPr>
          <w:sz w:val="22"/>
        </w:rPr>
        <w:t>B. Hán</w:t>
      </w:r>
    </w:p>
    <w:p>
      <w:pPr>
        <w:pStyle w:val="ListParagraph"/>
      </w:pPr>
      <w:r>
        <w:rPr>
          <w:sz w:val="22"/>
        </w:rPr>
        <w:t>C. Phạn</w:t>
      </w:r>
    </w:p>
    <w:p>
      <w:pPr>
        <w:pStyle w:val="ListParagraph"/>
      </w:pPr>
      <w:r>
        <w:rPr>
          <w:sz w:val="22"/>
        </w:rPr>
        <w:t>D. Nôm</w:t>
      </w:r>
    </w:p>
    <w:p/>
    <w:p>
      <w:r>
        <w:rPr>
          <w:b/>
          <w:sz w:val="24"/>
        </w:rPr>
        <w:t>Câu 23: Chữ viết của Ấn Độ có ảnh hưởng sâu sắc đến chữ viết của nhiều quốc gia ở khu vực nào?</w:t>
      </w:r>
    </w:p>
    <w:p>
      <w:pPr>
        <w:pStyle w:val="ListParagraph"/>
      </w:pPr>
      <w:r>
        <w:rPr>
          <w:sz w:val="22"/>
        </w:rPr>
        <w:t>A. Đông Nam Á</w:t>
      </w:r>
    </w:p>
    <w:p>
      <w:pPr>
        <w:pStyle w:val="ListParagraph"/>
      </w:pPr>
      <w:r>
        <w:rPr>
          <w:sz w:val="22"/>
        </w:rPr>
        <w:t>B. Đông Bắc Á</w:t>
      </w:r>
    </w:p>
    <w:p>
      <w:pPr>
        <w:pStyle w:val="ListParagraph"/>
      </w:pPr>
      <w:r>
        <w:rPr>
          <w:sz w:val="22"/>
        </w:rPr>
        <w:t>C. Mĩ La-tinh</w:t>
      </w:r>
    </w:p>
    <w:p>
      <w:pPr>
        <w:pStyle w:val="ListParagraph"/>
      </w:pPr>
      <w:r>
        <w:rPr>
          <w:sz w:val="22"/>
        </w:rPr>
        <w:t>D. Đông Nam Âu</w:t>
      </w:r>
    </w:p>
    <w:p/>
    <w:p>
      <w:r>
        <w:rPr>
          <w:b/>
          <w:sz w:val="24"/>
        </w:rPr>
        <w:t>Câu 24: Sự ra đời của chữ viết đã tạo cơ sở cho văn minh Ấn Độ phát triển rõ rệt trên lĩnh vực nào?</w:t>
      </w:r>
    </w:p>
    <w:p>
      <w:pPr>
        <w:pStyle w:val="ListParagraph"/>
      </w:pPr>
      <w:r>
        <w:rPr>
          <w:sz w:val="22"/>
        </w:rPr>
        <w:t>A. Kiến trúc</w:t>
      </w:r>
    </w:p>
    <w:p>
      <w:pPr>
        <w:pStyle w:val="ListParagraph"/>
      </w:pPr>
      <w:r>
        <w:rPr>
          <w:sz w:val="22"/>
        </w:rPr>
        <w:t>B. Điêu khắc</w:t>
      </w:r>
    </w:p>
    <w:p>
      <w:pPr>
        <w:pStyle w:val="ListParagraph"/>
      </w:pPr>
      <w:r>
        <w:rPr>
          <w:sz w:val="22"/>
        </w:rPr>
        <w:t>C. Tín ngưỡng</w:t>
      </w:r>
    </w:p>
    <w:p>
      <w:pPr>
        <w:pStyle w:val="ListParagraph"/>
      </w:pPr>
      <w:r>
        <w:rPr>
          <w:sz w:val="22"/>
        </w:rPr>
        <w:t>D. Văn học</w:t>
      </w:r>
    </w:p>
    <w:p/>
    <w:p>
      <w:r>
        <w:rPr>
          <w:b/>
          <w:sz w:val="24"/>
        </w:rPr>
        <w:t>Câu 25: Tác phẩm nào sau đây KHÔNG phải thành tựu văn học của Ấn Độ thời cổ – trung đại?</w:t>
      </w:r>
    </w:p>
    <w:p>
      <w:pPr>
        <w:pStyle w:val="ListParagraph"/>
      </w:pPr>
      <w:r>
        <w:rPr>
          <w:sz w:val="22"/>
        </w:rPr>
        <w:t>A. Tây du kí</w:t>
      </w:r>
    </w:p>
    <w:p>
      <w:pPr>
        <w:pStyle w:val="ListParagraph"/>
      </w:pPr>
      <w:r>
        <w:rPr>
          <w:sz w:val="22"/>
        </w:rPr>
        <w:t>B. Kinh Vê-đa</w:t>
      </w:r>
    </w:p>
    <w:p>
      <w:pPr>
        <w:pStyle w:val="ListParagraph"/>
      </w:pPr>
      <w:r>
        <w:rPr>
          <w:sz w:val="22"/>
        </w:rPr>
        <w:t>C. Ra-ma-y-a-na</w:t>
      </w:r>
    </w:p>
    <w:p>
      <w:pPr>
        <w:pStyle w:val="ListParagraph"/>
      </w:pPr>
      <w:r>
        <w:rPr>
          <w:sz w:val="22"/>
        </w:rPr>
        <w:t>D. Ma-ha-bha-ra-ta</w:t>
      </w:r>
    </w:p>
    <w:p/>
    <w:p>
      <w:r>
        <w:rPr>
          <w:b/>
          <w:sz w:val="24"/>
        </w:rPr>
        <w:t>Câu 26: Phật giáo có nguồn gốc từ quốc gia nào?</w:t>
      </w:r>
    </w:p>
    <w:p>
      <w:pPr>
        <w:pStyle w:val="ListParagraph"/>
      </w:pPr>
      <w:r>
        <w:rPr>
          <w:sz w:val="22"/>
        </w:rPr>
        <w:t>A. Mi-an-ma</w:t>
      </w:r>
    </w:p>
    <w:p>
      <w:pPr>
        <w:pStyle w:val="ListParagraph"/>
      </w:pPr>
      <w:r>
        <w:rPr>
          <w:sz w:val="22"/>
        </w:rPr>
        <w:t>B. Ấn Độ</w:t>
      </w:r>
    </w:p>
    <w:p>
      <w:pPr>
        <w:pStyle w:val="ListParagraph"/>
      </w:pPr>
      <w:r>
        <w:rPr>
          <w:sz w:val="22"/>
        </w:rPr>
        <w:t>C. Anh</w:t>
      </w:r>
    </w:p>
    <w:p>
      <w:pPr>
        <w:pStyle w:val="ListParagraph"/>
      </w:pPr>
      <w:r>
        <w:rPr>
          <w:sz w:val="22"/>
        </w:rPr>
        <w:t>D. Pháp</w:t>
      </w:r>
    </w:p>
    <w:p/>
    <w:p>
      <w:r>
        <w:rPr>
          <w:b/>
          <w:sz w:val="24"/>
        </w:rPr>
        <w:t>Câu 27: Tôn giáo nào sau đây KHÔNG có nguồn gốc từ Ấn Độ?</w:t>
      </w:r>
    </w:p>
    <w:p>
      <w:pPr>
        <w:pStyle w:val="ListParagraph"/>
      </w:pPr>
      <w:r>
        <w:rPr>
          <w:sz w:val="22"/>
        </w:rPr>
        <w:t>A. Hồi giáo</w:t>
      </w:r>
    </w:p>
    <w:p>
      <w:pPr>
        <w:pStyle w:val="ListParagraph"/>
      </w:pPr>
      <w:r>
        <w:rPr>
          <w:sz w:val="22"/>
        </w:rPr>
        <w:t>B. Phật giáo</w:t>
      </w:r>
    </w:p>
    <w:p>
      <w:pPr>
        <w:pStyle w:val="ListParagraph"/>
      </w:pPr>
      <w:r>
        <w:rPr>
          <w:sz w:val="22"/>
        </w:rPr>
        <w:t>C. Hin-đu giáo</w:t>
      </w:r>
    </w:p>
    <w:p>
      <w:pPr>
        <w:pStyle w:val="ListParagraph"/>
      </w:pPr>
      <w:r>
        <w:rPr>
          <w:sz w:val="22"/>
        </w:rPr>
        <w:t>D. Bà La Môn giáo</w:t>
      </w:r>
    </w:p>
    <w:p/>
    <w:p>
      <w:r>
        <w:rPr>
          <w:b/>
          <w:sz w:val="24"/>
        </w:rPr>
        <w:t>Câu 28: Tôn giáo nào ra đời ở Ấn Độ do Thích Ca Mâu Ni khởi xướng?</w:t>
      </w:r>
    </w:p>
    <w:p>
      <w:pPr>
        <w:pStyle w:val="ListParagraph"/>
      </w:pPr>
      <w:r>
        <w:rPr>
          <w:sz w:val="22"/>
        </w:rPr>
        <w:t>A. Hồi giáo</w:t>
      </w:r>
    </w:p>
    <w:p>
      <w:pPr>
        <w:pStyle w:val="ListParagraph"/>
      </w:pPr>
      <w:r>
        <w:rPr>
          <w:sz w:val="22"/>
        </w:rPr>
        <w:t>B. Phật giáo</w:t>
      </w:r>
    </w:p>
    <w:p>
      <w:pPr>
        <w:pStyle w:val="ListParagraph"/>
      </w:pPr>
      <w:r>
        <w:rPr>
          <w:sz w:val="22"/>
        </w:rPr>
        <w:t>C. Hin-đu giáo</w:t>
      </w:r>
    </w:p>
    <w:p>
      <w:pPr>
        <w:pStyle w:val="ListParagraph"/>
      </w:pPr>
      <w:r>
        <w:rPr>
          <w:sz w:val="22"/>
        </w:rPr>
        <w:t>D. Bà La Môn giáo</w:t>
      </w:r>
    </w:p>
    <w:p/>
    <w:p>
      <w:r>
        <w:rPr>
          <w:b/>
          <w:sz w:val="24"/>
        </w:rPr>
        <w:t>Câu 29: Loại hình kiến trúc Phật giáo tiêu biểu của Ấn Độ thời cổ – trung đại là gì?</w:t>
      </w:r>
    </w:p>
    <w:p>
      <w:pPr>
        <w:pStyle w:val="ListParagraph"/>
      </w:pPr>
      <w:r>
        <w:rPr>
          <w:sz w:val="22"/>
        </w:rPr>
        <w:t>A. Pháo đài</w:t>
      </w:r>
    </w:p>
    <w:p>
      <w:pPr>
        <w:pStyle w:val="ListParagraph"/>
      </w:pPr>
      <w:r>
        <w:rPr>
          <w:sz w:val="22"/>
        </w:rPr>
        <w:t>B. Lăng mộ</w:t>
      </w:r>
    </w:p>
    <w:p>
      <w:pPr>
        <w:pStyle w:val="ListParagraph"/>
      </w:pPr>
      <w:r>
        <w:rPr>
          <w:sz w:val="22"/>
        </w:rPr>
        <w:t>C. Chùa hang</w:t>
      </w:r>
    </w:p>
    <w:p>
      <w:pPr>
        <w:pStyle w:val="ListParagraph"/>
      </w:pPr>
      <w:r>
        <w:rPr>
          <w:sz w:val="22"/>
        </w:rPr>
        <w:t>D. Thánh đường</w:t>
      </w:r>
    </w:p>
    <w:p/>
    <w:p>
      <w:r>
        <w:rPr>
          <w:b/>
          <w:sz w:val="24"/>
        </w:rPr>
        <w:t>Câu 30: Lăng Ta-giơ Ma-han và pháo đài Đỏ là thành tựu tiêu biểu trên lĩnh vực nào?</w:t>
      </w:r>
    </w:p>
    <w:p>
      <w:pPr>
        <w:pStyle w:val="ListParagraph"/>
      </w:pPr>
      <w:r>
        <w:rPr>
          <w:sz w:val="22"/>
        </w:rPr>
        <w:t>A. Văn học</w:t>
      </w:r>
    </w:p>
    <w:p>
      <w:pPr>
        <w:pStyle w:val="ListParagraph"/>
      </w:pPr>
      <w:r>
        <w:rPr>
          <w:sz w:val="22"/>
        </w:rPr>
        <w:t>B. Y học</w:t>
      </w:r>
    </w:p>
    <w:p>
      <w:pPr>
        <w:pStyle w:val="ListParagraph"/>
      </w:pPr>
      <w:r>
        <w:rPr>
          <w:sz w:val="22"/>
        </w:rPr>
        <w:t>C. Toán học</w:t>
      </w:r>
    </w:p>
    <w:p>
      <w:pPr>
        <w:pStyle w:val="ListParagraph"/>
      </w:pPr>
      <w:r>
        <w:rPr>
          <w:sz w:val="22"/>
        </w:rPr>
        <w:t>D. Kiến trúc</w:t>
      </w:r>
    </w:p>
    <w:p/>
    <w:p>
      <w:r>
        <w:rPr>
          <w:b/>
          <w:sz w:val="24"/>
        </w:rPr>
        <w:t>Câu 31: Phát minh ra chữ số tự nhiên và số 0 là thành tựu nổi bật của nền văn minh nào?</w:t>
      </w:r>
    </w:p>
    <w:p>
      <w:pPr>
        <w:pStyle w:val="ListParagraph"/>
      </w:pPr>
      <w:r>
        <w:rPr>
          <w:sz w:val="22"/>
        </w:rPr>
        <w:t>A. Ai Cập</w:t>
      </w:r>
    </w:p>
    <w:p>
      <w:pPr>
        <w:pStyle w:val="ListParagraph"/>
      </w:pPr>
      <w:r>
        <w:rPr>
          <w:sz w:val="22"/>
        </w:rPr>
        <w:t>B. Ấn Độ</w:t>
      </w:r>
    </w:p>
    <w:p>
      <w:pPr>
        <w:pStyle w:val="ListParagraph"/>
      </w:pPr>
      <w:r>
        <w:rPr>
          <w:sz w:val="22"/>
        </w:rPr>
        <w:t>C. Trung Quốc</w:t>
      </w:r>
    </w:p>
    <w:p>
      <w:pPr>
        <w:pStyle w:val="ListParagraph"/>
      </w:pPr>
      <w:r>
        <w:rPr>
          <w:sz w:val="22"/>
        </w:rPr>
        <w:t>D. Lưỡng Hà</w:t>
      </w:r>
    </w:p>
    <w:p/>
    <w:p>
      <w:r>
        <w:rPr>
          <w:b/>
          <w:sz w:val="24"/>
        </w:rPr>
        <w:t>Câu 32: Ấn Độ là quê hương của những tôn giáo lớn nào sau đây?</w:t>
      </w:r>
    </w:p>
    <w:p>
      <w:pPr>
        <w:pStyle w:val="ListParagraph"/>
      </w:pPr>
      <w:r>
        <w:rPr>
          <w:sz w:val="22"/>
        </w:rPr>
        <w:t>A. Phật giáo, Đạo giáo</w:t>
      </w:r>
    </w:p>
    <w:p>
      <w:pPr>
        <w:pStyle w:val="ListParagraph"/>
      </w:pPr>
      <w:r>
        <w:rPr>
          <w:sz w:val="22"/>
        </w:rPr>
        <w:t>B. Phật giáo, Hin-đu giáo</w:t>
      </w:r>
    </w:p>
    <w:p>
      <w:pPr>
        <w:pStyle w:val="ListParagraph"/>
      </w:pPr>
      <w:r>
        <w:rPr>
          <w:sz w:val="22"/>
        </w:rPr>
        <w:t>C. Thiên Chúa giáo, Hồi giáo</w:t>
      </w:r>
    </w:p>
    <w:p>
      <w:pPr>
        <w:pStyle w:val="ListParagraph"/>
      </w:pPr>
      <w:r>
        <w:rPr>
          <w:sz w:val="22"/>
        </w:rPr>
        <w:t>D. Phật giáo, Hồi giáo</w:t>
      </w:r>
    </w:p>
    <w:p/>
    <w:p>
      <w:r>
        <w:rPr>
          <w:b/>
          <w:sz w:val="24"/>
        </w:rPr>
        <w:t>Câu 33: Văn hóa truyền thống Ấn Độ có ảnh hưởng rõ nét nhất ở khu vực nào?</w:t>
      </w:r>
    </w:p>
    <w:p>
      <w:pPr>
        <w:pStyle w:val="ListParagraph"/>
      </w:pPr>
      <w:r>
        <w:rPr>
          <w:sz w:val="22"/>
        </w:rPr>
        <w:t>A. Đông Bắc Á</w:t>
      </w:r>
    </w:p>
    <w:p>
      <w:pPr>
        <w:pStyle w:val="ListParagraph"/>
      </w:pPr>
      <w:r>
        <w:rPr>
          <w:sz w:val="22"/>
        </w:rPr>
        <w:t>B. Trung Đông</w:t>
      </w:r>
    </w:p>
    <w:p>
      <w:pPr>
        <w:pStyle w:val="ListParagraph"/>
      </w:pPr>
      <w:r>
        <w:rPr>
          <w:sz w:val="22"/>
        </w:rPr>
        <w:t>C. Đông Nam Á</w:t>
      </w:r>
    </w:p>
    <w:p>
      <w:pPr>
        <w:pStyle w:val="ListParagraph"/>
      </w:pPr>
      <w:r>
        <w:rPr>
          <w:sz w:val="22"/>
        </w:rPr>
        <w:t>D. Tây Á</w:t>
      </w:r>
    </w:p>
    <w:p/>
    <w:p>
      <w:r>
        <w:rPr>
          <w:b/>
          <w:sz w:val="24"/>
        </w:rPr>
        <w:t>Câu 34: Cư dân quốc gia cổ đại nào đã phát minh ra chữ số 0?</w:t>
      </w:r>
    </w:p>
    <w:p>
      <w:pPr>
        <w:pStyle w:val="ListParagraph"/>
      </w:pPr>
      <w:r>
        <w:rPr>
          <w:sz w:val="22"/>
        </w:rPr>
        <w:t>A. Ai Cập</w:t>
      </w:r>
    </w:p>
    <w:p>
      <w:pPr>
        <w:pStyle w:val="ListParagraph"/>
      </w:pPr>
      <w:r>
        <w:rPr>
          <w:sz w:val="22"/>
        </w:rPr>
        <w:t>B. Trung Quốc</w:t>
      </w:r>
    </w:p>
    <w:p>
      <w:pPr>
        <w:pStyle w:val="ListParagraph"/>
      </w:pPr>
      <w:r>
        <w:rPr>
          <w:sz w:val="22"/>
        </w:rPr>
        <w:t>C. Ấn Độ</w:t>
      </w:r>
    </w:p>
    <w:p>
      <w:pPr>
        <w:pStyle w:val="ListParagraph"/>
      </w:pPr>
      <w:r>
        <w:rPr>
          <w:sz w:val="22"/>
        </w:rPr>
        <w:t>D. La Mã</w:t>
      </w:r>
    </w:p>
    <w:p/>
    <w:p>
      <w:r>
        <w:rPr>
          <w:b/>
          <w:sz w:val="24"/>
        </w:rPr>
        <w:t>Câu 35: Một thành tựu của Ấn Độ là di sản văn hóa thế giới nào?</w:t>
      </w:r>
    </w:p>
    <w:p>
      <w:pPr>
        <w:pStyle w:val="ListParagraph"/>
      </w:pPr>
      <w:r>
        <w:rPr>
          <w:sz w:val="22"/>
        </w:rPr>
        <w:t>A. Lăng Ta-giơ Ma-han</w:t>
      </w:r>
    </w:p>
    <w:p>
      <w:pPr>
        <w:pStyle w:val="ListParagraph"/>
      </w:pPr>
      <w:r>
        <w:rPr>
          <w:sz w:val="22"/>
        </w:rPr>
        <w:t>B. Vạn Lí Trường Thành</w:t>
      </w:r>
    </w:p>
    <w:p>
      <w:pPr>
        <w:pStyle w:val="ListParagraph"/>
      </w:pPr>
      <w:r>
        <w:rPr>
          <w:sz w:val="22"/>
        </w:rPr>
        <w:t>C. Kim tự tháp</w:t>
      </w:r>
    </w:p>
    <w:p>
      <w:pPr>
        <w:pStyle w:val="ListParagraph"/>
      </w:pPr>
      <w:r>
        <w:rPr>
          <w:sz w:val="22"/>
        </w:rPr>
        <w:t>D. Hoàng thành Thăng Long</w:t>
      </w:r>
    </w:p>
    <w:p/>
    <w:p>
      <w:r>
        <w:rPr>
          <w:b/>
          <w:sz w:val="24"/>
        </w:rPr>
        <w:t>Câu 36: Điểm chung của văn minh Ai Cập cổ đại và văn minh Ấn Độ cổ – trung đại là gì?</w:t>
      </w:r>
    </w:p>
    <w:p>
      <w:pPr>
        <w:pStyle w:val="ListParagraph"/>
      </w:pPr>
      <w:r>
        <w:rPr>
          <w:sz w:val="22"/>
        </w:rPr>
        <w:t>A. Là nơi khởi nguồn của nhiều tôn giáo lớn</w:t>
      </w:r>
    </w:p>
    <w:p>
      <w:pPr>
        <w:pStyle w:val="ListParagraph"/>
      </w:pPr>
      <w:r>
        <w:rPr>
          <w:sz w:val="22"/>
        </w:rPr>
        <w:t>B. Thành tựu văn minh phong phú, đa dạng</w:t>
      </w:r>
    </w:p>
    <w:p>
      <w:pPr>
        <w:pStyle w:val="ListParagraph"/>
      </w:pPr>
      <w:r>
        <w:rPr>
          <w:sz w:val="22"/>
        </w:rPr>
        <w:t>C. Có nền kinh tế nông nghiệp là chủ đạo</w:t>
      </w:r>
    </w:p>
    <w:p>
      <w:pPr>
        <w:pStyle w:val="ListParagraph"/>
      </w:pPr>
      <w:r>
        <w:rPr>
          <w:sz w:val="22"/>
        </w:rPr>
        <w:t>D. Sớm tạo ra chữ viết riêng</w:t>
      </w:r>
    </w:p>
    <w:p/>
    <w:p>
      <w:r>
        <w:rPr>
          <w:b/>
          <w:sz w:val="24"/>
        </w:rPr>
        <w:t>Câu 37: Văn minh Trung Hoa cổ – trung đại gắn liền với con sông nào?</w:t>
      </w:r>
    </w:p>
    <w:p>
      <w:pPr>
        <w:pStyle w:val="ListParagraph"/>
      </w:pPr>
      <w:r>
        <w:rPr>
          <w:sz w:val="22"/>
        </w:rPr>
        <w:t>A. Sông Ấn</w:t>
      </w:r>
    </w:p>
    <w:p>
      <w:pPr>
        <w:pStyle w:val="ListParagraph"/>
      </w:pPr>
      <w:r>
        <w:rPr>
          <w:sz w:val="22"/>
        </w:rPr>
        <w:t>B. Sông Hoàng Hà</w:t>
      </w:r>
    </w:p>
    <w:p>
      <w:pPr>
        <w:pStyle w:val="ListParagraph"/>
      </w:pPr>
      <w:r>
        <w:rPr>
          <w:sz w:val="22"/>
        </w:rPr>
        <w:t>C. Sông Nin</w:t>
      </w:r>
    </w:p>
    <w:p>
      <w:pPr>
        <w:pStyle w:val="ListParagraph"/>
      </w:pPr>
      <w:r>
        <w:rPr>
          <w:sz w:val="22"/>
        </w:rPr>
        <w:t>D. Sông Hằng</w:t>
      </w:r>
    </w:p>
    <w:p/>
    <w:p>
      <w:r>
        <w:rPr>
          <w:b/>
          <w:sz w:val="24"/>
        </w:rPr>
        <w:t>Câu 38: Nền văn minh Trung Hoa cổ – trung đại hình thành ở châu lục nào?</w:t>
      </w:r>
    </w:p>
    <w:p>
      <w:pPr>
        <w:pStyle w:val="ListParagraph"/>
      </w:pPr>
      <w:r>
        <w:rPr>
          <w:sz w:val="22"/>
        </w:rPr>
        <w:t>A. Châu Phi</w:t>
      </w:r>
    </w:p>
    <w:p>
      <w:pPr>
        <w:pStyle w:val="ListParagraph"/>
      </w:pPr>
      <w:r>
        <w:rPr>
          <w:sz w:val="22"/>
        </w:rPr>
        <w:t>B. Châu Á</w:t>
      </w:r>
    </w:p>
    <w:p>
      <w:pPr>
        <w:pStyle w:val="ListParagraph"/>
      </w:pPr>
      <w:r>
        <w:rPr>
          <w:sz w:val="22"/>
        </w:rPr>
        <w:t>C. Châu Âu</w:t>
      </w:r>
    </w:p>
    <w:p>
      <w:pPr>
        <w:pStyle w:val="ListParagraph"/>
      </w:pPr>
      <w:r>
        <w:rPr>
          <w:sz w:val="22"/>
        </w:rPr>
        <w:t>D. Châu Mỹ</w:t>
      </w:r>
    </w:p>
    <w:p/>
    <w:p>
      <w:r>
        <w:rPr>
          <w:b/>
          <w:sz w:val="24"/>
        </w:rPr>
        <w:t>Câu 39: Một trong những chữ viết cổ do người Trung Quốc sáng tạo ra là gì?</w:t>
      </w:r>
    </w:p>
    <w:p>
      <w:pPr>
        <w:pStyle w:val="ListParagraph"/>
      </w:pPr>
      <w:r>
        <w:rPr>
          <w:sz w:val="22"/>
        </w:rPr>
        <w:t>A. Chữ Nôm</w:t>
      </w:r>
    </w:p>
    <w:p>
      <w:pPr>
        <w:pStyle w:val="ListParagraph"/>
      </w:pPr>
      <w:r>
        <w:rPr>
          <w:sz w:val="22"/>
        </w:rPr>
        <w:t>B. Chữ Phạn</w:t>
      </w:r>
    </w:p>
    <w:p>
      <w:pPr>
        <w:pStyle w:val="ListParagraph"/>
      </w:pPr>
      <w:r>
        <w:rPr>
          <w:sz w:val="22"/>
        </w:rPr>
        <w:t>C. Chữ Kim văn</w:t>
      </w:r>
    </w:p>
    <w:p>
      <w:pPr>
        <w:pStyle w:val="ListParagraph"/>
      </w:pPr>
      <w:r>
        <w:rPr>
          <w:sz w:val="22"/>
        </w:rPr>
        <w:t>D. Chữ La-tinh</w:t>
      </w:r>
    </w:p>
    <w:p/>
    <w:p>
      <w:r>
        <w:rPr>
          <w:b/>
          <w:sz w:val="24"/>
        </w:rPr>
        <w:t>Câu 40: Chữ tượng hình của người Trung Hoa khắc trên mai rùa, xương thú được gọi là gì?</w:t>
      </w:r>
    </w:p>
    <w:p>
      <w:pPr>
        <w:pStyle w:val="ListParagraph"/>
      </w:pPr>
      <w:r>
        <w:rPr>
          <w:sz w:val="22"/>
        </w:rPr>
        <w:t>A. Chữ Tiểu triện</w:t>
      </w:r>
    </w:p>
    <w:p>
      <w:pPr>
        <w:pStyle w:val="ListParagraph"/>
      </w:pPr>
      <w:r>
        <w:rPr>
          <w:sz w:val="22"/>
        </w:rPr>
        <w:t>B. Chữ Đại triện</w:t>
      </w:r>
    </w:p>
    <w:p>
      <w:pPr>
        <w:pStyle w:val="ListParagraph"/>
      </w:pPr>
      <w:r>
        <w:rPr>
          <w:sz w:val="22"/>
        </w:rPr>
        <w:t>C. Chữ Lệ thư</w:t>
      </w:r>
    </w:p>
    <w:p>
      <w:pPr>
        <w:pStyle w:val="ListParagraph"/>
      </w:pPr>
      <w:r>
        <w:rPr>
          <w:sz w:val="22"/>
        </w:rPr>
        <w:t>D. Chữ Giáp cốt</w:t>
      </w:r>
    </w:p>
    <w:p/>
    <w:p>
      <w:r>
        <w:rPr>
          <w:b/>
          <w:sz w:val="24"/>
        </w:rPr>
        <w:t>Câu 41: Điểm nổi bật của chữ viết Trung Hoa thời cổ – trung đại là gì?</w:t>
      </w:r>
    </w:p>
    <w:p>
      <w:pPr>
        <w:pStyle w:val="ListParagraph"/>
      </w:pPr>
      <w:r>
        <w:rPr>
          <w:sz w:val="22"/>
        </w:rPr>
        <w:t>A. Tiếp thu hoàn toàn chữ viết bên ngoài</w:t>
      </w:r>
    </w:p>
    <w:p>
      <w:pPr>
        <w:pStyle w:val="ListParagraph"/>
      </w:pPr>
      <w:r>
        <w:rPr>
          <w:sz w:val="22"/>
        </w:rPr>
        <w:t>B. Ảnh hưởng đến tất cả quốc gia trên thế giới</w:t>
      </w:r>
    </w:p>
    <w:p>
      <w:pPr>
        <w:pStyle w:val="ListParagraph"/>
      </w:pPr>
      <w:r>
        <w:rPr>
          <w:sz w:val="22"/>
        </w:rPr>
        <w:t>C. Tạo nền tảng cho chữ La-tinh ngày nay</w:t>
      </w:r>
    </w:p>
    <w:p>
      <w:pPr>
        <w:pStyle w:val="ListParagraph"/>
      </w:pPr>
      <w:r>
        <w:rPr>
          <w:sz w:val="22"/>
        </w:rPr>
        <w:t>D. Chữ viết nhiều lần được chỉnh lí và phát triển</w:t>
      </w:r>
    </w:p>
    <w:p/>
    <w:p>
      <w:r>
        <w:rPr>
          <w:b/>
          <w:sz w:val="24"/>
        </w:rPr>
        <w:t>Câu 42: Chữ viết của văn minh Trung Quốc ảnh hưởng sâu sắc đến chữ viết của quốc gia nào sau đây?</w:t>
      </w:r>
    </w:p>
    <w:p>
      <w:pPr>
        <w:pStyle w:val="ListParagraph"/>
      </w:pPr>
      <w:r>
        <w:rPr>
          <w:sz w:val="22"/>
        </w:rPr>
        <w:t>A. Ấn Độ</w:t>
      </w:r>
    </w:p>
    <w:p>
      <w:pPr>
        <w:pStyle w:val="ListParagraph"/>
      </w:pPr>
      <w:r>
        <w:rPr>
          <w:sz w:val="22"/>
        </w:rPr>
        <w:t>B. Ai Cập</w:t>
      </w:r>
    </w:p>
    <w:p>
      <w:pPr>
        <w:pStyle w:val="ListParagraph"/>
      </w:pPr>
      <w:r>
        <w:rPr>
          <w:sz w:val="22"/>
        </w:rPr>
        <w:t>C. Việt Nam</w:t>
      </w:r>
    </w:p>
    <w:p>
      <w:pPr>
        <w:pStyle w:val="ListParagraph"/>
      </w:pPr>
      <w:r>
        <w:rPr>
          <w:sz w:val="22"/>
        </w:rPr>
        <w:t>D. Hy Lạp</w:t>
      </w:r>
    </w:p>
    <w:p/>
    <w:p>
      <w:r>
        <w:rPr>
          <w:b/>
          <w:sz w:val="24"/>
        </w:rPr>
        <w:t>Câu 43: Lý Bạch, Đỗ Phủ, Bạch Cư Dị là những tác giả nổi tiếng của văn học Trung Hoa thời kì nào?</w:t>
      </w:r>
    </w:p>
    <w:p>
      <w:pPr>
        <w:pStyle w:val="ListParagraph"/>
      </w:pPr>
      <w:r>
        <w:rPr>
          <w:sz w:val="22"/>
        </w:rPr>
        <w:t>A. Tiểu thuyết</w:t>
      </w:r>
    </w:p>
    <w:p>
      <w:pPr>
        <w:pStyle w:val="ListParagraph"/>
      </w:pPr>
      <w:r>
        <w:rPr>
          <w:sz w:val="22"/>
        </w:rPr>
        <w:t>B. Thơ Đường</w:t>
      </w:r>
    </w:p>
    <w:p>
      <w:pPr>
        <w:pStyle w:val="ListParagraph"/>
      </w:pPr>
      <w:r>
        <w:rPr>
          <w:sz w:val="22"/>
        </w:rPr>
        <w:t>C. Truyện ngắn</w:t>
      </w:r>
    </w:p>
    <w:p>
      <w:pPr>
        <w:pStyle w:val="ListParagraph"/>
      </w:pPr>
      <w:r>
        <w:rPr>
          <w:sz w:val="22"/>
        </w:rPr>
        <w:t>D. Phóng sự</w:t>
      </w:r>
    </w:p>
    <w:p/>
    <w:p>
      <w:r>
        <w:rPr>
          <w:b/>
          <w:sz w:val="24"/>
        </w:rPr>
        <w:t>Câu 44: Loại hình văn học nào phát triển mạnh ở Trung Quốc dưới thời Minh – Thanh?</w:t>
      </w:r>
    </w:p>
    <w:p>
      <w:pPr>
        <w:pStyle w:val="ListParagraph"/>
      </w:pPr>
      <w:r>
        <w:rPr>
          <w:sz w:val="22"/>
        </w:rPr>
        <w:t>A. Tiểu thuyết chương hồi</w:t>
      </w:r>
    </w:p>
    <w:p>
      <w:pPr>
        <w:pStyle w:val="ListParagraph"/>
      </w:pPr>
      <w:r>
        <w:rPr>
          <w:sz w:val="22"/>
        </w:rPr>
        <w:t>B. Ca dao, tục ngữ</w:t>
      </w:r>
    </w:p>
    <w:p>
      <w:pPr>
        <w:pStyle w:val="ListParagraph"/>
      </w:pPr>
      <w:r>
        <w:rPr>
          <w:sz w:val="22"/>
        </w:rPr>
        <w:t>C. Truyện ngắn, phóng sự</w:t>
      </w:r>
    </w:p>
    <w:p>
      <w:pPr>
        <w:pStyle w:val="ListParagraph"/>
      </w:pPr>
      <w:r>
        <w:rPr>
          <w:sz w:val="22"/>
        </w:rPr>
        <w:t>D. Thơ ca, phú, kịch</w:t>
      </w:r>
    </w:p>
    <w:p/>
    <w:p>
      <w:r>
        <w:rPr>
          <w:b/>
          <w:sz w:val="24"/>
        </w:rPr>
        <w:t>Câu 45: Tác phẩm nào sau đây KHÔNG phải thành tựu văn học Trung Quốc thời cổ – trung đại?</w:t>
      </w:r>
    </w:p>
    <w:p>
      <w:pPr>
        <w:pStyle w:val="ListParagraph"/>
      </w:pPr>
      <w:r>
        <w:rPr>
          <w:sz w:val="22"/>
        </w:rPr>
        <w:t>A. Hí-li-át</w:t>
      </w:r>
    </w:p>
    <w:p>
      <w:pPr>
        <w:pStyle w:val="ListParagraph"/>
      </w:pPr>
      <w:r>
        <w:rPr>
          <w:sz w:val="22"/>
        </w:rPr>
        <w:t>B. Tây du kí</w:t>
      </w:r>
    </w:p>
    <w:p>
      <w:pPr>
        <w:pStyle w:val="ListParagraph"/>
      </w:pPr>
      <w:r>
        <w:rPr>
          <w:sz w:val="22"/>
        </w:rPr>
        <w:t>C. Hồng lâu mộng</w:t>
      </w:r>
    </w:p>
    <w:p>
      <w:pPr>
        <w:pStyle w:val="ListParagraph"/>
      </w:pPr>
      <w:r>
        <w:rPr>
          <w:sz w:val="22"/>
        </w:rPr>
        <w:t>D. Thủy hử</w:t>
      </w:r>
    </w:p>
    <w:p/>
    <w:p>
      <w:r>
        <w:rPr>
          <w:b/>
          <w:sz w:val="24"/>
        </w:rPr>
        <w:t>Câu 46: “Tứ đại danh tác” của văn học Trung Quốc thời Minh, Thanh gồm những tác phẩm nào?</w:t>
      </w:r>
    </w:p>
    <w:p>
      <w:pPr>
        <w:pStyle w:val="ListParagraph"/>
      </w:pPr>
      <w:r>
        <w:rPr>
          <w:sz w:val="22"/>
        </w:rPr>
        <w:t>A. Tây du kí, Thủy hử, Hồng lâu mộng, Liêu trai chí dị</w:t>
      </w:r>
    </w:p>
    <w:p>
      <w:pPr>
        <w:pStyle w:val="ListParagraph"/>
      </w:pPr>
      <w:r>
        <w:rPr>
          <w:sz w:val="22"/>
        </w:rPr>
        <w:t>B. Tây du kí, Thủy hử, Đông Chu liệt quốc, Tam quốc diễn nghĩa</w:t>
      </w:r>
    </w:p>
    <w:p>
      <w:pPr>
        <w:pStyle w:val="ListParagraph"/>
      </w:pPr>
      <w:r>
        <w:rPr>
          <w:sz w:val="22"/>
        </w:rPr>
        <w:t>C. Tây du kí, Kim Vân Kiều, Hồng lâu mộng, Tam quốc diễn nghĩa</w:t>
      </w:r>
    </w:p>
    <w:p>
      <w:pPr>
        <w:pStyle w:val="ListParagraph"/>
      </w:pPr>
      <w:r>
        <w:rPr>
          <w:sz w:val="22"/>
        </w:rPr>
        <w:t>D. Tây du kí, Thủy hử, Hồng lâu mộng, Tam quốc diễn nghĩa</w:t>
      </w:r>
    </w:p>
    <w:p/>
    <w:p>
      <w:r>
        <w:rPr>
          <w:b/>
          <w:sz w:val="24"/>
        </w:rPr>
        <w:t>Câu 47: Kinh Thi là tác phẩm thuộc lĩnh vực nào của Trung Hoa?</w:t>
      </w:r>
    </w:p>
    <w:p>
      <w:pPr>
        <w:pStyle w:val="ListParagraph"/>
      </w:pPr>
      <w:r>
        <w:rPr>
          <w:sz w:val="22"/>
        </w:rPr>
        <w:t>A. Toán học</w:t>
      </w:r>
    </w:p>
    <w:p>
      <w:pPr>
        <w:pStyle w:val="ListParagraph"/>
      </w:pPr>
      <w:r>
        <w:rPr>
          <w:sz w:val="22"/>
        </w:rPr>
        <w:t>B. Kiến trúc</w:t>
      </w:r>
    </w:p>
    <w:p>
      <w:pPr>
        <w:pStyle w:val="ListParagraph"/>
      </w:pPr>
      <w:r>
        <w:rPr>
          <w:sz w:val="22"/>
        </w:rPr>
        <w:t>C. Văn học</w:t>
      </w:r>
    </w:p>
    <w:p>
      <w:pPr>
        <w:pStyle w:val="ListParagraph"/>
      </w:pPr>
      <w:r>
        <w:rPr>
          <w:sz w:val="22"/>
        </w:rPr>
        <w:t>D. Kĩ thuật</w:t>
      </w:r>
    </w:p>
    <w:p/>
    <w:p>
      <w:r>
        <w:rPr>
          <w:b/>
          <w:sz w:val="24"/>
        </w:rPr>
        <w:t>Câu 48: Văn học Trung Hoa có ảnh hưởng sâu sắc đến văn học của châu lục nào?</w:t>
      </w:r>
    </w:p>
    <w:p>
      <w:pPr>
        <w:pStyle w:val="ListParagraph"/>
      </w:pPr>
      <w:r>
        <w:rPr>
          <w:sz w:val="22"/>
        </w:rPr>
        <w:t>A. Châu Âu</w:t>
      </w:r>
    </w:p>
    <w:p>
      <w:pPr>
        <w:pStyle w:val="ListParagraph"/>
      </w:pPr>
      <w:r>
        <w:rPr>
          <w:sz w:val="22"/>
        </w:rPr>
        <w:t>B. Châu Phi</w:t>
      </w:r>
    </w:p>
    <w:p>
      <w:pPr>
        <w:pStyle w:val="ListParagraph"/>
      </w:pPr>
      <w:r>
        <w:rPr>
          <w:sz w:val="22"/>
        </w:rPr>
        <w:t>C. Châu Mỹ</w:t>
      </w:r>
    </w:p>
    <w:p>
      <w:pPr>
        <w:pStyle w:val="ListParagraph"/>
      </w:pPr>
      <w:r>
        <w:rPr>
          <w:sz w:val="22"/>
        </w:rPr>
        <w:t>D. Châu Á</w:t>
      </w:r>
    </w:p>
    <w:p/>
    <w:p>
      <w:r>
        <w:rPr>
          <w:b/>
          <w:sz w:val="24"/>
        </w:rPr>
        <w:t>Câu 49: Trung Quốc là nơi khởi nguồn của tôn giáo nào?</w:t>
      </w:r>
    </w:p>
    <w:p>
      <w:pPr>
        <w:pStyle w:val="ListParagraph"/>
      </w:pPr>
      <w:r>
        <w:rPr>
          <w:sz w:val="22"/>
        </w:rPr>
        <w:t>A. Phật giáo</w:t>
      </w:r>
    </w:p>
    <w:p>
      <w:pPr>
        <w:pStyle w:val="ListParagraph"/>
      </w:pPr>
      <w:r>
        <w:rPr>
          <w:sz w:val="22"/>
        </w:rPr>
        <w:t>B. Đạo giáo</w:t>
      </w:r>
    </w:p>
    <w:p>
      <w:pPr>
        <w:pStyle w:val="ListParagraph"/>
      </w:pPr>
      <w:r>
        <w:rPr>
          <w:sz w:val="22"/>
        </w:rPr>
        <w:t>C. Hồi giáo</w:t>
      </w:r>
    </w:p>
    <w:p>
      <w:pPr>
        <w:pStyle w:val="ListParagraph"/>
      </w:pPr>
      <w:r>
        <w:rPr>
          <w:sz w:val="22"/>
        </w:rPr>
        <w:t>D. Thiên Chúa giáo</w:t>
      </w:r>
    </w:p>
    <w:p/>
    <w:p>
      <w:r>
        <w:rPr>
          <w:b/>
          <w:sz w:val="24"/>
        </w:rPr>
        <w:t>Câu 50: Học thuyết nào trở thành hệ tư tưởng chính thống của chế độ quân chủ chuyên chế ở Trung Quốc?</w:t>
      </w:r>
    </w:p>
    <w:p>
      <w:pPr>
        <w:pStyle w:val="ListParagraph"/>
      </w:pPr>
      <w:r>
        <w:rPr>
          <w:sz w:val="22"/>
        </w:rPr>
        <w:t>A. Đạo giáo</w:t>
      </w:r>
    </w:p>
    <w:p>
      <w:pPr>
        <w:pStyle w:val="ListParagraph"/>
      </w:pPr>
      <w:r>
        <w:rPr>
          <w:sz w:val="22"/>
        </w:rPr>
        <w:t>B. Phật giáo</w:t>
      </w:r>
    </w:p>
    <w:p>
      <w:pPr>
        <w:pStyle w:val="ListParagraph"/>
      </w:pPr>
      <w:r>
        <w:rPr>
          <w:sz w:val="22"/>
        </w:rPr>
        <w:t>C. Nho giáo</w:t>
      </w:r>
    </w:p>
    <w:p>
      <w:pPr>
        <w:pStyle w:val="ListParagraph"/>
      </w:pPr>
      <w:r>
        <w:rPr>
          <w:sz w:val="22"/>
        </w:rPr>
        <w:t>D. Hồi giáo</w:t>
      </w:r>
    </w:p>
    <w:p/>
    <w:p>
      <w:r>
        <w:rPr>
          <w:b/>
          <w:sz w:val="24"/>
        </w:rPr>
        <w:t>Câu 51: Trong quá trình tồn tại và phát triển, văn minh Trung Quốc đã tiếp thu Phật giáo từ quốc gia nào?</w:t>
      </w:r>
    </w:p>
    <w:p>
      <w:pPr>
        <w:pStyle w:val="ListParagraph"/>
      </w:pPr>
      <w:r>
        <w:rPr>
          <w:sz w:val="22"/>
        </w:rPr>
        <w:t>A. Ấn Độ</w:t>
      </w:r>
    </w:p>
    <w:p>
      <w:pPr>
        <w:pStyle w:val="ListParagraph"/>
      </w:pPr>
      <w:r>
        <w:rPr>
          <w:sz w:val="22"/>
        </w:rPr>
        <w:t>B. Ai Cập</w:t>
      </w:r>
    </w:p>
    <w:p>
      <w:pPr>
        <w:pStyle w:val="ListParagraph"/>
      </w:pPr>
      <w:r>
        <w:rPr>
          <w:sz w:val="22"/>
        </w:rPr>
        <w:t>C. Hy Lạp</w:t>
      </w:r>
    </w:p>
    <w:p>
      <w:pPr>
        <w:pStyle w:val="ListParagraph"/>
      </w:pPr>
      <w:r>
        <w:rPr>
          <w:sz w:val="22"/>
        </w:rPr>
        <w:t>D. La Mã</w:t>
      </w:r>
    </w:p>
    <w:p/>
    <w:p>
      <w:r>
        <w:rPr>
          <w:b/>
          <w:sz w:val="24"/>
        </w:rPr>
        <w:t>Câu 52: Hệ tư tưởng Nho giáo của Trung Hoa ảnh hưởng sâu sắc đến quốc gia nào sau đây?</w:t>
      </w:r>
    </w:p>
    <w:p>
      <w:pPr>
        <w:pStyle w:val="ListParagraph"/>
      </w:pPr>
      <w:r>
        <w:rPr>
          <w:sz w:val="22"/>
        </w:rPr>
        <w:t>A. Rô-ma</w:t>
      </w:r>
    </w:p>
    <w:p>
      <w:pPr>
        <w:pStyle w:val="ListParagraph"/>
      </w:pPr>
      <w:r>
        <w:rPr>
          <w:sz w:val="22"/>
        </w:rPr>
        <w:t>B. Nhật Bản</w:t>
      </w:r>
    </w:p>
    <w:p>
      <w:pPr>
        <w:pStyle w:val="ListParagraph"/>
      </w:pPr>
      <w:r>
        <w:rPr>
          <w:sz w:val="22"/>
        </w:rPr>
        <w:t>C. Ai Cập</w:t>
      </w:r>
    </w:p>
    <w:p>
      <w:pPr>
        <w:pStyle w:val="ListParagraph"/>
      </w:pPr>
      <w:r>
        <w:rPr>
          <w:sz w:val="22"/>
        </w:rPr>
        <w:t>D. La Mã</w:t>
      </w:r>
    </w:p>
    <w:p/>
    <w:p>
      <w:r>
        <w:rPr>
          <w:b/>
          <w:sz w:val="24"/>
        </w:rPr>
        <w:t>Câu 53: Nội dung nào phản ánh đúng ý nghĩa của Nho giáo trong văn minh Trung Hoa?</w:t>
      </w:r>
    </w:p>
    <w:p>
      <w:pPr>
        <w:pStyle w:val="ListParagraph"/>
      </w:pPr>
      <w:r>
        <w:rPr>
          <w:sz w:val="22"/>
        </w:rPr>
        <w:t>A. Tạo cơ sở phát triển văn minh phương Tây</w:t>
      </w:r>
    </w:p>
    <w:p>
      <w:pPr>
        <w:pStyle w:val="ListParagraph"/>
      </w:pPr>
      <w:r>
        <w:rPr>
          <w:sz w:val="22"/>
        </w:rPr>
        <w:t>B. Nền tảng tư tưởng của chế độ quân chủ Trung Hoa</w:t>
      </w:r>
    </w:p>
    <w:p>
      <w:pPr>
        <w:pStyle w:val="ListParagraph"/>
      </w:pPr>
      <w:r>
        <w:rPr>
          <w:sz w:val="22"/>
        </w:rPr>
        <w:t>C. Thúc đẩy mạnh mẽ thương nghiệp</w:t>
      </w:r>
    </w:p>
    <w:p>
      <w:pPr>
        <w:pStyle w:val="ListParagraph"/>
      </w:pPr>
      <w:r>
        <w:rPr>
          <w:sz w:val="22"/>
        </w:rPr>
        <w:t>D. Tạo cơ sở phát triển khoa học kĩ thuật</w:t>
      </w:r>
    </w:p>
    <w:p/>
    <w:p>
      <w:r>
        <w:rPr>
          <w:b/>
          <w:sz w:val="24"/>
        </w:rPr>
        <w:t>Câu 54: Tháp Tam Lăng, Tử Cấm Thành là thành tựu tiêu biểu trên lĩnh vực nào?</w:t>
      </w:r>
    </w:p>
    <w:p>
      <w:pPr>
        <w:pStyle w:val="ListParagraph"/>
      </w:pPr>
      <w:r>
        <w:rPr>
          <w:sz w:val="22"/>
        </w:rPr>
        <w:t>A. Toán học</w:t>
      </w:r>
    </w:p>
    <w:p>
      <w:pPr>
        <w:pStyle w:val="ListParagraph"/>
      </w:pPr>
      <w:r>
        <w:rPr>
          <w:sz w:val="22"/>
        </w:rPr>
        <w:t>B. Kiến trúc</w:t>
      </w:r>
    </w:p>
    <w:p>
      <w:pPr>
        <w:pStyle w:val="ListParagraph"/>
      </w:pPr>
      <w:r>
        <w:rPr>
          <w:sz w:val="22"/>
        </w:rPr>
        <w:t>C. Văn học</w:t>
      </w:r>
    </w:p>
    <w:p>
      <w:pPr>
        <w:pStyle w:val="ListParagraph"/>
      </w:pPr>
      <w:r>
        <w:rPr>
          <w:sz w:val="22"/>
        </w:rPr>
        <w:t>D. Kĩ thuật</w:t>
      </w:r>
    </w:p>
    <w:p/>
    <w:p>
      <w:r>
        <w:rPr>
          <w:b/>
          <w:sz w:val="24"/>
        </w:rPr>
        <w:t>Câu 55: Vạn Lí Trường Thành là di sản văn hóa thế giới của quốc gia nào?</w:t>
      </w:r>
    </w:p>
    <w:p>
      <w:pPr>
        <w:pStyle w:val="ListParagraph"/>
      </w:pPr>
      <w:r>
        <w:rPr>
          <w:sz w:val="22"/>
        </w:rPr>
        <w:t>A. Thái Lan</w:t>
      </w:r>
    </w:p>
    <w:p>
      <w:pPr>
        <w:pStyle w:val="ListParagraph"/>
      </w:pPr>
      <w:r>
        <w:rPr>
          <w:sz w:val="22"/>
        </w:rPr>
        <w:t>B. Trung Quốc</w:t>
      </w:r>
    </w:p>
    <w:p>
      <w:pPr>
        <w:pStyle w:val="ListParagraph"/>
      </w:pPr>
      <w:r>
        <w:rPr>
          <w:sz w:val="22"/>
        </w:rPr>
        <w:t>C. Ai Cập</w:t>
      </w:r>
    </w:p>
    <w:p>
      <w:pPr>
        <w:pStyle w:val="ListParagraph"/>
      </w:pPr>
      <w:r>
        <w:rPr>
          <w:sz w:val="22"/>
        </w:rPr>
        <w:t>D. Ấn Độ</w:t>
      </w:r>
    </w:p>
    <w:p/>
    <w:p>
      <w:r>
        <w:rPr>
          <w:b/>
          <w:sz w:val="24"/>
        </w:rPr>
        <w:t>Câu 56: “Sử ký” là một bộ sử học nổi tiếng của Trung Hoa thời kì nào?</w:t>
      </w:r>
    </w:p>
    <w:p>
      <w:pPr>
        <w:pStyle w:val="ListParagraph"/>
      </w:pPr>
      <w:r>
        <w:rPr>
          <w:sz w:val="22"/>
        </w:rPr>
        <w:t>A. Cổ – trung đại</w:t>
      </w:r>
    </w:p>
    <w:p>
      <w:pPr>
        <w:pStyle w:val="ListParagraph"/>
      </w:pPr>
      <w:r>
        <w:rPr>
          <w:sz w:val="22"/>
        </w:rPr>
        <w:t>B. Cận đại</w:t>
      </w:r>
    </w:p>
    <w:p>
      <w:pPr>
        <w:pStyle w:val="ListParagraph"/>
      </w:pPr>
      <w:r>
        <w:rPr>
          <w:sz w:val="22"/>
        </w:rPr>
        <w:t>C. Hiện đại</w:t>
      </w:r>
    </w:p>
    <w:p>
      <w:pPr>
        <w:pStyle w:val="ListParagraph"/>
      </w:pPr>
      <w:r>
        <w:rPr>
          <w:sz w:val="22"/>
        </w:rPr>
        <w:t>D. Đương đại</w:t>
      </w:r>
    </w:p>
    <w:p/>
    <w:p>
      <w:r>
        <w:rPr>
          <w:b/>
          <w:sz w:val="24"/>
        </w:rPr>
        <w:t>Câu 57: Một phát minh kĩ thuật quan trọng của người Trung Hoa thời cổ đại là gì?</w:t>
      </w:r>
    </w:p>
    <w:p>
      <w:pPr>
        <w:pStyle w:val="ListParagraph"/>
      </w:pPr>
      <w:r>
        <w:rPr>
          <w:sz w:val="22"/>
        </w:rPr>
        <w:t>A. Máy tính điện tử</w:t>
      </w:r>
    </w:p>
    <w:p>
      <w:pPr>
        <w:pStyle w:val="ListParagraph"/>
      </w:pPr>
      <w:r>
        <w:rPr>
          <w:sz w:val="22"/>
        </w:rPr>
        <w:t>B. Kĩ thuật in</w:t>
      </w:r>
    </w:p>
    <w:p>
      <w:pPr>
        <w:pStyle w:val="ListParagraph"/>
      </w:pPr>
      <w:r>
        <w:rPr>
          <w:sz w:val="22"/>
        </w:rPr>
        <w:t>C. Động cơ hơi nước</w:t>
      </w:r>
    </w:p>
    <w:p>
      <w:pPr>
        <w:pStyle w:val="ListParagraph"/>
      </w:pPr>
      <w:r>
        <w:rPr>
          <w:sz w:val="22"/>
        </w:rPr>
        <w:t>D. Động cơ điện</w:t>
      </w:r>
    </w:p>
    <w:p/>
    <w:p>
      <w:r>
        <w:rPr>
          <w:b/>
          <w:sz w:val="24"/>
        </w:rPr>
        <w:t>Câu 58: Phát minh kĩ thuật nào của người Trung Hoa có ảnh hưởng lớn đến sự phát triển ngành hàng hải?</w:t>
      </w:r>
    </w:p>
    <w:p>
      <w:pPr>
        <w:pStyle w:val="ListParagraph"/>
      </w:pPr>
      <w:r>
        <w:rPr>
          <w:sz w:val="22"/>
        </w:rPr>
        <w:t>A. La bàn</w:t>
      </w:r>
    </w:p>
    <w:p>
      <w:pPr>
        <w:pStyle w:val="ListParagraph"/>
      </w:pPr>
      <w:r>
        <w:rPr>
          <w:sz w:val="22"/>
        </w:rPr>
        <w:t>B. Thuốc súng</w:t>
      </w:r>
    </w:p>
    <w:p>
      <w:pPr>
        <w:pStyle w:val="ListParagraph"/>
      </w:pPr>
      <w:r>
        <w:rPr>
          <w:sz w:val="22"/>
        </w:rPr>
        <w:t>C. Kĩ thuật in</w:t>
      </w:r>
    </w:p>
    <w:p>
      <w:pPr>
        <w:pStyle w:val="ListParagraph"/>
      </w:pPr>
      <w:r>
        <w:rPr>
          <w:sz w:val="22"/>
        </w:rPr>
        <w:t>D. Làm giấy</w:t>
      </w:r>
    </w:p>
    <w:p/>
    <w:p>
      <w:r>
        <w:rPr>
          <w:b/>
          <w:sz w:val="24"/>
        </w:rPr>
        <w:t>Câu 59: Thành tựu nào sau đây KHÔNG phải phát minh quan trọng về kĩ thuật của Trung Hoa thời cổ – trung đại?</w:t>
      </w:r>
    </w:p>
    <w:p>
      <w:pPr>
        <w:pStyle w:val="ListParagraph"/>
      </w:pPr>
      <w:r>
        <w:rPr>
          <w:sz w:val="22"/>
        </w:rPr>
        <w:t>A. Làm giấy</w:t>
      </w:r>
    </w:p>
    <w:p>
      <w:pPr>
        <w:pStyle w:val="ListParagraph"/>
      </w:pPr>
      <w:r>
        <w:rPr>
          <w:sz w:val="22"/>
        </w:rPr>
        <w:t>B. Động cơ đốt trong</w:t>
      </w:r>
    </w:p>
    <w:p>
      <w:pPr>
        <w:pStyle w:val="ListParagraph"/>
      </w:pPr>
      <w:r>
        <w:rPr>
          <w:sz w:val="22"/>
        </w:rPr>
        <w:t>C. Thuốc súng</w:t>
      </w:r>
    </w:p>
    <w:p>
      <w:pPr>
        <w:pStyle w:val="ListParagraph"/>
      </w:pPr>
      <w:r>
        <w:rPr>
          <w:sz w:val="22"/>
        </w:rPr>
        <w:t>D. La bàn</w:t>
      </w:r>
    </w:p>
    <w:p/>
    <w:p>
      <w:r>
        <w:rPr>
          <w:b/>
          <w:sz w:val="24"/>
        </w:rPr>
        <w:t>Câu 60: Một vai trò quan trọng của lịch sử – văn hóa đối với du lịch là gì?</w:t>
      </w:r>
    </w:p>
    <w:p>
      <w:pPr>
        <w:pStyle w:val="ListParagraph"/>
      </w:pPr>
      <w:r>
        <w:rPr>
          <w:sz w:val="22"/>
        </w:rPr>
        <w:t>A. Là yếu tố quyết định duy nhất sự phát triển du lịch</w:t>
      </w:r>
    </w:p>
    <w:p>
      <w:pPr>
        <w:pStyle w:val="ListParagraph"/>
      </w:pPr>
      <w:r>
        <w:rPr>
          <w:sz w:val="22"/>
        </w:rPr>
        <w:t>B. Tạo sức hấp dẫn, thu hút khách du lịch</w:t>
      </w:r>
    </w:p>
    <w:p>
      <w:pPr>
        <w:pStyle w:val="ListParagraph"/>
      </w:pPr>
      <w:r>
        <w:rPr>
          <w:sz w:val="22"/>
        </w:rPr>
        <w:t>C. Ngăn cản việc bảo tồn di sản</w:t>
      </w:r>
    </w:p>
    <w:p>
      <w:pPr>
        <w:pStyle w:val="ListParagraph"/>
      </w:pPr>
      <w:r>
        <w:rPr>
          <w:sz w:val="22"/>
        </w:rPr>
        <w:t>D. Không có tác động đến kinh tế</w:t>
      </w:r>
    </w:p>
    <w:p/>
    <w:p>
      <w:r>
        <w:rPr>
          <w:b/>
          <w:sz w:val="24"/>
        </w:rPr>
        <w:t>Câu 61: Trong phát triển du lịch, yếu tố nào có vai trò đặc biệt quan trọng?</w:t>
      </w:r>
    </w:p>
    <w:p>
      <w:pPr>
        <w:pStyle w:val="ListParagraph"/>
      </w:pPr>
      <w:r>
        <w:rPr>
          <w:sz w:val="22"/>
        </w:rPr>
        <w:t>A. Kết quả hoạt động quá khứ của ngành du lịch</w:t>
      </w:r>
    </w:p>
    <w:p>
      <w:pPr>
        <w:pStyle w:val="ListParagraph"/>
      </w:pPr>
      <w:r>
        <w:rPr>
          <w:sz w:val="22"/>
        </w:rPr>
        <w:t>B. Hoạt động sản xuất của nhà máy</w:t>
      </w:r>
    </w:p>
    <w:p>
      <w:pPr>
        <w:pStyle w:val="ListParagraph"/>
      </w:pPr>
      <w:r>
        <w:rPr>
          <w:sz w:val="22"/>
        </w:rPr>
        <w:t>C. Những giá trị về lịch sử, văn hóa truyền thống</w:t>
      </w:r>
    </w:p>
    <w:p>
      <w:pPr>
        <w:pStyle w:val="ListParagraph"/>
      </w:pPr>
      <w:r>
        <w:rPr>
          <w:sz w:val="22"/>
        </w:rPr>
        <w:t>D. Chỉ sự đổi mới các công trình</w:t>
      </w:r>
    </w:p>
    <w:p/>
    <w:p>
      <w:r>
        <w:rPr>
          <w:b/>
          <w:sz w:val="24"/>
        </w:rPr>
        <w:t>Câu 62: Nội dung nào KHÔNG phản ánh đúng vai trò của lịch sử – văn hóa đối với du lịch?</w:t>
      </w:r>
    </w:p>
    <w:p>
      <w:pPr>
        <w:pStyle w:val="ListParagraph"/>
      </w:pPr>
      <w:r>
        <w:rPr>
          <w:sz w:val="22"/>
        </w:rPr>
        <w:t>A. Là di sản, tài nguyên quý giá để phát triển du lịch</w:t>
      </w:r>
    </w:p>
    <w:p>
      <w:pPr>
        <w:pStyle w:val="ListParagraph"/>
      </w:pPr>
      <w:r>
        <w:rPr>
          <w:sz w:val="22"/>
        </w:rPr>
        <w:t>B. Tạo sức hấp dẫn lớn để thu hút khách</w:t>
      </w:r>
    </w:p>
    <w:p>
      <w:pPr>
        <w:pStyle w:val="ListParagraph"/>
      </w:pPr>
      <w:r>
        <w:rPr>
          <w:sz w:val="22"/>
        </w:rPr>
        <w:t>C. Giúp con người hướng thu giá trị của di sản</w:t>
      </w:r>
    </w:p>
    <w:p>
      <w:pPr>
        <w:pStyle w:val="ListParagraph"/>
      </w:pPr>
      <w:r>
        <w:rPr>
          <w:sz w:val="22"/>
        </w:rPr>
        <w:t>D. Là yếu tố quyết định duy nhất sự phát triển du lịch</w:t>
      </w:r>
    </w:p>
    <w:p/>
    <w:p>
      <w:r>
        <w:rPr>
          <w:b/>
          <w:sz w:val="24"/>
        </w:rPr>
        <w:t>Câu 63: Du lịch có ý nghĩa gì đối với công tác bảo tồn di tích lịch sử – văn hóa?</w:t>
      </w:r>
    </w:p>
    <w:p>
      <w:pPr>
        <w:pStyle w:val="ListParagraph"/>
      </w:pPr>
      <w:r>
        <w:rPr>
          <w:sz w:val="22"/>
        </w:rPr>
        <w:t>A. Quảng bá rộng rãi giá trị di tích ra bên ngoài</w:t>
      </w:r>
    </w:p>
    <w:p>
      <w:pPr>
        <w:pStyle w:val="ListParagraph"/>
      </w:pPr>
      <w:r>
        <w:rPr>
          <w:sz w:val="22"/>
        </w:rPr>
        <w:t>B. Bồi đắp ý thức bảo vệ di tích của cộng đồng</w:t>
      </w:r>
    </w:p>
    <w:p>
      <w:pPr>
        <w:pStyle w:val="ListParagraph"/>
      </w:pPr>
      <w:r>
        <w:rPr>
          <w:sz w:val="22"/>
        </w:rPr>
        <w:t>C. Tạo nguồn kinh phí hỗ trợ bảo tồn và phát huy giá trị di sản</w:t>
      </w:r>
    </w:p>
    <w:p>
      <w:pPr>
        <w:pStyle w:val="ListParagraph"/>
      </w:pPr>
      <w:r>
        <w:rPr>
          <w:sz w:val="22"/>
        </w:rPr>
        <w:t>D. Cả A, B và C</w:t>
      </w:r>
    </w:p>
    <w:p/>
    <w:p>
      <w:r>
        <w:rPr>
          <w:b/>
          <w:sz w:val="24"/>
        </w:rPr>
        <w:t>Câu 64: Nội dung nào KHÔNG phải tác động tích cực của du lịch đối với bảo tồn di tích?</w:t>
      </w:r>
    </w:p>
    <w:p>
      <w:pPr>
        <w:pStyle w:val="ListParagraph"/>
      </w:pPr>
      <w:r>
        <w:rPr>
          <w:sz w:val="22"/>
        </w:rPr>
        <w:t>A. Quảng bá giá trị di tích</w:t>
      </w:r>
    </w:p>
    <w:p>
      <w:pPr>
        <w:pStyle w:val="ListParagraph"/>
      </w:pPr>
      <w:r>
        <w:rPr>
          <w:sz w:val="22"/>
        </w:rPr>
        <w:t>B. Nâng cao ý thức bảo vệ di tích</w:t>
      </w:r>
    </w:p>
    <w:p>
      <w:pPr>
        <w:pStyle w:val="ListParagraph"/>
      </w:pPr>
      <w:r>
        <w:rPr>
          <w:sz w:val="22"/>
        </w:rPr>
        <w:t>C. Tạo nguồn kinh phí bảo tồn</w:t>
      </w:r>
    </w:p>
    <w:p>
      <w:pPr>
        <w:pStyle w:val="ListParagraph"/>
      </w:pPr>
      <w:r>
        <w:rPr>
          <w:sz w:val="22"/>
        </w:rPr>
        <w:t>D. Ngăn cản tác động xấu của thiên nhiên và con người</w:t>
      </w:r>
    </w:p>
    <w:p/>
    <w:p>
      <w:r>
        <w:rPr>
          <w:b/>
          <w:sz w:val="24"/>
        </w:rPr>
        <w:t>Câu 65: Theo nội dung trong đề, địa danh nào KHÔNG thuộc tài nguyên du lịch văn hóa?</w:t>
      </w:r>
    </w:p>
    <w:p>
      <w:pPr>
        <w:pStyle w:val="ListParagraph"/>
      </w:pPr>
      <w:r>
        <w:rPr>
          <w:sz w:val="22"/>
        </w:rPr>
        <w:t>A. Cố đô Huế</w:t>
      </w:r>
    </w:p>
    <w:p>
      <w:pPr>
        <w:pStyle w:val="ListParagraph"/>
      </w:pPr>
      <w:r>
        <w:rPr>
          <w:sz w:val="22"/>
        </w:rPr>
        <w:t>B. Thánh địa Mỹ Sơn</w:t>
      </w:r>
    </w:p>
    <w:p>
      <w:pPr>
        <w:pStyle w:val="ListParagraph"/>
      </w:pPr>
      <w:r>
        <w:rPr>
          <w:sz w:val="22"/>
        </w:rPr>
        <w:t>C. Vịnh Hạ Long</w:t>
      </w:r>
    </w:p>
    <w:p>
      <w:pPr>
        <w:pStyle w:val="ListParagraph"/>
      </w:pPr>
      <w:r>
        <w:rPr>
          <w:sz w:val="22"/>
        </w:rPr>
        <w:t>D. Dinh Độc Lập</w:t>
      </w:r>
    </w:p>
    <w:p/>
    <w:p>
      <w:r>
        <w:rPr>
          <w:b/>
          <w:sz w:val="24"/>
        </w:rPr>
        <w:t>Câu 66: Nội dung nào KHÔNG phải biện pháp bảo tồn và phát huy giá trị di sản văn hóa?</w:t>
      </w:r>
    </w:p>
    <w:p>
      <w:pPr>
        <w:pStyle w:val="ListParagraph"/>
      </w:pPr>
      <w:r>
        <w:rPr>
          <w:sz w:val="22"/>
        </w:rPr>
        <w:t>A. Tăng cường tuyên truyền, giáo dục pháp luật</w:t>
      </w:r>
    </w:p>
    <w:p>
      <w:pPr>
        <w:pStyle w:val="ListParagraph"/>
      </w:pPr>
      <w:r>
        <w:rPr>
          <w:sz w:val="22"/>
        </w:rPr>
        <w:t>B. Nâng cao hiệu quả quản lý nhà nước</w:t>
      </w:r>
    </w:p>
    <w:p>
      <w:pPr>
        <w:pStyle w:val="ListParagraph"/>
      </w:pPr>
      <w:r>
        <w:rPr>
          <w:sz w:val="22"/>
        </w:rPr>
        <w:t>C. Phát huy vai trò cộng đồng</w:t>
      </w:r>
    </w:p>
    <w:p>
      <w:pPr>
        <w:pStyle w:val="ListParagraph"/>
      </w:pPr>
      <w:r>
        <w:rPr>
          <w:sz w:val="22"/>
        </w:rPr>
        <w:t>D. Làm mới hoàn toàn các di sản đã xuống cấp</w:t>
      </w:r>
    </w:p>
    <w:p/>
    <w:p>
      <w:r>
        <w:rPr>
          <w:b/>
          <w:sz w:val="24"/>
        </w:rPr>
        <w:t>Câu 67: Một di sản văn hóa phi vật thể tiêu biểu của Việt Nam là gì?</w:t>
      </w:r>
    </w:p>
    <w:p>
      <w:pPr>
        <w:pStyle w:val="ListParagraph"/>
      </w:pPr>
      <w:r>
        <w:rPr>
          <w:sz w:val="22"/>
        </w:rPr>
        <w:t>A. Đờn ca tài tử Nam Bộ</w:t>
      </w:r>
    </w:p>
    <w:p>
      <w:pPr>
        <w:pStyle w:val="ListParagraph"/>
      </w:pPr>
      <w:r>
        <w:rPr>
          <w:sz w:val="22"/>
        </w:rPr>
        <w:t>B. Hoàng thành Thăng Long</w:t>
      </w:r>
    </w:p>
    <w:p>
      <w:pPr>
        <w:pStyle w:val="ListParagraph"/>
      </w:pPr>
      <w:r>
        <w:rPr>
          <w:sz w:val="22"/>
        </w:rPr>
        <w:t>C. Mộc bản triều Nguyễn</w:t>
      </w:r>
    </w:p>
    <w:p>
      <w:pPr>
        <w:pStyle w:val="ListParagraph"/>
      </w:pPr>
      <w:r>
        <w:rPr>
          <w:sz w:val="22"/>
        </w:rPr>
        <w:t>D. Phố cổ Hội An</w:t>
      </w:r>
    </w:p>
    <w:p/>
    <w:p>
      <w:r>
        <w:rPr>
          <w:b/>
          <w:sz w:val="24"/>
        </w:rPr>
        <w:t>Câu 68: Bảo tồn và phát huy giá trị di sản văn hóa là hoạt động nào?</w:t>
      </w:r>
    </w:p>
    <w:p>
      <w:pPr>
        <w:pStyle w:val="ListParagraph"/>
      </w:pPr>
      <w:r>
        <w:rPr>
          <w:sz w:val="22"/>
        </w:rPr>
        <w:t>A. Chỉ tìm kiếm và lưu giữ di sản</w:t>
      </w:r>
    </w:p>
    <w:p>
      <w:pPr>
        <w:pStyle w:val="ListParagraph"/>
      </w:pPr>
      <w:r>
        <w:rPr>
          <w:sz w:val="22"/>
        </w:rPr>
        <w:t>B. Chỉ phát triển và lan tỏa di sản</w:t>
      </w:r>
    </w:p>
    <w:p>
      <w:pPr>
        <w:pStyle w:val="ListParagraph"/>
      </w:pPr>
      <w:r>
        <w:rPr>
          <w:sz w:val="22"/>
        </w:rPr>
        <w:t>C. Lưu giữ, bảo vệ và lan tỏa các giá trị di sản</w:t>
      </w:r>
    </w:p>
    <w:p>
      <w:pPr>
        <w:pStyle w:val="ListParagraph"/>
      </w:pPr>
      <w:r>
        <w:rPr>
          <w:sz w:val="22"/>
        </w:rPr>
        <w:t>D. Thay thế toàn bộ di sản cũ</w:t>
      </w:r>
    </w:p>
    <w:p/>
    <w:p>
      <w:r>
        <w:rPr>
          <w:b/>
          <w:sz w:val="24"/>
        </w:rPr>
        <w:t>Câu 69: Ngày Di sản Văn hóa Việt Nam (23/11) nhấn mạnh điều gì?</w:t>
      </w:r>
    </w:p>
    <w:p>
      <w:pPr>
        <w:pStyle w:val="ListParagraph"/>
      </w:pPr>
      <w:r>
        <w:rPr>
          <w:sz w:val="22"/>
        </w:rPr>
        <w:t>A. Chỉ bảo vệ công trình hiện đại</w:t>
      </w:r>
    </w:p>
    <w:p>
      <w:pPr>
        <w:pStyle w:val="ListParagraph"/>
      </w:pPr>
      <w:r>
        <w:rPr>
          <w:sz w:val="22"/>
        </w:rPr>
        <w:t>B. Tôn trọng và trách nhiệm của cộng đồng toàn cầu</w:t>
      </w:r>
    </w:p>
    <w:p>
      <w:pPr>
        <w:pStyle w:val="ListParagraph"/>
      </w:pPr>
      <w:r>
        <w:rPr>
          <w:sz w:val="22"/>
        </w:rPr>
        <w:t>C. Yêu nước, tự hào dân tộc và trách nhiệm bảo vệ di sản</w:t>
      </w:r>
    </w:p>
    <w:p>
      <w:pPr>
        <w:pStyle w:val="ListParagraph"/>
      </w:pPr>
      <w:r>
        <w:rPr>
          <w:sz w:val="22"/>
        </w:rPr>
        <w:t>D. Chỉ phát huy đoàn kết dân tộc</w:t>
      </w:r>
    </w:p>
    <w:p/>
    <w:p>
      <w:r>
        <w:rPr>
          <w:b/>
          <w:sz w:val="24"/>
        </w:rPr>
        <w:t>Câu 70: Di tích lịch sử – văn hóa của Việt Nam là một thế mạnh để phát triển lĩnh vực nào?</w:t>
      </w:r>
    </w:p>
    <w:p>
      <w:pPr>
        <w:pStyle w:val="ListParagraph"/>
      </w:pPr>
      <w:r>
        <w:rPr>
          <w:sz w:val="22"/>
        </w:rPr>
        <w:t>A. Nông nghiệp bền vững</w:t>
      </w:r>
    </w:p>
    <w:p>
      <w:pPr>
        <w:pStyle w:val="ListParagraph"/>
      </w:pPr>
      <w:r>
        <w:rPr>
          <w:sz w:val="22"/>
        </w:rPr>
        <w:t>B. Chế biến nông sản</w:t>
      </w:r>
    </w:p>
    <w:p>
      <w:pPr>
        <w:pStyle w:val="ListParagraph"/>
      </w:pPr>
      <w:r>
        <w:rPr>
          <w:sz w:val="22"/>
        </w:rPr>
        <w:t>C. Du lịch</w:t>
      </w:r>
    </w:p>
    <w:p>
      <w:pPr>
        <w:pStyle w:val="ListParagraph"/>
      </w:pPr>
      <w:r>
        <w:rPr>
          <w:sz w:val="22"/>
        </w:rPr>
        <w:t>D. Lâm nghiệp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D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C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C</w:t>
      </w:r>
    </w:p>
    <w:p>
      <w:r>
        <w:rPr>
          <w:b/>
        </w:rPr>
        <w:t>Câu 40: Đáp án đúng: D</w:t>
      </w:r>
    </w:p>
    <w:p>
      <w:r>
        <w:rPr>
          <w:b/>
        </w:rPr>
        <w:t>Câu 41: Đáp án đúng: D</w:t>
      </w:r>
    </w:p>
    <w:p>
      <w:r>
        <w:rPr>
          <w:b/>
        </w:rPr>
        <w:t>Câu 42: Đáp án đúng: C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D</w:t>
      </w:r>
    </w:p>
    <w:p>
      <w:r>
        <w:rPr>
          <w:b/>
        </w:rPr>
        <w:t>Câu 47: Đáp án đúng: C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B</w:t>
      </w:r>
    </w:p>
    <w:p>
      <w:r>
        <w:rPr>
          <w:b/>
        </w:rPr>
        <w:t>Câu 50: Đáp án đúng: C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B</w:t>
      </w:r>
    </w:p>
    <w:p>
      <w:r>
        <w:rPr>
          <w:b/>
        </w:rPr>
        <w:t>Câu 53: Đáp án đúng: B</w:t>
      </w:r>
    </w:p>
    <w:p>
      <w:r>
        <w:rPr>
          <w:b/>
        </w:rPr>
        <w:t>Câu 54: Đáp án đúng: B</w:t>
      </w:r>
    </w:p>
    <w:p>
      <w:r>
        <w:rPr>
          <w:b/>
        </w:rPr>
        <w:t>Câu 55: Đáp án đúng: B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B</w:t>
      </w:r>
    </w:p>
    <w:p>
      <w:r>
        <w:rPr>
          <w:b/>
        </w:rPr>
        <w:t>Câu 58: Đáp án đúng: A</w:t>
      </w:r>
    </w:p>
    <w:p>
      <w:r>
        <w:rPr>
          <w:b/>
        </w:rPr>
        <w:t>Câu 59: Đáp án đúng: B</w:t>
      </w:r>
    </w:p>
    <w:p>
      <w:r>
        <w:rPr>
          <w:b/>
        </w:rPr>
        <w:t>Câu 60: Đáp án đúng: B</w:t>
      </w:r>
    </w:p>
    <w:p>
      <w:r>
        <w:rPr>
          <w:b/>
        </w:rPr>
        <w:t>Câu 61: Đáp án đúng: C</w:t>
      </w:r>
    </w:p>
    <w:p>
      <w:r>
        <w:rPr>
          <w:b/>
        </w:rPr>
        <w:t>Câu 62: Đáp án đúng: D</w:t>
      </w:r>
    </w:p>
    <w:p>
      <w:r>
        <w:rPr>
          <w:b/>
        </w:rPr>
        <w:t>Câu 63: Đáp án đúng: D</w:t>
      </w:r>
    </w:p>
    <w:p>
      <w:r>
        <w:rPr>
          <w:b/>
        </w:rPr>
        <w:t>Câu 64: Đáp án đúng: D</w:t>
      </w:r>
    </w:p>
    <w:p>
      <w:r>
        <w:rPr>
          <w:b/>
        </w:rPr>
        <w:t>Câu 65: Đáp án đúng: C</w:t>
      </w:r>
    </w:p>
    <w:p>
      <w:r>
        <w:rPr>
          <w:b/>
        </w:rPr>
        <w:t>Câu 66: Đáp án đúng: D</w:t>
      </w:r>
    </w:p>
    <w:p>
      <w:r>
        <w:rPr>
          <w:b/>
        </w:rPr>
        <w:t>Câu 67: Đáp án đúng: A</w:t>
      </w:r>
    </w:p>
    <w:p>
      <w:r>
        <w:rPr>
          <w:b/>
        </w:rPr>
        <w:t>Câu 68: Đáp án đúng: C</w:t>
      </w:r>
    </w:p>
    <w:p>
      <w:r>
        <w:rPr>
          <w:b/>
        </w:rPr>
        <w:t>Câu 69: Đáp án đúng: C</w:t>
      </w:r>
    </w:p>
    <w:p>
      <w:r>
        <w:rPr>
          <w:b/>
        </w:rPr>
        <w:t>Câu 70: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