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3 - Phép nhân, phép chia hai chữ số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34 × 2 = ?</w:t>
      </w:r>
    </w:p>
    <w:p>
      <w:pPr>
        <w:pStyle w:val="ListParagraph"/>
      </w:pPr>
      <w:r>
        <w:rPr>
          <w:sz w:val="22"/>
        </w:rPr>
        <w:t>A. 68</w:t>
      </w:r>
    </w:p>
    <w:p>
      <w:pPr>
        <w:pStyle w:val="ListParagraph"/>
      </w:pPr>
      <w:r>
        <w:rPr>
          <w:sz w:val="22"/>
        </w:rPr>
        <w:t>B. 66</w:t>
      </w:r>
    </w:p>
    <w:p>
      <w:pPr>
        <w:pStyle w:val="ListParagraph"/>
      </w:pPr>
      <w:r>
        <w:rPr>
          <w:sz w:val="22"/>
        </w:rPr>
        <w:t>C. 78</w:t>
      </w:r>
    </w:p>
    <w:p>
      <w:pPr>
        <w:pStyle w:val="ListParagraph"/>
      </w:pPr>
      <w:r>
        <w:rPr>
          <w:sz w:val="22"/>
        </w:rPr>
        <w:t>D. 86</w:t>
      </w:r>
    </w:p>
    <w:p/>
    <w:p>
      <w:r>
        <w:rPr>
          <w:b/>
          <w:sz w:val="24"/>
        </w:rPr>
        <w:t>Câu 2: 56 ÷ 7 = 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3: 23 × 4 = ?</w:t>
      </w:r>
    </w:p>
    <w:p>
      <w:pPr>
        <w:pStyle w:val="ListParagraph"/>
      </w:pPr>
      <w:r>
        <w:rPr>
          <w:sz w:val="22"/>
        </w:rPr>
        <w:t>A. 92</w:t>
      </w:r>
    </w:p>
    <w:p>
      <w:pPr>
        <w:pStyle w:val="ListParagraph"/>
      </w:pPr>
      <w:r>
        <w:rPr>
          <w:sz w:val="22"/>
        </w:rPr>
        <w:t>B. 82</w:t>
      </w:r>
    </w:p>
    <w:p>
      <w:pPr>
        <w:pStyle w:val="ListParagraph"/>
      </w:pPr>
      <w:r>
        <w:rPr>
          <w:sz w:val="22"/>
        </w:rPr>
        <w:t>C. 72</w:t>
      </w:r>
    </w:p>
    <w:p>
      <w:pPr>
        <w:pStyle w:val="ListParagraph"/>
      </w:pPr>
      <w:r>
        <w:rPr>
          <w:sz w:val="22"/>
        </w:rPr>
        <w:t>D. 102</w:t>
      </w:r>
    </w:p>
    <w:p/>
    <w:p>
      <w:r>
        <w:rPr>
          <w:b/>
          <w:sz w:val="24"/>
        </w:rPr>
        <w:t>Câu 4: 48 ÷ 6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5: 15 × 6 = ?</w:t>
      </w:r>
    </w:p>
    <w:p>
      <w:pPr>
        <w:pStyle w:val="ListParagraph"/>
      </w:pPr>
      <w:r>
        <w:rPr>
          <w:sz w:val="22"/>
        </w:rPr>
        <w:t>A. 90</w:t>
      </w:r>
    </w:p>
    <w:p>
      <w:pPr>
        <w:pStyle w:val="ListParagraph"/>
      </w:pPr>
      <w:r>
        <w:rPr>
          <w:sz w:val="22"/>
        </w:rPr>
        <w:t>B. 80</w:t>
      </w:r>
    </w:p>
    <w:p>
      <w:pPr>
        <w:pStyle w:val="ListParagraph"/>
      </w:pPr>
      <w:r>
        <w:rPr>
          <w:sz w:val="22"/>
        </w:rPr>
        <w:t>C. 70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6: 72 ÷ 8 = 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7: 27 × 3 = ?</w:t>
      </w:r>
    </w:p>
    <w:p>
      <w:pPr>
        <w:pStyle w:val="ListParagraph"/>
      </w:pPr>
      <w:r>
        <w:rPr>
          <w:sz w:val="22"/>
        </w:rPr>
        <w:t>A. 71</w:t>
      </w:r>
    </w:p>
    <w:p>
      <w:pPr>
        <w:pStyle w:val="ListParagraph"/>
      </w:pPr>
      <w:r>
        <w:rPr>
          <w:sz w:val="22"/>
        </w:rPr>
        <w:t>B. 81</w:t>
      </w:r>
    </w:p>
    <w:p>
      <w:pPr>
        <w:pStyle w:val="ListParagraph"/>
      </w:pPr>
      <w:r>
        <w:rPr>
          <w:sz w:val="22"/>
        </w:rPr>
        <w:t>C. 91</w:t>
      </w:r>
    </w:p>
    <w:p>
      <w:pPr>
        <w:pStyle w:val="ListParagraph"/>
      </w:pPr>
      <w:r>
        <w:rPr>
          <w:sz w:val="22"/>
        </w:rPr>
        <w:t>D. 61</w:t>
      </w:r>
    </w:p>
    <w:p/>
    <w:p>
      <w:r>
        <w:rPr>
          <w:b/>
          <w:sz w:val="24"/>
        </w:rPr>
        <w:t>Câu 8: 96 ÷ 8 = 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9: 42 × 2 = ?</w:t>
      </w:r>
    </w:p>
    <w:p>
      <w:pPr>
        <w:pStyle w:val="ListParagraph"/>
      </w:pPr>
      <w:r>
        <w:rPr>
          <w:sz w:val="22"/>
        </w:rPr>
        <w:t>A. 84</w:t>
      </w:r>
    </w:p>
    <w:p>
      <w:pPr>
        <w:pStyle w:val="ListParagraph"/>
      </w:pPr>
      <w:r>
        <w:rPr>
          <w:sz w:val="22"/>
        </w:rPr>
        <w:t>B. 82</w:t>
      </w:r>
    </w:p>
    <w:p>
      <w:pPr>
        <w:pStyle w:val="ListParagraph"/>
      </w:pPr>
      <w:r>
        <w:rPr>
          <w:sz w:val="22"/>
        </w:rPr>
        <w:t>C. 44</w:t>
      </w:r>
    </w:p>
    <w:p>
      <w:pPr>
        <w:pStyle w:val="ListParagraph"/>
      </w:pPr>
      <w:r>
        <w:rPr>
          <w:sz w:val="22"/>
        </w:rPr>
        <w:t>D. 86</w:t>
      </w:r>
    </w:p>
    <w:p/>
    <w:p>
      <w:r>
        <w:rPr>
          <w:b/>
          <w:sz w:val="24"/>
        </w:rPr>
        <w:t>Câu 10: 64 ÷ 8 = 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