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hóa 12</w:t>
      </w:r>
    </w:p>
    <w:p>
      <w:pPr>
        <w:jc w:val="center"/>
      </w:pPr>
      <w:r>
        <w:rPr>
          <w:sz w:val="22"/>
        </w:rPr>
        <w:t>Số câu: 51    Thời gian: _____ phút    Họ và tên: _________________________</w:t>
      </w:r>
    </w:p>
    <w:p/>
    <w:p>
      <w:r>
        <w:rPr>
          <w:b/>
          <w:sz w:val="24"/>
        </w:rPr>
        <w:t>Câu 1: Chất nào sau đây thuộc loại monosaccarit?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2: Chất nào sau đây thuộc loại đisaccarit?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3: Chất nào sau đây thuộc loại polisaccarit?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Fructozơ</w:t>
      </w:r>
    </w:p>
    <w:p/>
    <w:p>
      <w:r>
        <w:rPr>
          <w:b/>
          <w:sz w:val="24"/>
        </w:rPr>
        <w:t>Câu 4: Công thức phân tử của glucozơ là</w:t>
      </w:r>
    </w:p>
    <w:p>
      <w:pPr>
        <w:pStyle w:val="ListParagraph"/>
      </w:pPr>
      <w:r>
        <w:rPr>
          <w:sz w:val="22"/>
        </w:rPr>
        <w:t>A. $C_6H_{12}O_6$</w:t>
      </w:r>
    </w:p>
    <w:p>
      <w:pPr>
        <w:pStyle w:val="ListParagraph"/>
      </w:pPr>
      <w:r>
        <w:rPr>
          <w:sz w:val="22"/>
        </w:rPr>
        <w:t>B. $C_{12}H_{22}O_{11}$</w:t>
      </w:r>
    </w:p>
    <w:p>
      <w:pPr>
        <w:pStyle w:val="ListParagraph"/>
      </w:pPr>
      <w:r>
        <w:rPr>
          <w:sz w:val="22"/>
        </w:rPr>
        <w:t>C. $(C_6H_{10}O_5)_n$</w:t>
      </w:r>
    </w:p>
    <w:p>
      <w:pPr>
        <w:pStyle w:val="ListParagraph"/>
      </w:pPr>
      <w:r>
        <w:rPr>
          <w:sz w:val="22"/>
        </w:rPr>
        <w:t>D. $C_2H_4O_2$</w:t>
      </w:r>
    </w:p>
    <w:p/>
    <w:p>
      <w:r>
        <w:rPr>
          <w:b/>
          <w:sz w:val="24"/>
        </w:rPr>
        <w:t>Câu 5: Công thức phân tử của saccarozơ là</w:t>
      </w:r>
    </w:p>
    <w:p>
      <w:pPr>
        <w:pStyle w:val="ListParagraph"/>
      </w:pPr>
      <w:r>
        <w:rPr>
          <w:sz w:val="22"/>
        </w:rPr>
        <w:t>A. $C_6H_{12}O_6$</w:t>
      </w:r>
    </w:p>
    <w:p>
      <w:pPr>
        <w:pStyle w:val="ListParagraph"/>
      </w:pPr>
      <w:r>
        <w:rPr>
          <w:sz w:val="22"/>
        </w:rPr>
        <w:t>B. $C_{12}H_{22}O_{11}$</w:t>
      </w:r>
    </w:p>
    <w:p>
      <w:pPr>
        <w:pStyle w:val="ListParagraph"/>
      </w:pPr>
      <w:r>
        <w:rPr>
          <w:sz w:val="22"/>
        </w:rPr>
        <w:t>C. $(C_6H_{10}O_5)_n$</w:t>
      </w:r>
    </w:p>
    <w:p>
      <w:pPr>
        <w:pStyle w:val="ListParagraph"/>
      </w:pPr>
      <w:r>
        <w:rPr>
          <w:sz w:val="22"/>
        </w:rPr>
        <w:t>D. $C_2H_4O_2$</w:t>
      </w:r>
    </w:p>
    <w:p/>
    <w:p>
      <w:r>
        <w:rPr>
          <w:b/>
          <w:sz w:val="24"/>
        </w:rPr>
        <w:t>Câu 6: Công thức phân tử của tinh bột là</w:t>
      </w:r>
    </w:p>
    <w:p>
      <w:pPr>
        <w:pStyle w:val="ListParagraph"/>
      </w:pPr>
      <w:r>
        <w:rPr>
          <w:sz w:val="22"/>
        </w:rPr>
        <w:t>A. $C_6H_{12}O_6$</w:t>
      </w:r>
    </w:p>
    <w:p>
      <w:pPr>
        <w:pStyle w:val="ListParagraph"/>
      </w:pPr>
      <w:r>
        <w:rPr>
          <w:sz w:val="22"/>
        </w:rPr>
        <w:t>B. $C_{12}H_{22}O_{11}$</w:t>
      </w:r>
    </w:p>
    <w:p>
      <w:pPr>
        <w:pStyle w:val="ListParagraph"/>
      </w:pPr>
      <w:r>
        <w:rPr>
          <w:sz w:val="22"/>
        </w:rPr>
        <w:t>C. $(C_6H_{10}O_5)_n$</w:t>
      </w:r>
    </w:p>
    <w:p>
      <w:pPr>
        <w:pStyle w:val="ListParagraph"/>
      </w:pPr>
      <w:r>
        <w:rPr>
          <w:sz w:val="22"/>
        </w:rPr>
        <w:t>D. $C_2H_4O_2$</w:t>
      </w:r>
    </w:p>
    <w:p/>
    <w:p>
      <w:r>
        <w:rPr>
          <w:b/>
          <w:sz w:val="24"/>
        </w:rPr>
        <w:t>Câu 7: Glucozơ không phản ứng với chất nào sau đây?</w:t>
      </w:r>
    </w:p>
    <w:p>
      <w:pPr>
        <w:pStyle w:val="ListParagraph"/>
      </w:pPr>
      <w:r>
        <w:rPr>
          <w:sz w:val="22"/>
        </w:rPr>
        <w:t>A. $H_2$ (xúc tác Ni, $t^o$)</w:t>
      </w:r>
    </w:p>
    <w:p>
      <w:pPr>
        <w:pStyle w:val="ListParagraph"/>
      </w:pPr>
      <w:r>
        <w:rPr>
          <w:sz w:val="22"/>
        </w:rPr>
        <w:t>B. $AgNO_3/NH_3$</w:t>
      </w:r>
    </w:p>
    <w:p>
      <w:pPr>
        <w:pStyle w:val="ListParagraph"/>
      </w:pPr>
      <w:r>
        <w:rPr>
          <w:sz w:val="22"/>
        </w:rPr>
        <w:t>C. $Cu(OH)_2$ ở nhiệt độ thường</w:t>
      </w:r>
    </w:p>
    <w:p>
      <w:pPr>
        <w:pStyle w:val="ListParagraph"/>
      </w:pPr>
      <w:r>
        <w:rPr>
          <w:sz w:val="22"/>
        </w:rPr>
        <w:t>D. $NaOH$</w:t>
      </w:r>
    </w:p>
    <w:p/>
    <w:p>
      <w:r>
        <w:rPr>
          <w:b/>
          <w:sz w:val="24"/>
        </w:rPr>
        <w:t>Câu 8: Saccarozơ không phản ứng với chất nào sau đây?</w:t>
      </w:r>
    </w:p>
    <w:p>
      <w:pPr>
        <w:pStyle w:val="ListParagraph"/>
      </w:pPr>
      <w:r>
        <w:rPr>
          <w:sz w:val="22"/>
        </w:rPr>
        <w:t>A. $H_2O$ (xúc tác axit, $t^o$)</w:t>
      </w:r>
    </w:p>
    <w:p>
      <w:pPr>
        <w:pStyle w:val="ListParagraph"/>
      </w:pPr>
      <w:r>
        <w:rPr>
          <w:sz w:val="22"/>
        </w:rPr>
        <w:t>B. $AgNO_3/NH_3$</w:t>
      </w:r>
    </w:p>
    <w:p>
      <w:pPr>
        <w:pStyle w:val="ListParagraph"/>
      </w:pPr>
      <w:r>
        <w:rPr>
          <w:sz w:val="22"/>
        </w:rPr>
        <w:t>C. $Cu(OH)_2$ ở nhiệt độ thường</w:t>
      </w:r>
    </w:p>
    <w:p>
      <w:pPr>
        <w:pStyle w:val="ListParagraph"/>
      </w:pPr>
      <w:r>
        <w:rPr>
          <w:sz w:val="22"/>
        </w:rPr>
        <w:t>D. $H_2$ (xúc tác Ni, $t^o$)</w:t>
      </w:r>
    </w:p>
    <w:p/>
    <w:p>
      <w:r>
        <w:rPr>
          <w:b/>
          <w:sz w:val="24"/>
        </w:rPr>
        <w:t>Câu 9: Tinh bột không phản ứng với chất nào sau đây?</w:t>
      </w:r>
    </w:p>
    <w:p>
      <w:pPr>
        <w:pStyle w:val="ListParagraph"/>
      </w:pPr>
      <w:r>
        <w:rPr>
          <w:sz w:val="22"/>
        </w:rPr>
        <w:t>A. $H_2O$ (xúc tác axit, $t^o$)</w:t>
      </w:r>
    </w:p>
    <w:p>
      <w:pPr>
        <w:pStyle w:val="ListParagraph"/>
      </w:pPr>
      <w:r>
        <w:rPr>
          <w:sz w:val="22"/>
        </w:rPr>
        <w:t>B. $I_2$</w:t>
      </w:r>
    </w:p>
    <w:p>
      <w:pPr>
        <w:pStyle w:val="ListParagraph"/>
      </w:pPr>
      <w:r>
        <w:rPr>
          <w:sz w:val="22"/>
        </w:rPr>
        <w:t>C. $Cu(OH)_2$ ở nhiệt độ thường</w:t>
      </w:r>
    </w:p>
    <w:p>
      <w:pPr>
        <w:pStyle w:val="ListParagraph"/>
      </w:pPr>
      <w:r>
        <w:rPr>
          <w:sz w:val="22"/>
        </w:rPr>
        <w:t>D. $AgNO_3/NH_3$</w:t>
      </w:r>
    </w:p>
    <w:p/>
    <w:p>
      <w:r>
        <w:rPr>
          <w:b/>
          <w:sz w:val="24"/>
        </w:rPr>
        <w:t>Câu 10: Chất nào sau đây có phản ứng tráng bạc?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11: Chất nào sau đây bị thủy phân trong môi trường axit?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Fructozơ</w:t>
      </w:r>
    </w:p>
    <w:p>
      <w:pPr>
        <w:pStyle w:val="ListParagraph"/>
      </w:pPr>
      <w:r>
        <w:rPr>
          <w:sz w:val="22"/>
        </w:rPr>
        <w:t>C. Saccarozơ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12: Thủy phân hoàn toàn tinh bột thu được chất nào sau đây?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Fructozơ</w:t>
      </w:r>
    </w:p>
    <w:p>
      <w:pPr>
        <w:pStyle w:val="ListParagraph"/>
      </w:pPr>
      <w:r>
        <w:rPr>
          <w:sz w:val="22"/>
        </w:rPr>
        <w:t>C. Saccarozơ</w:t>
      </w:r>
    </w:p>
    <w:p>
      <w:pPr>
        <w:pStyle w:val="ListParagraph"/>
      </w:pPr>
      <w:r>
        <w:rPr>
          <w:sz w:val="22"/>
        </w:rPr>
        <w:t>D. Mantozơ</w:t>
      </w:r>
    </w:p>
    <w:p/>
    <w:p>
      <w:r>
        <w:rPr>
          <w:b/>
          <w:sz w:val="24"/>
        </w:rPr>
        <w:t>Câu 13: Thủy phân hoàn toàn saccarozơ thu được</w:t>
      </w:r>
    </w:p>
    <w:p>
      <w:pPr>
        <w:pStyle w:val="ListParagraph"/>
      </w:pPr>
      <w:r>
        <w:rPr>
          <w:sz w:val="22"/>
        </w:rPr>
        <w:t>A. Glucozơ và fructozơ</w:t>
      </w:r>
    </w:p>
    <w:p>
      <w:pPr>
        <w:pStyle w:val="ListParagraph"/>
      </w:pPr>
      <w:r>
        <w:rPr>
          <w:sz w:val="22"/>
        </w:rPr>
        <w:t>B. Hai phân tử glucozơ</w:t>
      </w:r>
    </w:p>
    <w:p>
      <w:pPr>
        <w:pStyle w:val="ListParagraph"/>
      </w:pPr>
      <w:r>
        <w:rPr>
          <w:sz w:val="22"/>
        </w:rPr>
        <w:t>C. Hai phân tử fructozơ</w:t>
      </w:r>
    </w:p>
    <w:p>
      <w:pPr>
        <w:pStyle w:val="ListParagraph"/>
      </w:pPr>
      <w:r>
        <w:rPr>
          <w:sz w:val="22"/>
        </w:rPr>
        <w:t>D. Glucozơ và mantozơ</w:t>
      </w:r>
    </w:p>
    <w:p/>
    <w:p>
      <w:r>
        <w:rPr>
          <w:b/>
          <w:sz w:val="24"/>
        </w:rPr>
        <w:t>Câu 14: Chất nào sau đây làm mất màu dung dịch nước brom?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15: Chất nào sau đây tạo dung dịch xanh lam với $Cu(OH)_2$ ở nhiệt độ thường?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Cả A và B</w:t>
      </w:r>
    </w:p>
    <w:p/>
    <w:p>
      <w:r>
        <w:rPr>
          <w:b/>
          <w:sz w:val="24"/>
        </w:rPr>
        <w:t>Câu 16: Chất nào sau đây tạo kết tủa đỏ gạch với $Cu(OH)_2$ trong môi trường kiềm khi đun nóng?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17: Chất nào sau đây có phản ứng với $I_2$ tạo màu xanh tím?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18: Chất nào sau đây không tham gia phản ứng thủy phân?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19: Chất nào sau đây là nguyên liệu để sản xuất ancol etylic bằng phương pháp lên men?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20: Phản ứng nào sau đây chứng minh glucozơ có nhóm chức anđehit?</w:t>
      </w:r>
    </w:p>
    <w:p>
      <w:pPr>
        <w:pStyle w:val="ListParagraph"/>
      </w:pPr>
      <w:r>
        <w:rPr>
          <w:sz w:val="22"/>
        </w:rPr>
        <w:t>A. Phản ứng với $Cu(OH)_2$ ở nhiệt độ thường</w:t>
      </w:r>
    </w:p>
    <w:p>
      <w:pPr>
        <w:pStyle w:val="ListParagraph"/>
      </w:pPr>
      <w:r>
        <w:rPr>
          <w:sz w:val="22"/>
        </w:rPr>
        <w:t>B. Phản ứng với $AgNO_3/NH_3$</w:t>
      </w:r>
    </w:p>
    <w:p>
      <w:pPr>
        <w:pStyle w:val="ListParagraph"/>
      </w:pPr>
      <w:r>
        <w:rPr>
          <w:sz w:val="22"/>
        </w:rPr>
        <w:t>C. Phản ứng với $H_2$ (Ni, $t^o$)</w:t>
      </w:r>
    </w:p>
    <w:p>
      <w:pPr>
        <w:pStyle w:val="ListParagraph"/>
      </w:pPr>
      <w:r>
        <w:rPr>
          <w:sz w:val="22"/>
        </w:rPr>
        <w:t>D. Phản ứng với $Na$</w:t>
      </w:r>
    </w:p>
    <w:p/>
    <w:p>
      <w:r>
        <w:rPr>
          <w:b/>
          <w:sz w:val="24"/>
        </w:rPr>
        <w:t>Câu 21: Phản ứng nào sau đây chứng minh glucozơ có nhiều nhóm hiđroxyl?</w:t>
      </w:r>
    </w:p>
    <w:p>
      <w:pPr>
        <w:pStyle w:val="ListParagraph"/>
      </w:pPr>
      <w:r>
        <w:rPr>
          <w:sz w:val="22"/>
        </w:rPr>
        <w:t>A. Phản ứng với $Cu(OH)_2$ ở nhiệt độ thường</w:t>
      </w:r>
    </w:p>
    <w:p>
      <w:pPr>
        <w:pStyle w:val="ListParagraph"/>
      </w:pPr>
      <w:r>
        <w:rPr>
          <w:sz w:val="22"/>
        </w:rPr>
        <w:t>B. Phản ứng với $AgNO_3/NH_3$</w:t>
      </w:r>
    </w:p>
    <w:p>
      <w:pPr>
        <w:pStyle w:val="ListParagraph"/>
      </w:pPr>
      <w:r>
        <w:rPr>
          <w:sz w:val="22"/>
        </w:rPr>
        <w:t>C. Phản ứng với $H_2$ (Ni, $t^o$)</w:t>
      </w:r>
    </w:p>
    <w:p>
      <w:pPr>
        <w:pStyle w:val="ListParagraph"/>
      </w:pPr>
      <w:r>
        <w:rPr>
          <w:sz w:val="22"/>
        </w:rPr>
        <w:t>D. Phản ứng với $Na$</w:t>
      </w:r>
    </w:p>
    <w:p/>
    <w:p>
      <w:r>
        <w:rPr>
          <w:b/>
          <w:sz w:val="24"/>
        </w:rPr>
        <w:t>Câu 22: Sản phẩm của phản ứng thủy phân tinh bột nhờ enzim amilaza là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Fructozơ</w:t>
      </w:r>
    </w:p>
    <w:p>
      <w:pPr>
        <w:pStyle w:val="ListParagraph"/>
      </w:pPr>
      <w:r>
        <w:rPr>
          <w:sz w:val="22"/>
        </w:rPr>
        <w:t>C. Mantozơ</w:t>
      </w:r>
    </w:p>
    <w:p>
      <w:pPr>
        <w:pStyle w:val="ListParagraph"/>
      </w:pPr>
      <w:r>
        <w:rPr>
          <w:sz w:val="22"/>
        </w:rPr>
        <w:t>D. Saccarozơ</w:t>
      </w:r>
    </w:p>
    <w:p/>
    <w:p>
      <w:r>
        <w:rPr>
          <w:b/>
          <w:sz w:val="24"/>
        </w:rPr>
        <w:t>Câu 23: Chất nào sau đây có vị ngọt nhưng không phản ứng tráng bạc?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Fructozơ</w:t>
      </w:r>
    </w:p>
    <w:p>
      <w:pPr>
        <w:pStyle w:val="ListParagraph"/>
      </w:pPr>
      <w:r>
        <w:rPr>
          <w:sz w:val="22"/>
        </w:rPr>
        <w:t>C. Saccarozơ</w:t>
      </w:r>
    </w:p>
    <w:p>
      <w:pPr>
        <w:pStyle w:val="ListParagraph"/>
      </w:pPr>
      <w:r>
        <w:rPr>
          <w:sz w:val="22"/>
        </w:rPr>
        <w:t>D. Mantozơ</w:t>
      </w:r>
    </w:p>
    <w:p/>
    <w:p>
      <w:r>
        <w:rPr>
          <w:b/>
          <w:sz w:val="24"/>
        </w:rPr>
        <w:t>Câu 24: Chất nào sau đây khi thủy phân tạo ra hai monosaccarit khác nhau?</w:t>
      </w:r>
    </w:p>
    <w:p>
      <w:pPr>
        <w:pStyle w:val="ListParagraph"/>
      </w:pPr>
      <w:r>
        <w:rPr>
          <w:sz w:val="22"/>
        </w:rPr>
        <w:t>A. Saccarozơ</w:t>
      </w:r>
    </w:p>
    <w:p>
      <w:pPr>
        <w:pStyle w:val="ListParagraph"/>
      </w:pPr>
      <w:r>
        <w:rPr>
          <w:sz w:val="22"/>
        </w:rPr>
        <w:t>B. Mantozơ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25: Chất nào sau đây khi thủy phân tạo ra hai monosaccarit giống nhau?</w:t>
      </w:r>
    </w:p>
    <w:p>
      <w:pPr>
        <w:pStyle w:val="ListParagraph"/>
      </w:pPr>
      <w:r>
        <w:rPr>
          <w:sz w:val="22"/>
        </w:rPr>
        <w:t>A. Saccarozơ</w:t>
      </w:r>
    </w:p>
    <w:p>
      <w:pPr>
        <w:pStyle w:val="ListParagraph"/>
      </w:pPr>
      <w:r>
        <w:rPr>
          <w:sz w:val="22"/>
        </w:rPr>
        <w:t>B. Mantozơ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26: Chất nào sau đây không tan trong nước lạnh nhưng tan trong nước nóng tạo dung dịch keo?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27: Chất nào sau đây có cấu trúc mạch không phân nhánh?</w:t>
      </w:r>
    </w:p>
    <w:p>
      <w:pPr>
        <w:pStyle w:val="ListParagraph"/>
      </w:pPr>
      <w:r>
        <w:rPr>
          <w:sz w:val="22"/>
        </w:rPr>
        <w:t>A. Amilozơ</w:t>
      </w:r>
    </w:p>
    <w:p>
      <w:pPr>
        <w:pStyle w:val="ListParagraph"/>
      </w:pPr>
      <w:r>
        <w:rPr>
          <w:sz w:val="22"/>
        </w:rPr>
        <w:t>B. Amilopectin</w:t>
      </w:r>
    </w:p>
    <w:p>
      <w:pPr>
        <w:pStyle w:val="ListParagraph"/>
      </w:pPr>
      <w:r>
        <w:rPr>
          <w:sz w:val="22"/>
        </w:rPr>
        <w:t>C. Xenlulozơ</w:t>
      </w:r>
    </w:p>
    <w:p>
      <w:pPr>
        <w:pStyle w:val="ListParagraph"/>
      </w:pPr>
      <w:r>
        <w:rPr>
          <w:sz w:val="22"/>
        </w:rPr>
        <w:t>D. Cả A và C</w:t>
      </w:r>
    </w:p>
    <w:p/>
    <w:p>
      <w:r>
        <w:rPr>
          <w:b/>
          <w:sz w:val="24"/>
        </w:rPr>
        <w:t>Câu 28: Chất nào sau đây có cấu trúc mạch phân nhánh?</w:t>
      </w:r>
    </w:p>
    <w:p>
      <w:pPr>
        <w:pStyle w:val="ListParagraph"/>
      </w:pPr>
      <w:r>
        <w:rPr>
          <w:sz w:val="22"/>
        </w:rPr>
        <w:t>A. Amilozơ</w:t>
      </w:r>
    </w:p>
    <w:p>
      <w:pPr>
        <w:pStyle w:val="ListParagraph"/>
      </w:pPr>
      <w:r>
        <w:rPr>
          <w:sz w:val="22"/>
        </w:rPr>
        <w:t>B. Amilopectin</w:t>
      </w:r>
    </w:p>
    <w:p>
      <w:pPr>
        <w:pStyle w:val="ListParagraph"/>
      </w:pPr>
      <w:r>
        <w:rPr>
          <w:sz w:val="22"/>
        </w:rPr>
        <w:t>C. Xenlulozơ</w:t>
      </w:r>
    </w:p>
    <w:p>
      <w:pPr>
        <w:pStyle w:val="ListParagraph"/>
      </w:pPr>
      <w:r>
        <w:rPr>
          <w:sz w:val="22"/>
        </w:rPr>
        <w:t>D. Glucozơ</w:t>
      </w:r>
    </w:p>
    <w:p/>
    <w:p>
      <w:r>
        <w:rPr>
          <w:b/>
          <w:sz w:val="24"/>
        </w:rPr>
        <w:t>Câu 29: Phát biểu nào sau đây không đúng?</w:t>
      </w:r>
    </w:p>
    <w:p>
      <w:pPr>
        <w:pStyle w:val="ListParagraph"/>
      </w:pPr>
      <w:r>
        <w:rPr>
          <w:sz w:val="22"/>
        </w:rPr>
        <w:t>A. Glucozơ là chất rắn kết tinh, không màu, dễ tan trong nước</w:t>
      </w:r>
    </w:p>
    <w:p>
      <w:pPr>
        <w:pStyle w:val="ListParagraph"/>
      </w:pPr>
      <w:r>
        <w:rPr>
          <w:sz w:val="22"/>
        </w:rPr>
        <w:t>B. Saccarozơ là chất rắn kết tinh, không màu, dễ tan trong nước</w:t>
      </w:r>
    </w:p>
    <w:p>
      <w:pPr>
        <w:pStyle w:val="ListParagraph"/>
      </w:pPr>
      <w:r>
        <w:rPr>
          <w:sz w:val="22"/>
        </w:rPr>
        <w:t>C. Tinh bột là chất rắn vô định hình, màu trắng, không tan trong nước lạnh</w:t>
      </w:r>
    </w:p>
    <w:p>
      <w:pPr>
        <w:pStyle w:val="ListParagraph"/>
      </w:pPr>
      <w:r>
        <w:rPr>
          <w:sz w:val="22"/>
        </w:rPr>
        <w:t>D. Xenlulozơ là chất rắn kết tinh, màu trắng, dễ tan trong nước</w:t>
      </w:r>
    </w:p>
    <w:p/>
    <w:p>
      <w:r>
        <w:rPr>
          <w:b/>
          <w:sz w:val="24"/>
        </w:rPr>
        <w:t>Câu 30: Phát biểu nào sau đây đúng?</w:t>
      </w:r>
    </w:p>
    <w:p>
      <w:pPr>
        <w:pStyle w:val="ListParagraph"/>
      </w:pPr>
      <w:r>
        <w:rPr>
          <w:sz w:val="22"/>
        </w:rPr>
        <w:t>A. Glucozơ bị oxi hóa bởi dung dịch $AgNO_3/NH_3$</w:t>
      </w:r>
    </w:p>
    <w:p>
      <w:pPr>
        <w:pStyle w:val="ListParagraph"/>
      </w:pPr>
      <w:r>
        <w:rPr>
          <w:sz w:val="22"/>
        </w:rPr>
        <w:t>B. Saccarozơ có phản ứng tráng bạc</w:t>
      </w:r>
    </w:p>
    <w:p>
      <w:pPr>
        <w:pStyle w:val="ListParagraph"/>
      </w:pPr>
      <w:r>
        <w:rPr>
          <w:sz w:val="22"/>
        </w:rPr>
        <w:t>C. Tinh bột không bị thủy phân trong môi trường axit</w:t>
      </w:r>
    </w:p>
    <w:p>
      <w:pPr>
        <w:pStyle w:val="ListParagraph"/>
      </w:pPr>
      <w:r>
        <w:rPr>
          <w:sz w:val="22"/>
        </w:rPr>
        <w:t>D. Xenlulozơ tan tốt trong nước</w:t>
      </w:r>
    </w:p>
    <w:p/>
    <w:p>
      <w:r>
        <w:rPr>
          <w:b/>
          <w:sz w:val="24"/>
        </w:rPr>
        <w:t>Câu 31: Để phân biệt dung dịch glucozơ và dung dịch saccarozơ, có thể dùng thuốc thử nào sau đây?</w:t>
      </w:r>
    </w:p>
    <w:p>
      <w:pPr>
        <w:pStyle w:val="ListParagraph"/>
      </w:pPr>
      <w:r>
        <w:rPr>
          <w:sz w:val="22"/>
        </w:rPr>
        <w:t>A. $AgNO_3/NH_3$</w:t>
      </w:r>
    </w:p>
    <w:p>
      <w:pPr>
        <w:pStyle w:val="ListParagraph"/>
      </w:pPr>
      <w:r>
        <w:rPr>
          <w:sz w:val="22"/>
        </w:rPr>
        <w:t>B. $Cu(OH)_2$ ở nhiệt độ thường</w:t>
      </w:r>
    </w:p>
    <w:p>
      <w:pPr>
        <w:pStyle w:val="ListParagraph"/>
      </w:pPr>
      <w:r>
        <w:rPr>
          <w:sz w:val="22"/>
        </w:rPr>
        <w:t>C. Quỳ tím</w:t>
      </w:r>
    </w:p>
    <w:p>
      <w:pPr>
        <w:pStyle w:val="ListParagraph"/>
      </w:pPr>
      <w:r>
        <w:rPr>
          <w:sz w:val="22"/>
        </w:rPr>
        <w:t>D. Phenolphtalein</w:t>
      </w:r>
    </w:p>
    <w:p/>
    <w:p>
      <w:r>
        <w:rPr>
          <w:b/>
          <w:sz w:val="24"/>
        </w:rPr>
        <w:t>Câu 32: Để phân biệt dung dịch tinh bột và dung dịch glucozơ, có thể dùng thuốc thử nào sau đây?</w:t>
      </w:r>
    </w:p>
    <w:p>
      <w:pPr>
        <w:pStyle w:val="ListParagraph"/>
      </w:pPr>
      <w:r>
        <w:rPr>
          <w:sz w:val="22"/>
        </w:rPr>
        <w:t>A. Dung dịch $I_2$</w:t>
      </w:r>
    </w:p>
    <w:p>
      <w:pPr>
        <w:pStyle w:val="ListParagraph"/>
      </w:pPr>
      <w:r>
        <w:rPr>
          <w:sz w:val="22"/>
        </w:rPr>
        <w:t>B. $AgNO_3/NH_3$</w:t>
      </w:r>
    </w:p>
    <w:p>
      <w:pPr>
        <w:pStyle w:val="ListParagraph"/>
      </w:pPr>
      <w:r>
        <w:rPr>
          <w:sz w:val="22"/>
        </w:rPr>
        <w:t>C. $Cu(OH)_2$ ở nhiệt độ thường</w:t>
      </w:r>
    </w:p>
    <w:p>
      <w:pPr>
        <w:pStyle w:val="ListParagraph"/>
      </w:pPr>
      <w:r>
        <w:rPr>
          <w:sz w:val="22"/>
        </w:rPr>
        <w:t>D. Cả A và B</w:t>
      </w:r>
    </w:p>
    <w:p/>
    <w:p>
      <w:r>
        <w:rPr>
          <w:b/>
          <w:sz w:val="24"/>
        </w:rPr>
        <w:t>Câu 33: Thủy phân hoàn toàn 1 mol saccarozơ trong môi trường axit, thu được tối đa bao nhiêu mol monosaccarit?</w:t>
      </w:r>
    </w:p>
    <w:p>
      <w:pPr>
        <w:pStyle w:val="ListParagraph"/>
      </w:pPr>
      <w:r>
        <w:rPr>
          <w:sz w:val="22"/>
        </w:rPr>
        <w:t>A. 1 mol</w:t>
      </w:r>
    </w:p>
    <w:p>
      <w:pPr>
        <w:pStyle w:val="ListParagraph"/>
      </w:pPr>
      <w:r>
        <w:rPr>
          <w:sz w:val="22"/>
        </w:rPr>
        <w:t>B. 2 mol</w:t>
      </w:r>
    </w:p>
    <w:p>
      <w:pPr>
        <w:pStyle w:val="ListParagraph"/>
      </w:pPr>
      <w:r>
        <w:rPr>
          <w:sz w:val="22"/>
        </w:rPr>
        <w:t>C. 3 mol</w:t>
      </w:r>
    </w:p>
    <w:p>
      <w:pPr>
        <w:pStyle w:val="ListParagraph"/>
      </w:pPr>
      <w:r>
        <w:rPr>
          <w:sz w:val="22"/>
        </w:rPr>
        <w:t>D. 4 mol</w:t>
      </w:r>
    </w:p>
    <w:p/>
    <w:p>
      <w:r>
        <w:rPr>
          <w:b/>
          <w:sz w:val="24"/>
        </w:rPr>
        <w:t>Câu 34: Thủy phân hoàn toàn 1 mol tinh bột trong môi trường axit, thu được tối đa bao nhiêu mol glucozơ?</w:t>
      </w:r>
    </w:p>
    <w:p>
      <w:pPr>
        <w:pStyle w:val="ListParagraph"/>
      </w:pPr>
      <w:r>
        <w:rPr>
          <w:sz w:val="22"/>
        </w:rPr>
        <w:t>A. 1 mol</w:t>
      </w:r>
    </w:p>
    <w:p>
      <w:pPr>
        <w:pStyle w:val="ListParagraph"/>
      </w:pPr>
      <w:r>
        <w:rPr>
          <w:sz w:val="22"/>
        </w:rPr>
        <w:t>B. 2 mol</w:t>
      </w:r>
    </w:p>
    <w:p>
      <w:pPr>
        <w:pStyle w:val="ListParagraph"/>
      </w:pPr>
      <w:r>
        <w:rPr>
          <w:sz w:val="22"/>
        </w:rPr>
        <w:t>C. n mol</w:t>
      </w:r>
    </w:p>
    <w:p>
      <w:pPr>
        <w:pStyle w:val="ListParagraph"/>
      </w:pPr>
      <w:r>
        <w:rPr>
          <w:sz w:val="22"/>
        </w:rPr>
        <w:t>D. 2n mol</w:t>
      </w:r>
    </w:p>
    <w:p/>
    <w:p>
      <w:r>
        <w:rPr>
          <w:b/>
          <w:sz w:val="24"/>
        </w:rPr>
        <w:t>Câu 35: Lên men 1 mol glucozơ, thu được tối đa bao nhiêu mol ancol etylic?</w:t>
      </w:r>
    </w:p>
    <w:p>
      <w:pPr>
        <w:pStyle w:val="ListParagraph"/>
      </w:pPr>
      <w:r>
        <w:rPr>
          <w:sz w:val="22"/>
        </w:rPr>
        <w:t>A. 1 mol</w:t>
      </w:r>
    </w:p>
    <w:p>
      <w:pPr>
        <w:pStyle w:val="ListParagraph"/>
      </w:pPr>
      <w:r>
        <w:rPr>
          <w:sz w:val="22"/>
        </w:rPr>
        <w:t>B. 2 mol</w:t>
      </w:r>
    </w:p>
    <w:p>
      <w:pPr>
        <w:pStyle w:val="ListParagraph"/>
      </w:pPr>
      <w:r>
        <w:rPr>
          <w:sz w:val="22"/>
        </w:rPr>
        <w:t>C. 3 mol</w:t>
      </w:r>
    </w:p>
    <w:p>
      <w:pPr>
        <w:pStyle w:val="ListParagraph"/>
      </w:pPr>
      <w:r>
        <w:rPr>
          <w:sz w:val="22"/>
        </w:rPr>
        <w:t>D. 4 mol</w:t>
      </w:r>
    </w:p>
    <w:p/>
    <w:p>
      <w:r>
        <w:rPr>
          <w:b/>
          <w:sz w:val="24"/>
        </w:rPr>
        <w:t>Câu 36: Lên men 1 mol glucozơ, thu được tối đa bao nhiêu mol khí cacbonic?</w:t>
      </w:r>
    </w:p>
    <w:p>
      <w:pPr>
        <w:pStyle w:val="ListParagraph"/>
      </w:pPr>
      <w:r>
        <w:rPr>
          <w:sz w:val="22"/>
        </w:rPr>
        <w:t>A. 1 mol</w:t>
      </w:r>
    </w:p>
    <w:p>
      <w:pPr>
        <w:pStyle w:val="ListParagraph"/>
      </w:pPr>
      <w:r>
        <w:rPr>
          <w:sz w:val="22"/>
        </w:rPr>
        <w:t>B. 2 mol</w:t>
      </w:r>
    </w:p>
    <w:p>
      <w:pPr>
        <w:pStyle w:val="ListParagraph"/>
      </w:pPr>
      <w:r>
        <w:rPr>
          <w:sz w:val="22"/>
        </w:rPr>
        <w:t>C. 3 mol</w:t>
      </w:r>
    </w:p>
    <w:p>
      <w:pPr>
        <w:pStyle w:val="ListParagraph"/>
      </w:pPr>
      <w:r>
        <w:rPr>
          <w:sz w:val="22"/>
        </w:rPr>
        <w:t>D. 4 mol</w:t>
      </w:r>
    </w:p>
    <w:p/>
    <w:p>
      <w:r>
        <w:rPr>
          <w:b/>
          <w:sz w:val="24"/>
        </w:rPr>
        <w:t>Câu 37: Chất nào sau đây được dùng để tráng gương, tráng ruột phích?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38: Chất nào sau đây là thành phần chính của bông, gỗ?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39: Chất nào sau đây có nhiều trong củ cải đường, mía?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40: Chất nào sau đây có nhiều trong gạo, ngô, khoai?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41: Chất nào sau đây có trong máu người với nồng độ khoảng 0,1%?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42: Phản ứng nào sau đây được dùng để nhận biết glucozơ trong nước tiểu?</w:t>
      </w:r>
    </w:p>
    <w:p>
      <w:pPr>
        <w:pStyle w:val="ListParagraph"/>
      </w:pPr>
      <w:r>
        <w:rPr>
          <w:sz w:val="22"/>
        </w:rPr>
        <w:t>A. Phản ứng với $Cu(OH)_2$ ở nhiệt độ thường</w:t>
      </w:r>
    </w:p>
    <w:p>
      <w:pPr>
        <w:pStyle w:val="ListParagraph"/>
      </w:pPr>
      <w:r>
        <w:rPr>
          <w:sz w:val="22"/>
        </w:rPr>
        <w:t>B. Phản ứng với $AgNO_3/NH_3$</w:t>
      </w:r>
    </w:p>
    <w:p>
      <w:pPr>
        <w:pStyle w:val="ListParagraph"/>
      </w:pPr>
      <w:r>
        <w:rPr>
          <w:sz w:val="22"/>
        </w:rPr>
        <w:t>C. Phản ứng với $H_2$ (Ni, $t^o$)</w:t>
      </w:r>
    </w:p>
    <w:p>
      <w:pPr>
        <w:pStyle w:val="ListParagraph"/>
      </w:pPr>
      <w:r>
        <w:rPr>
          <w:sz w:val="22"/>
        </w:rPr>
        <w:t>D. Phản ứng với $Na$</w:t>
      </w:r>
    </w:p>
    <w:p/>
    <w:p>
      <w:r>
        <w:rPr>
          <w:b/>
          <w:sz w:val="24"/>
        </w:rPr>
        <w:t>Câu 43: Chất nào sau đây không có phản ứng thủy phân?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44: Chất nào sau đây có phản ứng màu với $I_2$?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45: Chất nào sau đây khi thủy phân trong môi trường axit thu được glucozơ?</w:t>
      </w:r>
    </w:p>
    <w:p>
      <w:pPr>
        <w:pStyle w:val="ListParagraph"/>
      </w:pPr>
      <w:r>
        <w:rPr>
          <w:sz w:val="22"/>
        </w:rPr>
        <w:t>A. Saccarozơ</w:t>
      </w:r>
    </w:p>
    <w:p>
      <w:pPr>
        <w:pStyle w:val="ListParagraph"/>
      </w:pPr>
      <w:r>
        <w:rPr>
          <w:sz w:val="22"/>
        </w:rPr>
        <w:t>B. Tinh bột</w:t>
      </w:r>
    </w:p>
    <w:p>
      <w:pPr>
        <w:pStyle w:val="ListParagraph"/>
      </w:pPr>
      <w:r>
        <w:rPr>
          <w:sz w:val="22"/>
        </w:rPr>
        <w:t>C. Xenlulozơ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46: Chất nào sau đây không tham gia phản ứng tráng bạc?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Fructozơ</w:t>
      </w:r>
    </w:p>
    <w:p>
      <w:pPr>
        <w:pStyle w:val="ListParagraph"/>
      </w:pPr>
      <w:r>
        <w:rPr>
          <w:sz w:val="22"/>
        </w:rPr>
        <w:t>C. Saccarozơ</w:t>
      </w:r>
    </w:p>
    <w:p>
      <w:pPr>
        <w:pStyle w:val="ListParagraph"/>
      </w:pPr>
      <w:r>
        <w:rPr>
          <w:sz w:val="22"/>
        </w:rPr>
        <w:t>D. Mantozơ</w:t>
      </w:r>
    </w:p>
    <w:p/>
    <w:p>
      <w:r>
        <w:rPr>
          <w:b/>
          <w:sz w:val="24"/>
        </w:rPr>
        <w:t>Câu 47: Chất nào sau đây có thể điều chế trực tiếp từ glucozơ bằng phản ứng lên men?</w:t>
      </w:r>
    </w:p>
    <w:p>
      <w:pPr>
        <w:pStyle w:val="ListParagraph"/>
      </w:pPr>
      <w:r>
        <w:rPr>
          <w:sz w:val="22"/>
        </w:rPr>
        <w:t>A. Ancol etylic</w:t>
      </w:r>
    </w:p>
    <w:p>
      <w:pPr>
        <w:pStyle w:val="ListParagraph"/>
      </w:pPr>
      <w:r>
        <w:rPr>
          <w:sz w:val="22"/>
        </w:rPr>
        <w:t>B. Axit axetic</w:t>
      </w:r>
    </w:p>
    <w:p>
      <w:pPr>
        <w:pStyle w:val="ListParagraph"/>
      </w:pPr>
      <w:r>
        <w:rPr>
          <w:sz w:val="22"/>
        </w:rPr>
        <w:t>C. Sobitol</w:t>
      </w:r>
    </w:p>
    <w:p>
      <w:pPr>
        <w:pStyle w:val="ListParagraph"/>
      </w:pPr>
      <w:r>
        <w:rPr>
          <w:sz w:val="22"/>
        </w:rPr>
        <w:t>D. Cả A và C</w:t>
      </w:r>
    </w:p>
    <w:p/>
    <w:p>
      <w:r>
        <w:rPr>
          <w:b/>
          <w:sz w:val="24"/>
        </w:rPr>
        <w:t>Câu 48: Chất nào sau đây được dùng làm nguyên liệu sản xuất giấy?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Xenlulozơ</w:t>
      </w:r>
    </w:p>
    <w:p/>
    <w:p>
      <w:r>
        <w:rPr>
          <w:b/>
          <w:sz w:val="24"/>
        </w:rPr>
        <w:t>Câu 49: Chất nào sau đây được dùng làm nguyên liệu sản xuất bánh kẹo?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Saccarozơ</w:t>
      </w:r>
    </w:p>
    <w:p>
      <w:pPr>
        <w:pStyle w:val="ListParagraph"/>
      </w:pPr>
      <w:r>
        <w:rPr>
          <w:sz w:val="22"/>
        </w:rPr>
        <w:t>C. Tinh bột</w:t>
      </w:r>
    </w:p>
    <w:p>
      <w:pPr>
        <w:pStyle w:val="ListParagraph"/>
      </w:pPr>
      <w:r>
        <w:rPr>
          <w:sz w:val="22"/>
        </w:rPr>
        <w:t>D. Cả A, B, C</w:t>
      </w:r>
    </w:p>
    <w:p/>
    <w:p>
      <w:r>
        <w:rPr>
          <w:b/>
          <w:sz w:val="24"/>
        </w:rPr>
        <w:t>Câu 50: Phát biểu nào sau đây đúng về tinh bột?</w:t>
      </w:r>
    </w:p>
    <w:p>
      <w:pPr>
        <w:pStyle w:val="ListParagraph"/>
      </w:pPr>
      <w:r>
        <w:rPr>
          <w:sz w:val="22"/>
        </w:rPr>
        <w:t>A. Tinh bột là polime thiên nhiên</w:t>
      </w:r>
    </w:p>
    <w:p>
      <w:pPr>
        <w:pStyle w:val="ListParagraph"/>
      </w:pPr>
      <w:r>
        <w:rPr>
          <w:sz w:val="22"/>
        </w:rPr>
        <w:t>B. Tinh bột là monosaccarit</w:t>
      </w:r>
    </w:p>
    <w:p>
      <w:pPr>
        <w:pStyle w:val="ListParagraph"/>
      </w:pPr>
      <w:r>
        <w:rPr>
          <w:sz w:val="22"/>
        </w:rPr>
        <w:t>C. Tinh bột có phản ứng tráng bạc</w:t>
      </w:r>
    </w:p>
    <w:p>
      <w:pPr>
        <w:pStyle w:val="ListParagraph"/>
      </w:pPr>
      <w:r>
        <w:rPr>
          <w:sz w:val="22"/>
        </w:rPr>
        <w:t>D. Tinh bột tan tốt trong nước lạnh</w:t>
      </w:r>
    </w:p>
    <w:p/>
    <w:p>
      <w:r>
        <w:rPr>
          <w:b/>
          <w:sz w:val="24"/>
        </w:rPr>
        <w:t>Câu 51: Phát biểu nào sau đây đúng về xenlulozơ?</w:t>
      </w:r>
    </w:p>
    <w:p>
      <w:pPr>
        <w:pStyle w:val="ListParagraph"/>
      </w:pPr>
      <w:r>
        <w:rPr>
          <w:sz w:val="22"/>
        </w:rPr>
        <w:t>A. Xenlulozơ là polime thiên nhiên</w:t>
      </w:r>
    </w:p>
    <w:p>
      <w:pPr>
        <w:pStyle w:val="ListParagraph"/>
      </w:pPr>
      <w:r>
        <w:rPr>
          <w:sz w:val="22"/>
        </w:rPr>
        <w:t>B. Xenlulozơ là monosaccarit</w:t>
      </w:r>
    </w:p>
    <w:p>
      <w:pPr>
        <w:pStyle w:val="ListParagraph"/>
      </w:pPr>
      <w:r>
        <w:rPr>
          <w:sz w:val="22"/>
        </w:rPr>
        <w:t>C. Xenlulozơ có phản ứng tráng bạc</w:t>
      </w:r>
    </w:p>
    <w:p>
      <w:pPr>
        <w:pStyle w:val="ListParagraph"/>
      </w:pPr>
      <w:r>
        <w:rPr>
          <w:sz w:val="22"/>
        </w:rPr>
        <w:t>D. Xenlulozơ tan tốt trong nước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D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C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C</w:t>
      </w:r>
    </w:p>
    <w:p>
      <w:r>
        <w:rPr>
          <w:b/>
        </w:rPr>
        <w:t>Câu 45: Đáp án đúng: D</w:t>
      </w:r>
    </w:p>
    <w:p>
      <w:r>
        <w:rPr>
          <w:b/>
        </w:rPr>
        <w:t>Câu 46: Đáp án đúng: C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D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