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Toán - Góc có số đo đổi ra radian là</w:t>
      </w:r>
    </w:p>
    <w:p>
      <w:pPr>
        <w:jc w:val="center"/>
      </w:pPr>
      <w:r>
        <w:rPr>
          <w:sz w:val="22"/>
        </w:rPr>
        <w:t>Số câu: 56    Thời gian: _____ phút    Họ và tên: _________________________</w:t>
      </w:r>
    </w:p>
    <w:p/>
    <w:p>
      <w:r>
        <w:rPr>
          <w:b/>
          <w:sz w:val="24"/>
        </w:rPr>
        <w:t>Câu 1: Góc có số đo đổi ra radian là</w:t>
      </w:r>
    </w:p>
    <w:p>
      <w:pPr>
        <w:pStyle w:val="ListParagraph"/>
      </w:pPr>
      <w:r>
        <w:rPr>
          <w:sz w:val="22"/>
        </w:rPr>
        <w:t>A. .</w:t>
      </w:r>
    </w:p>
    <w:p>
      <w:pPr>
        <w:pStyle w:val="ListParagraph"/>
      </w:pPr>
      <w:r>
        <w:rPr>
          <w:sz w:val="22"/>
        </w:rPr>
        <w:t>B. .</w:t>
      </w:r>
    </w:p>
    <w:p>
      <w:pPr>
        <w:pStyle w:val="ListParagraph"/>
      </w:pPr>
      <w:r>
        <w:rPr>
          <w:sz w:val="22"/>
        </w:rPr>
        <w:t>C. .</w:t>
      </w:r>
    </w:p>
    <w:p>
      <w:pPr>
        <w:pStyle w:val="ListParagraph"/>
      </w:pPr>
      <w:r>
        <w:rPr>
          <w:sz w:val="22"/>
        </w:rPr>
        <w:t>D. .</w:t>
      </w:r>
    </w:p>
    <w:p/>
    <w:p>
      <w:r>
        <w:rPr>
          <w:b/>
          <w:sz w:val="24"/>
        </w:rPr>
        <w:t>Câu 2: Nếu một cung tròn có số đo bằng radian là  thì số đo bằng độ của cung tròn đó là</w:t>
      </w:r>
    </w:p>
    <w:p>
      <w:pPr>
        <w:pStyle w:val="ListParagraph"/>
      </w:pPr>
      <w:r>
        <w:rPr>
          <w:sz w:val="22"/>
        </w:rPr>
        <w:t>A. .</w:t>
      </w:r>
    </w:p>
    <w:p>
      <w:pPr>
        <w:pStyle w:val="ListParagraph"/>
      </w:pPr>
      <w:r>
        <w:rPr>
          <w:sz w:val="22"/>
        </w:rPr>
        <w:t>B. .</w:t>
      </w:r>
    </w:p>
    <w:p>
      <w:pPr>
        <w:pStyle w:val="ListParagraph"/>
      </w:pPr>
      <w:r>
        <w:rPr>
          <w:sz w:val="22"/>
        </w:rPr>
        <w:t>C. .</w:t>
      </w:r>
    </w:p>
    <w:p>
      <w:pPr>
        <w:pStyle w:val="ListParagraph"/>
      </w:pPr>
      <w:r>
        <w:rPr>
          <w:sz w:val="22"/>
        </w:rPr>
        <w:t>D. .</w:t>
      </w:r>
    </w:p>
    <w:p/>
    <w:p>
      <w:r>
        <w:rPr>
          <w:b/>
          <w:sz w:val="24"/>
        </w:rPr>
        <w:t>Câu 3: Một đường tròn có bán kính. Độ dài cung  trên đường tròn gần bằng:</w:t>
      </w:r>
    </w:p>
    <w:p>
      <w:pPr>
        <w:pStyle w:val="ListParagraph"/>
      </w:pPr>
      <w:r>
        <w:rPr>
          <w:sz w:val="22"/>
        </w:rPr>
        <w:t>A. .</w:t>
      </w:r>
    </w:p>
    <w:p>
      <w:pPr>
        <w:pStyle w:val="ListParagraph"/>
      </w:pPr>
      <w:r>
        <w:rPr>
          <w:sz w:val="22"/>
        </w:rPr>
        <w:t>B. .</w:t>
      </w:r>
    </w:p>
    <w:p>
      <w:pPr>
        <w:pStyle w:val="ListParagraph"/>
      </w:pPr>
      <w:r>
        <w:rPr>
          <w:sz w:val="22"/>
        </w:rPr>
        <w:t>C. .</w:t>
      </w:r>
    </w:p>
    <w:p>
      <w:pPr>
        <w:pStyle w:val="ListParagraph"/>
      </w:pPr>
      <w:r>
        <w:rPr>
          <w:sz w:val="22"/>
        </w:rPr>
        <w:t>D. .</w:t>
      </w:r>
    </w:p>
    <w:p/>
    <w:p>
      <w:r>
        <w:rPr>
          <w:b/>
          <w:sz w:val="24"/>
        </w:rPr>
        <w:t>Câu 4: Một đường tròn có bán kính . Tính độ dài của cung  trên đường tròn gần bằng</w:t>
      </w:r>
    </w:p>
    <w:p>
      <w:pPr>
        <w:pStyle w:val="ListParagraph"/>
      </w:pPr>
      <w:r>
        <w:rPr>
          <w:sz w:val="22"/>
        </w:rPr>
        <w:t>A. .</w:t>
      </w:r>
    </w:p>
    <w:p>
      <w:pPr>
        <w:pStyle w:val="ListParagraph"/>
      </w:pPr>
      <w:r>
        <w:rPr>
          <w:sz w:val="22"/>
        </w:rPr>
        <w:t>B. .</w:t>
      </w:r>
    </w:p>
    <w:p>
      <w:pPr>
        <w:pStyle w:val="ListParagraph"/>
      </w:pPr>
      <w:r>
        <w:rPr>
          <w:sz w:val="22"/>
        </w:rPr>
        <w:t>C. .</w:t>
      </w:r>
    </w:p>
    <w:p>
      <w:pPr>
        <w:pStyle w:val="ListParagraph"/>
      </w:pPr>
      <w:r>
        <w:rPr>
          <w:sz w:val="22"/>
        </w:rPr>
        <w:t>D. .</w:t>
      </w:r>
    </w:p>
    <w:p/>
    <w:p>
      <w:r>
        <w:rPr>
          <w:b/>
          <w:sz w:val="24"/>
        </w:rPr>
        <w:t>Câu 5: Trong các công thức sau, công thức nào sai?</w:t>
      </w:r>
    </w:p>
    <w:p>
      <w:pPr>
        <w:pStyle w:val="ListParagraph"/>
      </w:pPr>
      <w:r>
        <w:rPr>
          <w:sz w:val="22"/>
        </w:rPr>
        <w:t xml:space="preserve">A. </w:t>
      </w:r>
    </w:p>
    <w:p>
      <w:pPr>
        <w:pStyle w:val="ListParagraph"/>
      </w:pPr>
      <w:r>
        <w:rPr>
          <w:sz w:val="22"/>
        </w:rPr>
        <w:t xml:space="preserve">B. </w:t>
      </w:r>
    </w:p>
    <w:p>
      <w:pPr>
        <w:pStyle w:val="ListParagraph"/>
      </w:pPr>
      <w:r>
        <w:rPr>
          <w:sz w:val="22"/>
        </w:rPr>
        <w:t xml:space="preserve">C. </w:t>
      </w:r>
    </w:p>
    <w:p>
      <w:pPr>
        <w:pStyle w:val="ListParagraph"/>
      </w:pPr>
      <w:r>
        <w:rPr>
          <w:sz w:val="22"/>
        </w:rPr>
        <w:t xml:space="preserve">D. </w:t>
      </w:r>
    </w:p>
    <w:p/>
    <w:p>
      <w:r>
        <w:rPr>
          <w:b/>
          <w:sz w:val="24"/>
        </w:rPr>
        <w:t>Câu 6: Cho . Giá trị của  là</w:t>
      </w:r>
    </w:p>
    <w:p>
      <w:pPr>
        <w:pStyle w:val="ListParagraph"/>
      </w:pPr>
      <w:r>
        <w:rPr>
          <w:sz w:val="22"/>
        </w:rPr>
        <w:t>A. .</w:t>
      </w:r>
    </w:p>
    <w:p>
      <w:pPr>
        <w:pStyle w:val="ListParagraph"/>
      </w:pPr>
      <w:r>
        <w:rPr>
          <w:sz w:val="22"/>
        </w:rPr>
        <w:t>B. .</w:t>
      </w:r>
    </w:p>
    <w:p>
      <w:pPr>
        <w:pStyle w:val="ListParagraph"/>
      </w:pPr>
      <w:r>
        <w:rPr>
          <w:sz w:val="22"/>
        </w:rPr>
        <w:t>C. .</w:t>
      </w:r>
    </w:p>
    <w:p>
      <w:pPr>
        <w:pStyle w:val="ListParagraph"/>
      </w:pPr>
      <w:r>
        <w:rPr>
          <w:sz w:val="22"/>
        </w:rPr>
        <w:t>D. .</w:t>
      </w:r>
    </w:p>
    <w:p/>
    <w:p>
      <w:r>
        <w:rPr>
          <w:b/>
          <w:sz w:val="24"/>
        </w:rPr>
        <w:t>Câu 7: Trong các công thức sau, công thức nào đúng?</w:t>
      </w:r>
    </w:p>
    <w:p>
      <w:pPr>
        <w:pStyle w:val="ListParagraph"/>
      </w:pPr>
      <w:r>
        <w:rPr>
          <w:sz w:val="22"/>
        </w:rPr>
        <w:t xml:space="preserve">A. </w:t>
      </w:r>
    </w:p>
    <w:p>
      <w:pPr>
        <w:pStyle w:val="ListParagraph"/>
      </w:pPr>
      <w:r>
        <w:rPr>
          <w:sz w:val="22"/>
        </w:rPr>
        <w:t xml:space="preserve">B. </w:t>
      </w:r>
    </w:p>
    <w:p>
      <w:pPr>
        <w:pStyle w:val="ListParagraph"/>
      </w:pPr>
      <w:r>
        <w:rPr>
          <w:sz w:val="22"/>
        </w:rPr>
        <w:t xml:space="preserve">C. </w:t>
      </w:r>
    </w:p>
    <w:p>
      <w:pPr>
        <w:pStyle w:val="ListParagraph"/>
      </w:pPr>
      <w:r>
        <w:rPr>
          <w:sz w:val="22"/>
        </w:rPr>
        <w:t xml:space="preserve">D. </w:t>
      </w:r>
    </w:p>
    <w:p/>
    <w:p>
      <w:r>
        <w:rPr>
          <w:b/>
          <w:sz w:val="24"/>
        </w:rPr>
        <w:t>Câu 8: Khẳng định nào dưới đây SAI?</w:t>
      </w:r>
    </w:p>
    <w:p>
      <w:pPr>
        <w:pStyle w:val="ListParagraph"/>
      </w:pPr>
      <w:r>
        <w:rPr>
          <w:sz w:val="22"/>
        </w:rPr>
        <w:t>A. .</w:t>
      </w:r>
    </w:p>
    <w:p>
      <w:pPr>
        <w:pStyle w:val="ListParagraph"/>
      </w:pPr>
      <w:r>
        <w:rPr>
          <w:sz w:val="22"/>
        </w:rPr>
        <w:t>B. .</w:t>
      </w:r>
    </w:p>
    <w:p>
      <w:pPr>
        <w:pStyle w:val="ListParagraph"/>
      </w:pPr>
      <w:r>
        <w:rPr>
          <w:sz w:val="22"/>
        </w:rPr>
        <w:t>C. .</w:t>
      </w:r>
    </w:p>
    <w:p>
      <w:pPr>
        <w:pStyle w:val="ListParagraph"/>
      </w:pPr>
      <w:r>
        <w:rPr>
          <w:sz w:val="22"/>
        </w:rPr>
        <w:t>D. .</w:t>
      </w:r>
    </w:p>
    <w:p/>
    <w:p>
      <w:r>
        <w:rPr>
          <w:b/>
          <w:sz w:val="24"/>
        </w:rPr>
        <w:t>Câu 9: Rút gọn biểu thức .</w:t>
      </w:r>
    </w:p>
    <w:p>
      <w:pPr>
        <w:pStyle w:val="ListParagraph"/>
      </w:pPr>
      <w:r>
        <w:rPr>
          <w:sz w:val="22"/>
        </w:rPr>
        <w:t>A. .</w:t>
      </w:r>
    </w:p>
    <w:p>
      <w:pPr>
        <w:pStyle w:val="ListParagraph"/>
      </w:pPr>
      <w:r>
        <w:rPr>
          <w:sz w:val="22"/>
        </w:rPr>
        <w:t>B. .</w:t>
      </w:r>
    </w:p>
    <w:p>
      <w:pPr>
        <w:pStyle w:val="ListParagraph"/>
      </w:pPr>
      <w:r>
        <w:rPr>
          <w:sz w:val="22"/>
        </w:rPr>
        <w:t>C. .</w:t>
      </w:r>
    </w:p>
    <w:p>
      <w:pPr>
        <w:pStyle w:val="ListParagraph"/>
      </w:pPr>
      <w:r>
        <w:rPr>
          <w:sz w:val="22"/>
        </w:rPr>
        <w:t>D. .</w:t>
      </w:r>
    </w:p>
    <w:p/>
    <w:p>
      <w:r>
        <w:rPr>
          <w:b/>
          <w:sz w:val="24"/>
        </w:rPr>
        <w:t>Câu 10: Tập xác định của hàm số là</w:t>
      </w:r>
    </w:p>
    <w:p>
      <w:pPr>
        <w:pStyle w:val="ListParagraph"/>
      </w:pPr>
      <w:r>
        <w:rPr>
          <w:sz w:val="22"/>
        </w:rPr>
        <w:t>A. .</w:t>
      </w:r>
    </w:p>
    <w:p>
      <w:pPr>
        <w:pStyle w:val="ListParagraph"/>
      </w:pPr>
      <w:r>
        <w:rPr>
          <w:sz w:val="22"/>
        </w:rPr>
        <w:t>B. .</w:t>
      </w:r>
    </w:p>
    <w:p>
      <w:pPr>
        <w:pStyle w:val="ListParagraph"/>
      </w:pPr>
      <w:r>
        <w:rPr>
          <w:sz w:val="22"/>
        </w:rPr>
        <w:t>C. .</w:t>
      </w:r>
    </w:p>
    <w:p>
      <w:pPr>
        <w:pStyle w:val="ListParagraph"/>
      </w:pPr>
      <w:r>
        <w:rPr>
          <w:sz w:val="22"/>
        </w:rPr>
        <w:t>D. .</w:t>
      </w:r>
    </w:p>
    <w:p/>
    <w:p>
      <w:r>
        <w:rPr>
          <w:b/>
          <w:sz w:val="24"/>
        </w:rPr>
        <w:t>Câu 11: Tập xác định của hàm số  là</w:t>
      </w:r>
    </w:p>
    <w:p>
      <w:pPr>
        <w:pStyle w:val="ListParagraph"/>
      </w:pPr>
      <w:r>
        <w:rPr>
          <w:sz w:val="22"/>
        </w:rPr>
        <w:t xml:space="preserve">A. </w:t>
      </w:r>
    </w:p>
    <w:p>
      <w:pPr>
        <w:pStyle w:val="ListParagraph"/>
      </w:pPr>
      <w:r>
        <w:rPr>
          <w:sz w:val="22"/>
        </w:rPr>
        <w:t xml:space="preserve">B. </w:t>
      </w:r>
    </w:p>
    <w:p>
      <w:pPr>
        <w:pStyle w:val="ListParagraph"/>
      </w:pPr>
      <w:r>
        <w:rPr>
          <w:sz w:val="22"/>
        </w:rPr>
        <w:t xml:space="preserve">C. </w:t>
      </w:r>
    </w:p>
    <w:p>
      <w:pPr>
        <w:pStyle w:val="ListParagraph"/>
      </w:pPr>
      <w:r>
        <w:rPr>
          <w:sz w:val="22"/>
        </w:rPr>
        <w:t xml:space="preserve">D. </w:t>
      </w:r>
    </w:p>
    <w:p/>
    <w:p>
      <w:r>
        <w:rPr>
          <w:b/>
          <w:sz w:val="24"/>
        </w:rPr>
        <w:t>Câu 12: Tập xác định của hàm số  là</w:t>
      </w:r>
    </w:p>
    <w:p>
      <w:pPr>
        <w:pStyle w:val="ListParagraph"/>
      </w:pPr>
      <w:r>
        <w:rPr>
          <w:sz w:val="22"/>
        </w:rPr>
        <w:t>A. .</w:t>
      </w:r>
    </w:p>
    <w:p>
      <w:pPr>
        <w:pStyle w:val="ListParagraph"/>
      </w:pPr>
      <w:r>
        <w:rPr>
          <w:sz w:val="22"/>
        </w:rPr>
        <w:t>B. .</w:t>
      </w:r>
    </w:p>
    <w:p>
      <w:pPr>
        <w:pStyle w:val="ListParagraph"/>
      </w:pPr>
      <w:r>
        <w:rPr>
          <w:sz w:val="22"/>
        </w:rPr>
        <w:t>C. .</w:t>
      </w:r>
    </w:p>
    <w:p>
      <w:pPr>
        <w:pStyle w:val="ListParagraph"/>
      </w:pPr>
      <w:r>
        <w:rPr>
          <w:sz w:val="22"/>
        </w:rPr>
        <w:t>D. .</w:t>
      </w:r>
    </w:p>
    <w:p/>
    <w:p>
      <w:r>
        <w:rPr>
          <w:b/>
          <w:sz w:val="24"/>
        </w:rPr>
        <w:t>Câu 13: Khẳng định nào dưới đây là sai?</w:t>
      </w:r>
    </w:p>
    <w:p>
      <w:pPr>
        <w:pStyle w:val="ListParagraph"/>
      </w:pPr>
      <w:r>
        <w:rPr>
          <w:sz w:val="22"/>
        </w:rPr>
        <w:t>A. Hàm số  là hàm số lẻ.</w:t>
      </w:r>
    </w:p>
    <w:p>
      <w:pPr>
        <w:pStyle w:val="ListParagraph"/>
      </w:pPr>
      <w:r>
        <w:rPr>
          <w:sz w:val="22"/>
        </w:rPr>
        <w:t>B. Hàm số  là hàm số lẻ.</w:t>
      </w:r>
    </w:p>
    <w:p>
      <w:pPr>
        <w:pStyle w:val="ListParagraph"/>
      </w:pPr>
      <w:r>
        <w:rPr>
          <w:sz w:val="22"/>
        </w:rPr>
        <w:t>C. Hàm số  là hàm số lẻ.</w:t>
      </w:r>
    </w:p>
    <w:p>
      <w:pPr>
        <w:pStyle w:val="ListParagraph"/>
      </w:pPr>
      <w:r>
        <w:rPr>
          <w:sz w:val="22"/>
        </w:rPr>
        <w:t>D. Hàm số  là hàm số lẻ.</w:t>
      </w:r>
    </w:p>
    <w:p/>
    <w:p>
      <w:r>
        <w:rPr>
          <w:b/>
          <w:sz w:val="24"/>
        </w:rPr>
        <w:t>Câu 14: Nghiệm của phương trình  là (với k là số nguyên):</w:t>
      </w:r>
    </w:p>
    <w:p>
      <w:pPr>
        <w:pStyle w:val="ListParagraph"/>
      </w:pPr>
      <w:r>
        <w:rPr>
          <w:sz w:val="22"/>
        </w:rPr>
        <w:t xml:space="preserve">A. </w:t>
      </w:r>
    </w:p>
    <w:p>
      <w:pPr>
        <w:pStyle w:val="ListParagraph"/>
      </w:pPr>
      <w:r>
        <w:rPr>
          <w:sz w:val="22"/>
        </w:rPr>
        <w:t xml:space="preserve">B. </w:t>
      </w:r>
    </w:p>
    <w:p>
      <w:pPr>
        <w:pStyle w:val="ListParagraph"/>
      </w:pPr>
      <w:r>
        <w:rPr>
          <w:sz w:val="22"/>
        </w:rPr>
        <w:t xml:space="preserve">C. </w:t>
      </w:r>
    </w:p>
    <w:p>
      <w:pPr>
        <w:pStyle w:val="ListParagraph"/>
      </w:pPr>
      <w:r>
        <w:rPr>
          <w:sz w:val="22"/>
        </w:rPr>
        <w:t xml:space="preserve">D. </w:t>
      </w:r>
    </w:p>
    <w:p/>
    <w:p>
      <w:r>
        <w:rPr>
          <w:b/>
          <w:sz w:val="24"/>
        </w:rPr>
        <w:t>Câu 15: Nghiệm của phương trình  là (với k là số nguyên):</w:t>
      </w:r>
    </w:p>
    <w:p>
      <w:pPr>
        <w:pStyle w:val="ListParagraph"/>
      </w:pPr>
      <w:r>
        <w:rPr>
          <w:sz w:val="22"/>
        </w:rPr>
        <w:t xml:space="preserve">A. </w:t>
      </w:r>
    </w:p>
    <w:p>
      <w:pPr>
        <w:pStyle w:val="ListParagraph"/>
      </w:pPr>
      <w:r>
        <w:rPr>
          <w:sz w:val="22"/>
        </w:rPr>
        <w:t xml:space="preserve">B. </w:t>
      </w:r>
    </w:p>
    <w:p>
      <w:pPr>
        <w:pStyle w:val="ListParagraph"/>
      </w:pPr>
      <w:r>
        <w:rPr>
          <w:sz w:val="22"/>
        </w:rPr>
        <w:t xml:space="preserve">C. </w:t>
      </w:r>
    </w:p>
    <w:p>
      <w:pPr>
        <w:pStyle w:val="ListParagraph"/>
      </w:pPr>
      <w:r>
        <w:rPr>
          <w:sz w:val="22"/>
        </w:rPr>
        <w:t xml:space="preserve">D. </w:t>
      </w:r>
    </w:p>
    <w:p/>
    <w:p>
      <w:r>
        <w:rPr>
          <w:b/>
          <w:sz w:val="24"/>
        </w:rPr>
        <w:t>Câu 16: Tập nghiệm của phương trình:  là:</w:t>
      </w:r>
    </w:p>
    <w:p>
      <w:pPr>
        <w:pStyle w:val="ListParagraph"/>
      </w:pPr>
      <w:r>
        <w:rPr>
          <w:sz w:val="22"/>
        </w:rPr>
        <w:t>A. .</w:t>
      </w:r>
    </w:p>
    <w:p>
      <w:pPr>
        <w:pStyle w:val="ListParagraph"/>
      </w:pPr>
      <w:r>
        <w:rPr>
          <w:sz w:val="22"/>
        </w:rPr>
        <w:t>B. .</w:t>
      </w:r>
    </w:p>
    <w:p>
      <w:pPr>
        <w:pStyle w:val="ListParagraph"/>
      </w:pPr>
      <w:r>
        <w:rPr>
          <w:sz w:val="22"/>
        </w:rPr>
        <w:t>C. .</w:t>
      </w:r>
    </w:p>
    <w:p>
      <w:pPr>
        <w:pStyle w:val="ListParagraph"/>
      </w:pPr>
      <w:r>
        <w:rPr>
          <w:sz w:val="22"/>
        </w:rPr>
        <w:t>D. .</w:t>
      </w:r>
    </w:p>
    <w:p/>
    <w:p>
      <w:r>
        <w:rPr>
          <w:b/>
          <w:sz w:val="24"/>
        </w:rPr>
        <w:t>Câu 17: Nghiệm của phương trình  là</w:t>
      </w:r>
    </w:p>
    <w:p>
      <w:pPr>
        <w:pStyle w:val="ListParagraph"/>
      </w:pPr>
      <w:r>
        <w:rPr>
          <w:sz w:val="22"/>
        </w:rPr>
        <w:t>A. .</w:t>
      </w:r>
    </w:p>
    <w:p>
      <w:pPr>
        <w:pStyle w:val="ListParagraph"/>
      </w:pPr>
      <w:r>
        <w:rPr>
          <w:sz w:val="22"/>
        </w:rPr>
        <w:t>B. .</w:t>
      </w:r>
    </w:p>
    <w:p>
      <w:pPr>
        <w:pStyle w:val="ListParagraph"/>
      </w:pPr>
      <w:r>
        <w:rPr>
          <w:sz w:val="22"/>
        </w:rPr>
        <w:t>C. .</w:t>
      </w:r>
    </w:p>
    <w:p>
      <w:pPr>
        <w:pStyle w:val="ListParagraph"/>
      </w:pPr>
      <w:r>
        <w:rPr>
          <w:sz w:val="22"/>
        </w:rPr>
        <w:t>D. .</w:t>
      </w:r>
    </w:p>
    <w:p/>
    <w:p>
      <w:r>
        <w:rPr>
          <w:b/>
          <w:sz w:val="24"/>
        </w:rPr>
        <w:t>Câu 18: Cho dãy số  xác định bởi . Số hạng  bằng:</w:t>
      </w:r>
    </w:p>
    <w:p>
      <w:pPr>
        <w:pStyle w:val="ListParagraph"/>
      </w:pPr>
      <w:r>
        <w:rPr>
          <w:sz w:val="22"/>
        </w:rPr>
        <w:t xml:space="preserve">A. </w:t>
      </w:r>
    </w:p>
    <w:p>
      <w:pPr>
        <w:pStyle w:val="ListParagraph"/>
      </w:pPr>
      <w:r>
        <w:rPr>
          <w:sz w:val="22"/>
        </w:rPr>
        <w:t xml:space="preserve">B. </w:t>
      </w:r>
    </w:p>
    <w:p>
      <w:pPr>
        <w:pStyle w:val="ListParagraph"/>
      </w:pPr>
      <w:r>
        <w:rPr>
          <w:sz w:val="22"/>
        </w:rPr>
        <w:t xml:space="preserve">C. </w:t>
      </w:r>
    </w:p>
    <w:p>
      <w:pPr>
        <w:pStyle w:val="ListParagraph"/>
      </w:pPr>
      <w:r>
        <w:rPr>
          <w:sz w:val="22"/>
        </w:rPr>
        <w:t xml:space="preserve">D. </w:t>
      </w:r>
    </w:p>
    <w:p/>
    <w:p>
      <w:r>
        <w:rPr>
          <w:b/>
          <w:sz w:val="24"/>
        </w:rPr>
        <w:t>Câu 19: Cho dãy số  xác định bởi . Số hạng thứ  của dãy là:</w:t>
      </w:r>
    </w:p>
    <w:p>
      <w:pPr>
        <w:pStyle w:val="ListParagraph"/>
      </w:pPr>
      <w:r>
        <w:rPr>
          <w:sz w:val="22"/>
        </w:rPr>
        <w:t xml:space="preserve">A. </w:t>
      </w:r>
    </w:p>
    <w:p>
      <w:pPr>
        <w:pStyle w:val="ListParagraph"/>
      </w:pPr>
      <w:r>
        <w:rPr>
          <w:sz w:val="22"/>
        </w:rPr>
        <w:t xml:space="preserve">B. </w:t>
      </w:r>
    </w:p>
    <w:p>
      <w:pPr>
        <w:pStyle w:val="ListParagraph"/>
      </w:pPr>
      <w:r>
        <w:rPr>
          <w:sz w:val="22"/>
        </w:rPr>
        <w:t xml:space="preserve">C. </w:t>
      </w:r>
    </w:p>
    <w:p>
      <w:pPr>
        <w:pStyle w:val="ListParagraph"/>
      </w:pPr>
      <w:r>
        <w:rPr>
          <w:sz w:val="22"/>
        </w:rPr>
        <w:t xml:space="preserve">D. </w:t>
      </w:r>
    </w:p>
    <w:p/>
    <w:p>
      <w:r>
        <w:rPr>
          <w:b/>
          <w:sz w:val="24"/>
        </w:rPr>
        <w:t>Câu 20: Cho dãy số  cho bởi công thức tổng quát . Khi đó  bằng</w:t>
      </w:r>
    </w:p>
    <w:p>
      <w:pPr>
        <w:pStyle w:val="ListParagraph"/>
      </w:pPr>
      <w:r>
        <w:rPr>
          <w:sz w:val="22"/>
        </w:rPr>
        <w:t>A. .</w:t>
      </w:r>
    </w:p>
    <w:p>
      <w:pPr>
        <w:pStyle w:val="ListParagraph"/>
      </w:pPr>
      <w:r>
        <w:rPr>
          <w:sz w:val="22"/>
        </w:rPr>
        <w:t>B. .</w:t>
      </w:r>
    </w:p>
    <w:p>
      <w:pPr>
        <w:pStyle w:val="ListParagraph"/>
      </w:pPr>
      <w:r>
        <w:rPr>
          <w:sz w:val="22"/>
        </w:rPr>
        <w:t>C. .</w:t>
      </w:r>
    </w:p>
    <w:p>
      <w:pPr>
        <w:pStyle w:val="ListParagraph"/>
      </w:pPr>
      <w:r>
        <w:rPr>
          <w:sz w:val="22"/>
        </w:rPr>
        <w:t>D. .</w:t>
      </w:r>
    </w:p>
    <w:p/>
    <w:p>
      <w:r>
        <w:rPr>
          <w:b/>
          <w:sz w:val="24"/>
        </w:rPr>
        <w:t xml:space="preserve">Câu 21: Cho dãy số  với  Tính </w:t>
      </w:r>
    </w:p>
    <w:p>
      <w:pPr>
        <w:pStyle w:val="ListParagraph"/>
      </w:pPr>
      <w:r>
        <w:rPr>
          <w:sz w:val="22"/>
        </w:rPr>
        <w:t xml:space="preserve">A. </w:t>
      </w:r>
    </w:p>
    <w:p>
      <w:pPr>
        <w:pStyle w:val="ListParagraph"/>
      </w:pPr>
      <w:r>
        <w:rPr>
          <w:sz w:val="22"/>
        </w:rPr>
        <w:t xml:space="preserve">B. </w:t>
      </w:r>
    </w:p>
    <w:p>
      <w:pPr>
        <w:pStyle w:val="ListParagraph"/>
      </w:pPr>
      <w:r>
        <w:rPr>
          <w:sz w:val="22"/>
        </w:rPr>
        <w:t xml:space="preserve">C. </w:t>
      </w:r>
    </w:p>
    <w:p>
      <w:pPr>
        <w:pStyle w:val="ListParagraph"/>
      </w:pPr>
      <w:r>
        <w:rPr>
          <w:sz w:val="22"/>
        </w:rPr>
        <w:t xml:space="preserve">D. </w:t>
      </w:r>
    </w:p>
    <w:p/>
    <w:p>
      <w:r>
        <w:rPr>
          <w:b/>
          <w:sz w:val="24"/>
        </w:rPr>
        <w:t>Câu 22: Cho dãy số  xác định bởi . Số hạng  bằng</w:t>
      </w:r>
    </w:p>
    <w:p>
      <w:pPr>
        <w:pStyle w:val="ListParagraph"/>
      </w:pPr>
      <w:r>
        <w:rPr>
          <w:sz w:val="22"/>
        </w:rPr>
        <w:t xml:space="preserve">A. </w:t>
      </w:r>
    </w:p>
    <w:p>
      <w:pPr>
        <w:pStyle w:val="ListParagraph"/>
      </w:pPr>
      <w:r>
        <w:rPr>
          <w:sz w:val="22"/>
        </w:rPr>
        <w:t xml:space="preserve">B. </w:t>
      </w:r>
    </w:p>
    <w:p>
      <w:pPr>
        <w:pStyle w:val="ListParagraph"/>
      </w:pPr>
      <w:r>
        <w:rPr>
          <w:sz w:val="22"/>
        </w:rPr>
        <w:t xml:space="preserve">C. </w:t>
      </w:r>
    </w:p>
    <w:p>
      <w:pPr>
        <w:pStyle w:val="ListParagraph"/>
      </w:pPr>
      <w:r>
        <w:rPr>
          <w:sz w:val="22"/>
        </w:rPr>
        <w:t xml:space="preserve">D. </w:t>
      </w:r>
    </w:p>
    <w:p/>
    <w:p>
      <w:r>
        <w:rPr>
          <w:b/>
          <w:sz w:val="24"/>
        </w:rPr>
        <w:t>Câu 23: Cho dãy số  xác định bởi . Số hạng thứ  của dãy là</w:t>
      </w:r>
    </w:p>
    <w:p>
      <w:pPr>
        <w:pStyle w:val="ListParagraph"/>
      </w:pPr>
      <w:r>
        <w:rPr>
          <w:sz w:val="22"/>
        </w:rPr>
        <w:t xml:space="preserve">A. </w:t>
      </w:r>
    </w:p>
    <w:p>
      <w:pPr>
        <w:pStyle w:val="ListParagraph"/>
      </w:pPr>
      <w:r>
        <w:rPr>
          <w:sz w:val="22"/>
        </w:rPr>
        <w:t xml:space="preserve">B. </w:t>
      </w:r>
    </w:p>
    <w:p>
      <w:pPr>
        <w:pStyle w:val="ListParagraph"/>
      </w:pPr>
      <w:r>
        <w:rPr>
          <w:sz w:val="22"/>
        </w:rPr>
        <w:t xml:space="preserve">C. </w:t>
      </w:r>
    </w:p>
    <w:p>
      <w:pPr>
        <w:pStyle w:val="ListParagraph"/>
      </w:pPr>
      <w:r>
        <w:rPr>
          <w:sz w:val="22"/>
        </w:rPr>
        <w:t xml:space="preserve">D. </w:t>
      </w:r>
    </w:p>
    <w:p/>
    <w:p>
      <w:r>
        <w:rPr>
          <w:b/>
          <w:sz w:val="24"/>
        </w:rPr>
        <w:t>Câu 24: Cho cấp số cộng  có  và công sai . Tìm số hạng .</w:t>
      </w:r>
    </w:p>
    <w:p>
      <w:pPr>
        <w:pStyle w:val="ListParagraph"/>
      </w:pPr>
      <w:r>
        <w:rPr>
          <w:sz w:val="22"/>
        </w:rPr>
        <w:t>A. .</w:t>
      </w:r>
    </w:p>
    <w:p>
      <w:pPr>
        <w:pStyle w:val="ListParagraph"/>
      </w:pPr>
      <w:r>
        <w:rPr>
          <w:sz w:val="22"/>
        </w:rPr>
        <w:t>B. .</w:t>
      </w:r>
    </w:p>
    <w:p>
      <w:pPr>
        <w:pStyle w:val="ListParagraph"/>
      </w:pPr>
      <w:r>
        <w:rPr>
          <w:sz w:val="22"/>
        </w:rPr>
        <w:t>C. .</w:t>
      </w:r>
    </w:p>
    <w:p>
      <w:pPr>
        <w:pStyle w:val="ListParagraph"/>
      </w:pPr>
      <w:r>
        <w:rPr>
          <w:sz w:val="22"/>
        </w:rPr>
        <w:t>D. .</w:t>
      </w:r>
    </w:p>
    <w:p/>
    <w:p>
      <w:r>
        <w:rPr>
          <w:b/>
          <w:sz w:val="24"/>
        </w:rPr>
        <w:t xml:space="preserve">Câu 25: Cho một cấp số cộng  có ,  Tìm công sai </w:t>
      </w:r>
    </w:p>
    <w:p>
      <w:pPr>
        <w:pStyle w:val="ListParagraph"/>
      </w:pPr>
      <w:r>
        <w:rPr>
          <w:sz w:val="22"/>
        </w:rPr>
        <w:t>A. .</w:t>
      </w:r>
    </w:p>
    <w:p>
      <w:pPr>
        <w:pStyle w:val="ListParagraph"/>
      </w:pPr>
      <w:r>
        <w:rPr>
          <w:sz w:val="22"/>
        </w:rPr>
        <w:t>B. .</w:t>
      </w:r>
    </w:p>
    <w:p>
      <w:pPr>
        <w:pStyle w:val="ListParagraph"/>
      </w:pPr>
      <w:r>
        <w:rPr>
          <w:sz w:val="22"/>
        </w:rPr>
        <w:t>C. .</w:t>
      </w:r>
    </w:p>
    <w:p>
      <w:pPr>
        <w:pStyle w:val="ListParagraph"/>
      </w:pPr>
      <w:r>
        <w:rPr>
          <w:sz w:val="22"/>
        </w:rPr>
        <w:t>D. .</w:t>
      </w:r>
    </w:p>
    <w:p/>
    <w:p>
      <w:r>
        <w:rPr>
          <w:b/>
          <w:sz w:val="24"/>
        </w:rPr>
        <w:t>Câu 26: Cho cấp số cộng có số hạng đầu và công sai . Số 100 là số hạng thứ mấy của cấp số cộng?</w:t>
      </w:r>
    </w:p>
    <w:p>
      <w:pPr>
        <w:pStyle w:val="ListParagraph"/>
      </w:pPr>
      <w:r>
        <w:rPr>
          <w:sz w:val="22"/>
        </w:rPr>
        <w:t>A. 15.</w:t>
      </w:r>
    </w:p>
    <w:p>
      <w:pPr>
        <w:pStyle w:val="ListParagraph"/>
      </w:pPr>
      <w:r>
        <w:rPr>
          <w:sz w:val="22"/>
        </w:rPr>
        <w:t>B. 20.</w:t>
      </w:r>
    </w:p>
    <w:p>
      <w:pPr>
        <w:pStyle w:val="ListParagraph"/>
      </w:pPr>
      <w:r>
        <w:rPr>
          <w:sz w:val="22"/>
        </w:rPr>
        <w:t>C. 35.</w:t>
      </w:r>
    </w:p>
    <w:p>
      <w:pPr>
        <w:pStyle w:val="ListParagraph"/>
      </w:pPr>
      <w:r>
        <w:rPr>
          <w:sz w:val="22"/>
        </w:rPr>
        <w:t>D. 36.</w:t>
      </w:r>
    </w:p>
    <w:p/>
    <w:p>
      <w:r>
        <w:rPr>
          <w:b/>
          <w:sz w:val="24"/>
        </w:rPr>
        <w:t>Câu 27: Cho cấp số cộng  với  và công sai . Giá trị của  bằng</w:t>
      </w:r>
    </w:p>
    <w:p>
      <w:pPr>
        <w:pStyle w:val="ListParagraph"/>
      </w:pPr>
      <w:r>
        <w:rPr>
          <w:sz w:val="22"/>
        </w:rPr>
        <w:t>A. .</w:t>
      </w:r>
    </w:p>
    <w:p>
      <w:pPr>
        <w:pStyle w:val="ListParagraph"/>
      </w:pPr>
      <w:r>
        <w:rPr>
          <w:sz w:val="22"/>
        </w:rPr>
        <w:t>B. .</w:t>
      </w:r>
    </w:p>
    <w:p>
      <w:pPr>
        <w:pStyle w:val="ListParagraph"/>
      </w:pPr>
      <w:r>
        <w:rPr>
          <w:sz w:val="22"/>
        </w:rPr>
        <w:t>C. .</w:t>
      </w:r>
    </w:p>
    <w:p>
      <w:pPr>
        <w:pStyle w:val="ListParagraph"/>
      </w:pPr>
      <w:r>
        <w:rPr>
          <w:sz w:val="22"/>
        </w:rPr>
        <w:t>D. .</w:t>
      </w:r>
    </w:p>
    <w:p/>
    <w:p>
      <w:r>
        <w:rPr>
          <w:b/>
          <w:sz w:val="24"/>
        </w:rPr>
        <w:t>Câu 28: Cho cấp số nhân  có  và công bội . Số hạng là:</w:t>
      </w:r>
    </w:p>
    <w:p>
      <w:pPr>
        <w:pStyle w:val="ListParagraph"/>
      </w:pPr>
      <w:r>
        <w:rPr>
          <w:sz w:val="22"/>
        </w:rPr>
        <w:t>A. .</w:t>
      </w:r>
    </w:p>
    <w:p>
      <w:pPr>
        <w:pStyle w:val="ListParagraph"/>
      </w:pPr>
      <w:r>
        <w:rPr>
          <w:sz w:val="22"/>
        </w:rPr>
        <w:t>B. .</w:t>
      </w:r>
    </w:p>
    <w:p>
      <w:pPr>
        <w:pStyle w:val="ListParagraph"/>
      </w:pPr>
      <w:r>
        <w:rPr>
          <w:sz w:val="22"/>
        </w:rPr>
        <w:t>C. .</w:t>
      </w:r>
    </w:p>
    <w:p>
      <w:pPr>
        <w:pStyle w:val="ListParagraph"/>
      </w:pPr>
      <w:r>
        <w:rPr>
          <w:sz w:val="22"/>
        </w:rPr>
        <w:t>D. .</w:t>
      </w:r>
    </w:p>
    <w:p/>
    <w:p>
      <w:r>
        <w:rPr>
          <w:b/>
          <w:sz w:val="24"/>
        </w:rPr>
        <w:t>Câu 29: Cho cấp số nhân  với  và công bội . Số hạng bằng</w:t>
      </w:r>
    </w:p>
    <w:p>
      <w:pPr>
        <w:pStyle w:val="ListParagraph"/>
      </w:pPr>
      <w:r>
        <w:rPr>
          <w:sz w:val="22"/>
        </w:rPr>
        <w:t>A. 8.</w:t>
      </w:r>
    </w:p>
    <w:p>
      <w:pPr>
        <w:pStyle w:val="ListParagraph"/>
      </w:pPr>
      <w:r>
        <w:rPr>
          <w:sz w:val="22"/>
        </w:rPr>
        <w:t>B. 5</w:t>
      </w:r>
    </w:p>
    <w:p>
      <w:pPr>
        <w:pStyle w:val="ListParagraph"/>
      </w:pPr>
      <w:r>
        <w:rPr>
          <w:sz w:val="22"/>
        </w:rPr>
        <w:t xml:space="preserve">C. </w:t>
      </w:r>
    </w:p>
    <w:p>
      <w:pPr>
        <w:pStyle w:val="ListParagraph"/>
      </w:pPr>
      <w:r>
        <w:rPr>
          <w:sz w:val="22"/>
        </w:rPr>
        <w:t xml:space="preserve">D. </w:t>
      </w:r>
    </w:p>
    <w:p/>
    <w:p>
      <w:r>
        <w:rPr>
          <w:b/>
          <w:sz w:val="24"/>
        </w:rPr>
        <w:t>Câu 30: Cho cấp số nhân  có  và  Mệnh đề nào sau đây đúng?</w:t>
      </w:r>
    </w:p>
    <w:p>
      <w:pPr>
        <w:pStyle w:val="ListParagraph"/>
      </w:pPr>
      <w:r>
        <w:rPr>
          <w:sz w:val="22"/>
        </w:rPr>
        <w:t xml:space="preserve">A. </w:t>
      </w:r>
    </w:p>
    <w:p>
      <w:pPr>
        <w:pStyle w:val="ListParagraph"/>
      </w:pPr>
      <w:r>
        <w:rPr>
          <w:sz w:val="22"/>
        </w:rPr>
        <w:t xml:space="preserve">B. </w:t>
      </w:r>
    </w:p>
    <w:p>
      <w:pPr>
        <w:pStyle w:val="ListParagraph"/>
      </w:pPr>
      <w:r>
        <w:rPr>
          <w:sz w:val="22"/>
        </w:rPr>
        <w:t xml:space="preserve">C. </w:t>
      </w:r>
    </w:p>
    <w:p>
      <w:pPr>
        <w:pStyle w:val="ListParagraph"/>
      </w:pPr>
      <w:r>
        <w:rPr>
          <w:sz w:val="22"/>
        </w:rPr>
        <w:t xml:space="preserve">D. </w:t>
      </w:r>
    </w:p>
    <w:p/>
    <w:p>
      <w:r>
        <w:rPr>
          <w:b/>
          <w:sz w:val="24"/>
        </w:rPr>
        <w:t>Câu 31: Cho cấp số nhân  có  và  Mệnh đề nào sau đây đúng?</w:t>
      </w:r>
    </w:p>
    <w:p>
      <w:pPr>
        <w:pStyle w:val="ListParagraph"/>
      </w:pPr>
      <w:r>
        <w:rPr>
          <w:sz w:val="22"/>
        </w:rPr>
        <w:t xml:space="preserve">A. </w:t>
      </w:r>
    </w:p>
    <w:p>
      <w:pPr>
        <w:pStyle w:val="ListParagraph"/>
      </w:pPr>
      <w:r>
        <w:rPr>
          <w:sz w:val="22"/>
        </w:rPr>
        <w:t xml:space="preserve">B. </w:t>
      </w:r>
    </w:p>
    <w:p>
      <w:pPr>
        <w:pStyle w:val="ListParagraph"/>
      </w:pPr>
      <w:r>
        <w:rPr>
          <w:sz w:val="22"/>
        </w:rPr>
        <w:t xml:space="preserve">C. </w:t>
      </w:r>
    </w:p>
    <w:p>
      <w:pPr>
        <w:pStyle w:val="ListParagraph"/>
      </w:pPr>
      <w:r>
        <w:rPr>
          <w:sz w:val="22"/>
        </w:rPr>
        <w:t xml:space="preserve">D. </w:t>
      </w:r>
    </w:p>
    <w:p/>
    <w:p>
      <w:r>
        <w:rPr>
          <w:b/>
          <w:sz w:val="24"/>
        </w:rPr>
        <w:t>Câu 32: Cân nặng của học sinh lớp 11A được tổng hợp trong bảng dưới đây:</w:t>
        <w:br/>
        <w:t>Cân nặng</w:t>
        <w:br/>
        <w:br/>
        <w:br/>
        <w:br/>
        <w:br/>
        <w:br/>
        <w:br/>
        <w:t>Số học sinh</w:t>
        <w:br/>
        <w:t>19</w:t>
        <w:br/>
        <w:t>8</w:t>
        <w:br/>
        <w:t>15</w:t>
        <w:br/>
        <w:t>5</w:t>
        <w:br/>
        <w:t>3</w:t>
        <w:br/>
        <w:t>2</w:t>
        <w:br/>
        <w:t>Giá trị đại diện của nhóm  là:</w:t>
      </w:r>
    </w:p>
    <w:p>
      <w:pPr>
        <w:pStyle w:val="ListParagraph"/>
      </w:pPr>
      <w:r>
        <w:rPr>
          <w:sz w:val="22"/>
        </w:rPr>
        <w:t>A. 58.</w:t>
      </w:r>
    </w:p>
    <w:p>
      <w:pPr>
        <w:pStyle w:val="ListParagraph"/>
      </w:pPr>
      <w:r>
        <w:rPr>
          <w:sz w:val="22"/>
        </w:rPr>
        <w:t>B. 60,5.</w:t>
      </w:r>
    </w:p>
    <w:p>
      <w:pPr>
        <w:pStyle w:val="ListParagraph"/>
      </w:pPr>
      <w:r>
        <w:rPr>
          <w:sz w:val="22"/>
        </w:rPr>
        <w:t>C. 55.</w:t>
      </w:r>
    </w:p>
    <w:p>
      <w:pPr>
        <w:pStyle w:val="ListParagraph"/>
      </w:pPr>
      <w:r>
        <w:rPr>
          <w:sz w:val="22"/>
        </w:rPr>
        <w:t>D. 116.</w:t>
      </w:r>
    </w:p>
    <w:p/>
    <w:p>
      <w:r>
        <w:rPr>
          <w:b/>
          <w:sz w:val="24"/>
        </w:rPr>
        <w:t>Câu 33: Thống kê về độ tuổi của công nhân của một nhà máy, ta có bảng số liệu sau:</w:t>
        <w:br/>
        <w:t>Độ tuổi</w:t>
        <w:br/>
        <w:br/>
        <w:br/>
        <w:br/>
        <w:br/>
        <w:br/>
        <w:t>Số người</w:t>
        <w:br/>
        <w:t>10</w:t>
        <w:br/>
        <w:t>15</w:t>
        <w:br/>
        <w:t>13</w:t>
        <w:br/>
        <w:t>22</w:t>
        <w:br/>
        <w:t>28</w:t>
        <w:br/>
        <w:t xml:space="preserve">Số công nhân từ 28 tuổi trở lên là: </w:t>
      </w:r>
    </w:p>
    <w:p>
      <w:pPr>
        <w:pStyle w:val="ListParagraph"/>
      </w:pPr>
      <w:r>
        <w:rPr>
          <w:sz w:val="22"/>
        </w:rPr>
        <w:t>A. .</w:t>
      </w:r>
    </w:p>
    <w:p>
      <w:pPr>
        <w:pStyle w:val="ListParagraph"/>
      </w:pPr>
      <w:r>
        <w:rPr>
          <w:sz w:val="22"/>
        </w:rPr>
        <w:t>B. .</w:t>
      </w:r>
    </w:p>
    <w:p>
      <w:pPr>
        <w:pStyle w:val="ListParagraph"/>
      </w:pPr>
      <w:r>
        <w:rPr>
          <w:sz w:val="22"/>
        </w:rPr>
        <w:t>C. .</w:t>
      </w:r>
    </w:p>
    <w:p>
      <w:pPr>
        <w:pStyle w:val="ListParagraph"/>
      </w:pPr>
      <w:r>
        <w:rPr>
          <w:sz w:val="22"/>
        </w:rPr>
        <w:t>D. .</w:t>
      </w:r>
    </w:p>
    <w:p/>
    <w:p>
      <w:r>
        <w:rPr>
          <w:b/>
          <w:sz w:val="24"/>
        </w:rPr>
        <w:t>Câu 34: Số lượng khách hàng nữ mua bảo hiểm nhân thọ trong một ngày được thống kê trong bảng tần số ghép nhóm sau:</w:t>
        <w:br/>
        <w:br/>
        <w:t>Giá trị đại diện của nhóm  là:</w:t>
      </w:r>
    </w:p>
    <w:p>
      <w:pPr>
        <w:pStyle w:val="ListParagraph"/>
      </w:pPr>
      <w:r>
        <w:rPr>
          <w:sz w:val="22"/>
        </w:rPr>
        <w:t>A. .</w:t>
      </w:r>
    </w:p>
    <w:p>
      <w:pPr>
        <w:pStyle w:val="ListParagraph"/>
      </w:pPr>
      <w:r>
        <w:rPr>
          <w:sz w:val="22"/>
        </w:rPr>
        <w:t>B. .</w:t>
      </w:r>
    </w:p>
    <w:p>
      <w:pPr>
        <w:pStyle w:val="ListParagraph"/>
      </w:pPr>
      <w:r>
        <w:rPr>
          <w:sz w:val="22"/>
        </w:rPr>
        <w:t>C. .</w:t>
      </w:r>
    </w:p>
    <w:p>
      <w:pPr>
        <w:pStyle w:val="ListParagraph"/>
      </w:pPr>
      <w:r>
        <w:rPr>
          <w:sz w:val="22"/>
        </w:rPr>
        <w:t>D. .</w:t>
      </w:r>
    </w:p>
    <w:p/>
    <w:p>
      <w:r>
        <w:rPr>
          <w:b/>
          <w:sz w:val="24"/>
        </w:rPr>
        <w:t>Câu 35: Mẫu số liệu sau cho biết cân nặng của học sinh lớp 11 trong một lớp</w:t>
        <w:br/>
        <w:br/>
        <w:t>Số học sinh của lớp đó là bao nhiêu?</w:t>
      </w:r>
    </w:p>
    <w:p>
      <w:pPr>
        <w:pStyle w:val="ListParagraph"/>
      </w:pPr>
      <w:r>
        <w:rPr>
          <w:sz w:val="22"/>
        </w:rPr>
        <w:t>A. 37</w:t>
      </w:r>
    </w:p>
    <w:p>
      <w:pPr>
        <w:pStyle w:val="ListParagraph"/>
      </w:pPr>
      <w:r>
        <w:rPr>
          <w:sz w:val="22"/>
        </w:rPr>
        <w:t>B. 35</w:t>
      </w:r>
    </w:p>
    <w:p>
      <w:pPr>
        <w:pStyle w:val="ListParagraph"/>
      </w:pPr>
      <w:r>
        <w:rPr>
          <w:sz w:val="22"/>
        </w:rPr>
        <w:t>C. 33</w:t>
      </w:r>
    </w:p>
    <w:p>
      <w:pPr>
        <w:pStyle w:val="ListParagraph"/>
      </w:pPr>
      <w:r>
        <w:rPr>
          <w:sz w:val="22"/>
        </w:rPr>
        <w:t>D. 31</w:t>
      </w:r>
    </w:p>
    <w:p/>
    <w:p>
      <w:r>
        <w:rPr>
          <w:b/>
          <w:sz w:val="24"/>
        </w:rPr>
        <w:t>Câu 36: Thống kê điểm kiểm tra một tiết môn Toán của lớp 11A của trường THPT Nguyễn Huệ được ghi lại như sau:</w:t>
        <w:br/>
        <w:br/>
        <w:t>Số trung vị của mẫu số liệu trên là</w:t>
      </w:r>
    </w:p>
    <w:p>
      <w:pPr>
        <w:pStyle w:val="ListParagraph"/>
      </w:pPr>
      <w:r>
        <w:rPr>
          <w:sz w:val="22"/>
        </w:rPr>
        <w:t>A. .</w:t>
      </w:r>
    </w:p>
    <w:p>
      <w:pPr>
        <w:pStyle w:val="ListParagraph"/>
      </w:pPr>
      <w:r>
        <w:rPr>
          <w:sz w:val="22"/>
        </w:rPr>
        <w:t>B. .</w:t>
      </w:r>
    </w:p>
    <w:p>
      <w:pPr>
        <w:pStyle w:val="ListParagraph"/>
      </w:pPr>
      <w:r>
        <w:rPr>
          <w:sz w:val="22"/>
        </w:rPr>
        <w:t>C. .</w:t>
      </w:r>
    </w:p>
    <w:p>
      <w:pPr>
        <w:pStyle w:val="ListParagraph"/>
      </w:pPr>
      <w:r>
        <w:rPr>
          <w:sz w:val="22"/>
        </w:rPr>
        <w:t>D. .</w:t>
      </w:r>
    </w:p>
    <w:p/>
    <w:p>
      <w:r>
        <w:rPr>
          <w:b/>
          <w:sz w:val="24"/>
        </w:rPr>
        <w:t>Câu 37: Khảo sát thời gian tập thể dục của một số học sinh khối 11 thu được mẫu số liệu ghép nhóm sau:</w:t>
        <w:br/>
        <w:br/>
        <w:t>Nhóm chứa mốt của mẫu số liệu trên là</w:t>
      </w:r>
    </w:p>
    <w:p>
      <w:pPr>
        <w:pStyle w:val="ListParagraph"/>
      </w:pPr>
      <w:r>
        <w:rPr>
          <w:sz w:val="22"/>
        </w:rPr>
        <w:t>A. .</w:t>
      </w:r>
    </w:p>
    <w:p>
      <w:pPr>
        <w:pStyle w:val="ListParagraph"/>
      </w:pPr>
      <w:r>
        <w:rPr>
          <w:sz w:val="22"/>
        </w:rPr>
        <w:t>B. .</w:t>
      </w:r>
    </w:p>
    <w:p>
      <w:pPr>
        <w:pStyle w:val="ListParagraph"/>
      </w:pPr>
      <w:r>
        <w:rPr>
          <w:sz w:val="22"/>
        </w:rPr>
        <w:t>C. .</w:t>
      </w:r>
    </w:p>
    <w:p>
      <w:pPr>
        <w:pStyle w:val="ListParagraph"/>
      </w:pPr>
      <w:r>
        <w:rPr>
          <w:sz w:val="22"/>
        </w:rPr>
        <w:t>D. .</w:t>
      </w:r>
    </w:p>
    <w:p/>
    <w:p>
      <w:r>
        <w:rPr>
          <w:b/>
          <w:sz w:val="24"/>
        </w:rPr>
        <w:t>Câu 38: Tính được các giá trị lượng giác còn lại của góc , biết:  với .</w:t>
      </w:r>
    </w:p>
    <w:p/>
    <w:p>
      <w:r>
        <w:rPr>
          <w:b/>
          <w:sz w:val="24"/>
        </w:rPr>
        <w:t>Câu 39: Khi đó:</w:t>
        <w:br/>
        <w:t xml:space="preserve">a)  b) </w:t>
        <w:br/>
        <w:t xml:space="preserve">c)  d) </w:t>
      </w:r>
    </w:p>
    <w:p/>
    <w:p>
      <w:r>
        <w:rPr>
          <w:b/>
          <w:sz w:val="24"/>
        </w:rPr>
        <w:t>Câu 40: Cho phương trình lượng giác :</w:t>
        <w:br/>
        <w:t xml:space="preserve">a) Phương trình đã cho tương đương </w:t>
        <w:br/>
        <w:t xml:space="preserve">b) Phương trình có nghiệm là: </w:t>
        <w:br/>
        <w:t>c) Phương trình đã cho có một nghiệm âm và một nghiệm dương.</w:t>
        <w:br/>
        <w:t xml:space="preserve">d) Phương trình đã cho có cùng tập nghiệm với phương trình </w:t>
      </w:r>
    </w:p>
    <w:p/>
    <w:p>
      <w:r>
        <w:rPr>
          <w:b/>
          <w:sz w:val="24"/>
        </w:rPr>
        <w:t>Câu 41: Cho phương trình lượng giác :</w:t>
        <w:br/>
        <w:t>a) Phương trình đã cho tương đương với phương trình.</w:t>
        <w:br/>
        <w:t xml:space="preserve">b) Phương trình có nghiệm là: </w:t>
        <w:br/>
        <w:t>c) Phương trình đã cho có hai nghiệm trái dấu.</w:t>
        <w:br/>
        <w:t xml:space="preserve">d) Phương trình đã cho có cùng tập nghiệm với phương trình </w:t>
      </w:r>
    </w:p>
    <w:p/>
    <w:p>
      <w:r>
        <w:rPr>
          <w:b/>
          <w:sz w:val="24"/>
        </w:rPr>
        <w:t>Câu 42: Cho phương trình lượng giác , khi đó:</w:t>
        <w:br/>
        <w:t xml:space="preserve">a) Phương trình tương đương </w:t>
        <w:br/>
        <w:t>b) Phương trình có nghiệm là: .</w:t>
        <w:br/>
        <w:t xml:space="preserve">c) Phương trình có nghiệm dương nhỏ nhất bằng </w:t>
        <w:br/>
        <w:t>d) Số nghiệm của phương trình trong khoảng  là hai nghiệm</w:t>
      </w:r>
    </w:p>
    <w:p/>
    <w:p>
      <w:r>
        <w:rPr>
          <w:b/>
          <w:sz w:val="24"/>
        </w:rPr>
        <w:t>Câu 43: Cho cấp số cộng  có số hạng đầu , công sai . Khi đó:</w:t>
        <w:br/>
        <w:t xml:space="preserve">a) Công thức cho số hạng tổng quát </w:t>
        <w:br/>
        <w:t>b) 5 là số hạng thứ 8 của cấp số cộng đã cho</w:t>
        <w:br/>
        <w:t>c)  một số hạng của cấp số cộng đã cho</w:t>
        <w:br/>
        <w:t xml:space="preserve">d) Tổng 100 số hạng đầu của cấp số cộng  bằng </w:t>
      </w:r>
    </w:p>
    <w:p/>
    <w:p>
      <w:r>
        <w:rPr>
          <w:b/>
          <w:sz w:val="24"/>
        </w:rPr>
        <w:t>Câu 44: Cho cấp số nhân  với công bội  và . Khi đó:</w:t>
        <w:br/>
        <w:t xml:space="preserve">a) Số hạng đầu </w:t>
        <w:br/>
        <w:t xml:space="preserve">b) Số hạng </w:t>
        <w:br/>
        <w:t>c)  là số hạng thứ 8</w:t>
        <w:br/>
        <w:t xml:space="preserve">d) Cấp số nhân có công bội </w:t>
      </w:r>
    </w:p>
    <w:p/>
    <w:p>
      <w:r>
        <w:rPr>
          <w:b/>
          <w:sz w:val="24"/>
        </w:rPr>
        <w:t>Câu 45: Cho mẫu số liệu ghép nhóm sau:</w:t>
        <w:br/>
        <w:t>Điểm môn Toán</w:t>
        <w:br/>
        <w:br/>
        <w:br/>
        <w:br/>
        <w:br/>
        <w:br/>
        <w:t>Số học sinh đạt được</w:t>
        <w:br/>
        <w:t>1</w:t>
        <w:br/>
        <w:t>6</w:t>
        <w:br/>
        <w:t>12</w:t>
        <w:br/>
        <w:t>14</w:t>
        <w:br/>
        <w:t>8</w:t>
        <w:br/>
        <w:t>a) Cỡ mẫu của mẫu số liệu bằng .</w:t>
        <w:br/>
        <w:t>b) Giá trị đại diện nhóm  bằng 3.</w:t>
        <w:br/>
        <w:t>c) Tổng số học sinh đạt điểm từ 6 trở lên là 14.</w:t>
        <w:br/>
        <w:t>d) Độ dài nhóm  bằng 2.</w:t>
      </w:r>
    </w:p>
    <w:p/>
    <w:p>
      <w:r>
        <w:rPr>
          <w:b/>
          <w:sz w:val="24"/>
        </w:rPr>
        <w:t>Câu 46: Cho mẫu số liệu ghép nhóm sau:</w:t>
        <w:br/>
        <w:br/>
        <w:t>a) Cỡ mẫu của mẫu số liệu bằng .</w:t>
        <w:br/>
        <w:t>b) Giá trị đại diện nhóm  bằng 3</w:t>
        <w:br/>
        <w:t>c) Độ dài nhóm  bằng 3</w:t>
        <w:br/>
        <w:t>d) Độ dài nhóm  bằng 2</w:t>
      </w:r>
    </w:p>
    <w:p/>
    <w:p>
      <w:r>
        <w:rPr>
          <w:b/>
          <w:sz w:val="24"/>
        </w:rPr>
        <w:t>Câu 47: Một mẫu số liệu được cho ở dạng bảng tần số ghép nhóm như sau:</w:t>
        <w:br/>
        <w:t>Nhóm</w:t>
        <w:br/>
        <w:br/>
        <w:br/>
        <w:br/>
        <w:br/>
        <w:br/>
        <w:t>Tần số</w:t>
        <w:br/>
        <w:t>11</w:t>
        <w:br/>
        <w:t>31</w:t>
        <w:br/>
        <w:t>45</w:t>
        <w:br/>
        <w:t>21</w:t>
        <w:br/>
        <w:t>12</w:t>
        <w:br/>
        <w:t>a) Mẫu trên có:  số liệu</w:t>
        <w:br/>
        <w:t>b) Mẫu trên chia thành 5 nhóm.</w:t>
        <w:br/>
        <w:t>c) Tần số của nhóm  bằng 11</w:t>
        <w:br/>
        <w:t>d) Tần số của nhóm  là cao nhất</w:t>
      </w:r>
    </w:p>
    <w:p/>
    <w:p>
      <w:r>
        <w:rPr>
          <w:b/>
          <w:sz w:val="24"/>
        </w:rPr>
        <w:t>Câu 48: Một mẫu số liệu được cho ở dạng bảng tần số ghép nhóm như sau:</w:t>
        <w:br/>
        <w:t>Nhóm</w:t>
        <w:br/>
        <w:br/>
        <w:br/>
        <w:br/>
        <w:br/>
        <w:br/>
        <w:t>Tần số</w:t>
        <w:br/>
        <w:t>4</w:t>
        <w:br/>
        <w:t>7</w:t>
        <w:br/>
        <w:t>16</w:t>
        <w:br/>
        <w:t>8</w:t>
        <w:br/>
        <w:t>5</w:t>
        <w:br/>
        <w:t>a) Cỡ mẫu của mẫu số liệu là .</w:t>
        <w:br/>
        <w:t>b) Nhóm  có giá trị đại diện là 1,5</w:t>
        <w:br/>
        <w:t>c) Nhóm  có giá trị đại diện là 5,5</w:t>
        <w:br/>
        <w:t>d) Nhóm  có độ dài lớn nhất trong các nhóm còn lại</w:t>
      </w:r>
    </w:p>
    <w:p/>
    <w:p>
      <w:r>
        <w:rPr>
          <w:b/>
          <w:sz w:val="24"/>
        </w:rPr>
        <w:t>Câu 49: Tính giá trị biểu thức .</w:t>
      </w:r>
    </w:p>
    <w:p/>
    <w:p>
      <w:r>
        <w:rPr>
          <w:b/>
          <w:sz w:val="24"/>
        </w:rPr>
        <w:t xml:space="preserve">Câu 50: Tìm số hạng đầu  của cấp số cộng  biết rằng: </w:t>
      </w:r>
    </w:p>
    <w:p/>
    <w:p>
      <w:r>
        <w:rPr>
          <w:b/>
          <w:sz w:val="24"/>
        </w:rPr>
        <w:t>Câu 51: Cho cấp số nhân  với công bội  và .</w:t>
        <w:br/>
        <w:t>Tính số hạng thứ 5 của cấp số nhân đó?</w:t>
      </w:r>
    </w:p>
    <w:p/>
    <w:p>
      <w:r>
        <w:rPr>
          <w:b/>
          <w:sz w:val="24"/>
        </w:rPr>
        <w:t>Câu 52: Cho cấp số nhân  với công bội  và . Tính số hạng thứ 6 của cấp số nhân đó?</w:t>
      </w:r>
    </w:p>
    <w:p/>
    <w:p>
      <w:r>
        <w:rPr>
          <w:b/>
          <w:sz w:val="24"/>
        </w:rPr>
        <w:t>Câu 53: Bảng sau cho ta cân nặng của học sinh lớp 11A:</w:t>
        <w:br/>
        <w:t>Cân nặng (kg)</w:t>
        <w:br/>
        <w:br/>
        <w:br/>
        <w:br/>
        <w:br/>
        <w:br/>
        <w:t>Số học sinh</w:t>
        <w:br/>
        <w:t>10</w:t>
        <w:br/>
        <w:t>7</w:t>
        <w:br/>
        <w:t>16</w:t>
        <w:br/>
        <w:t>4</w:t>
        <w:br/>
        <w:t>2</w:t>
        <w:br/>
        <w:t>Tính số trung bình của mẫu số liệu ghép nhóm trên. Kết quả làm tròn đến hàng phần chục.</w:t>
      </w:r>
    </w:p>
    <w:p/>
    <w:p>
      <w:r>
        <w:rPr>
          <w:b/>
          <w:sz w:val="24"/>
        </w:rPr>
        <w:t>Câu 54: Trong hoạt động tình nguyện tại địa phương, chi đoàn 11A đã tiến hành trồng cây. Kết quả sau hoạt động được ghi lại ở bảng sau:</w:t>
        <w:br/>
        <w:t>Số cây</w:t>
        <w:br/>
        <w:t xml:space="preserve">  </w:t>
        <w:br/>
        <w:t xml:space="preserve">  </w:t>
        <w:br/>
        <w:br/>
        <w:br/>
        <w:br/>
        <w:t>Số học sinh</w:t>
        <w:br/>
        <w:t>7</w:t>
        <w:br/>
        <w:t>15</w:t>
        <w:br/>
        <w:t>6</w:t>
        <w:br/>
        <w:t>10</w:t>
        <w:br/>
        <w:t>3</w:t>
        <w:br/>
        <w:t>Tính số trung bình của mẫu số liệu ghép nhóm trên. Kết quả làm tròn đến hàng phần chục.</w:t>
      </w:r>
    </w:p>
    <w:p/>
    <w:p>
      <w:r>
        <w:rPr>
          <w:b/>
          <w:sz w:val="24"/>
        </w:rPr>
        <w:t>Câu 55: Một nhóm  học sinh tham gia một kỳ thi. Số điểm thi của  học sinh đó được sắp xếp từ thấp đến cao như sau (thang điểm 10): . Tìm số trung bình của mẫu số liệu (tính chính xác đến hàng phần trăm).</w:t>
      </w:r>
    </w:p>
    <w:p/>
    <w:p>
      <w:r>
        <w:rPr>
          <w:b/>
          <w:sz w:val="24"/>
        </w:rPr>
        <w:t>Câu 56: Thống kê điểm kiểm tra một tiết môn Toán của lớp 11A của trường THPT Nguyễn Huệ được ghi lại như sau:</w:t>
        <w:br/>
        <w:br/>
        <w:t>Tính số trung vị của mẫu số liệu trên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None</w:t>
      </w:r>
    </w:p>
    <w:p>
      <w:r>
        <w:rPr>
          <w:b/>
        </w:rPr>
        <w:t>Câu 2: Đáp án đúng: None</w:t>
      </w:r>
    </w:p>
    <w:p>
      <w:r>
        <w:rPr>
          <w:b/>
        </w:rPr>
        <w:t>Câu 3: Đáp án đúng: None</w:t>
      </w:r>
    </w:p>
    <w:p>
      <w:r>
        <w:rPr>
          <w:b/>
        </w:rPr>
        <w:t>Câu 4: Đáp án đúng: None</w:t>
      </w:r>
    </w:p>
    <w:p>
      <w:r>
        <w:rPr>
          <w:b/>
        </w:rPr>
        <w:t>Câu 5: Đáp án đúng: None</w:t>
      </w:r>
    </w:p>
    <w:p>
      <w:r>
        <w:rPr>
          <w:b/>
        </w:rPr>
        <w:t>Câu 6: Đáp án đúng: None</w:t>
      </w:r>
    </w:p>
    <w:p>
      <w:r>
        <w:rPr>
          <w:b/>
        </w:rPr>
        <w:t>Câu 7: Đáp án đúng: None</w:t>
      </w:r>
    </w:p>
    <w:p>
      <w:r>
        <w:rPr>
          <w:b/>
        </w:rPr>
        <w:t>Câu 8: Đáp án đúng: None</w:t>
      </w:r>
    </w:p>
    <w:p>
      <w:r>
        <w:rPr>
          <w:b/>
        </w:rPr>
        <w:t>Câu 9: Đáp án đúng: None</w:t>
      </w:r>
    </w:p>
    <w:p>
      <w:r>
        <w:rPr>
          <w:b/>
        </w:rPr>
        <w:t>Câu 10: Đáp án đúng: None</w:t>
      </w:r>
    </w:p>
    <w:p>
      <w:r>
        <w:rPr>
          <w:b/>
        </w:rPr>
        <w:t>Câu 11: Đáp án đúng: None</w:t>
      </w:r>
    </w:p>
    <w:p>
      <w:r>
        <w:rPr>
          <w:b/>
        </w:rPr>
        <w:t>Câu 12: Đáp án đúng: None</w:t>
      </w:r>
    </w:p>
    <w:p>
      <w:r>
        <w:rPr>
          <w:b/>
        </w:rPr>
        <w:t>Câu 13: Đáp án đúng: None</w:t>
      </w:r>
    </w:p>
    <w:p>
      <w:r>
        <w:rPr>
          <w:b/>
        </w:rPr>
        <w:t>Câu 14: Đáp án đúng: None</w:t>
      </w:r>
    </w:p>
    <w:p>
      <w:r>
        <w:rPr>
          <w:b/>
        </w:rPr>
        <w:t>Câu 15: Đáp án đúng: None</w:t>
      </w:r>
    </w:p>
    <w:p>
      <w:r>
        <w:rPr>
          <w:b/>
        </w:rPr>
        <w:t>Câu 16: Đáp án đúng: None</w:t>
      </w:r>
    </w:p>
    <w:p>
      <w:r>
        <w:rPr>
          <w:b/>
        </w:rPr>
        <w:t>Câu 17: Đáp án đúng: None</w:t>
      </w:r>
    </w:p>
    <w:p>
      <w:r>
        <w:rPr>
          <w:b/>
        </w:rPr>
        <w:t>Câu 18: Đáp án đúng: None</w:t>
      </w:r>
    </w:p>
    <w:p>
      <w:r>
        <w:rPr>
          <w:b/>
        </w:rPr>
        <w:t>Câu 19: Đáp án đúng: None</w:t>
      </w:r>
    </w:p>
    <w:p>
      <w:r>
        <w:rPr>
          <w:b/>
        </w:rPr>
        <w:t>Câu 20: Đáp án đúng: None</w:t>
      </w:r>
    </w:p>
    <w:p>
      <w:r>
        <w:rPr>
          <w:b/>
        </w:rPr>
        <w:t>Câu 21: Đáp án đúng: None</w:t>
      </w:r>
    </w:p>
    <w:p>
      <w:r>
        <w:rPr>
          <w:b/>
        </w:rPr>
        <w:t>Câu 22: Đáp án đúng: None</w:t>
      </w:r>
    </w:p>
    <w:p>
      <w:r>
        <w:rPr>
          <w:b/>
        </w:rPr>
        <w:t>Câu 23: Đáp án đúng: None</w:t>
      </w:r>
    </w:p>
    <w:p>
      <w:r>
        <w:rPr>
          <w:b/>
        </w:rPr>
        <w:t>Câu 24: Đáp án đúng: None</w:t>
      </w:r>
    </w:p>
    <w:p>
      <w:r>
        <w:rPr>
          <w:b/>
        </w:rPr>
        <w:t>Câu 25: Đáp án đúng: None</w:t>
      </w:r>
    </w:p>
    <w:p>
      <w:r>
        <w:rPr>
          <w:b/>
        </w:rPr>
        <w:t>Câu 26: Đáp án đúng: None</w:t>
      </w:r>
    </w:p>
    <w:p>
      <w:r>
        <w:rPr>
          <w:b/>
        </w:rPr>
        <w:t>Câu 27: Đáp án đúng: None</w:t>
      </w:r>
    </w:p>
    <w:p>
      <w:r>
        <w:rPr>
          <w:b/>
        </w:rPr>
        <w:t>Câu 28: Đáp án đúng: None</w:t>
      </w:r>
    </w:p>
    <w:p>
      <w:r>
        <w:rPr>
          <w:b/>
        </w:rPr>
        <w:t>Câu 29: Đáp án đúng: None</w:t>
      </w:r>
    </w:p>
    <w:p>
      <w:r>
        <w:rPr>
          <w:b/>
        </w:rPr>
        <w:t>Câu 30: Đáp án đúng: None</w:t>
      </w:r>
    </w:p>
    <w:p>
      <w:r>
        <w:rPr>
          <w:b/>
        </w:rPr>
        <w:t>Câu 31: Đáp án đúng: None</w:t>
      </w:r>
    </w:p>
    <w:p>
      <w:r>
        <w:rPr>
          <w:b/>
        </w:rPr>
        <w:t>Câu 32: Đáp án đúng: None</w:t>
      </w:r>
    </w:p>
    <w:p>
      <w:r>
        <w:rPr>
          <w:b/>
        </w:rPr>
        <w:t>Câu 33: Đáp án đúng: None</w:t>
      </w:r>
    </w:p>
    <w:p>
      <w:r>
        <w:rPr>
          <w:b/>
        </w:rPr>
        <w:t>Câu 34: Đáp án đúng: None</w:t>
      </w:r>
    </w:p>
    <w:p>
      <w:r>
        <w:rPr>
          <w:b/>
        </w:rPr>
        <w:t>Câu 35: Đáp án đúng: None</w:t>
      </w:r>
    </w:p>
    <w:p>
      <w:r>
        <w:rPr>
          <w:b/>
        </w:rPr>
        <w:t>Câu 36: Đáp án đúng: None</w:t>
      </w:r>
    </w:p>
    <w:p>
      <w:r>
        <w:rPr>
          <w:b/>
        </w:rPr>
        <w:t>Câu 37: Đáp án đúng: None</w:t>
      </w:r>
    </w:p>
    <w:p>
      <w:r>
        <w:rPr>
          <w:b/>
        </w:rPr>
        <w:t>Câu 38: Đáp án đúng: None</w:t>
      </w:r>
    </w:p>
    <w:p>
      <w:r>
        <w:rPr>
          <w:b/>
        </w:rPr>
        <w:t>Câu 39: Đáp án đúng: None</w:t>
      </w:r>
    </w:p>
    <w:p>
      <w:r>
        <w:rPr>
          <w:b/>
        </w:rPr>
        <w:t>Câu 40: Đáp án đúng: None</w:t>
      </w:r>
    </w:p>
    <w:p>
      <w:r>
        <w:rPr>
          <w:b/>
        </w:rPr>
        <w:t>Câu 41: Đáp án đúng: None</w:t>
      </w:r>
    </w:p>
    <w:p>
      <w:r>
        <w:rPr>
          <w:b/>
        </w:rPr>
        <w:t>Câu 42: Đáp án đúng: None</w:t>
      </w:r>
    </w:p>
    <w:p>
      <w:r>
        <w:rPr>
          <w:b/>
        </w:rPr>
        <w:t>Câu 43: Đáp án đúng: None</w:t>
      </w:r>
    </w:p>
    <w:p>
      <w:r>
        <w:rPr>
          <w:b/>
        </w:rPr>
        <w:t>Câu 44: Đáp án đúng: None</w:t>
      </w:r>
    </w:p>
    <w:p>
      <w:r>
        <w:rPr>
          <w:b/>
        </w:rPr>
        <w:t>Câu 45: Đáp án đúng: None</w:t>
      </w:r>
    </w:p>
    <w:p>
      <w:r>
        <w:rPr>
          <w:b/>
        </w:rPr>
        <w:t>Câu 46: Đáp án đúng: None</w:t>
      </w:r>
    </w:p>
    <w:p>
      <w:r>
        <w:rPr>
          <w:b/>
        </w:rPr>
        <w:t>Câu 47: Đáp án đúng: None</w:t>
      </w:r>
    </w:p>
    <w:p>
      <w:r>
        <w:rPr>
          <w:b/>
        </w:rPr>
        <w:t>Câu 48: Đáp án đúng: None</w:t>
      </w:r>
    </w:p>
    <w:p>
      <w:r>
        <w:rPr>
          <w:b/>
        </w:rPr>
        <w:t>Câu 49: Đáp án đúng: None</w:t>
      </w:r>
    </w:p>
    <w:p>
      <w:r>
        <w:rPr>
          <w:b/>
        </w:rPr>
        <w:t>Câu 50: Đáp án đúng: None</w:t>
      </w:r>
    </w:p>
    <w:p>
      <w:r>
        <w:rPr>
          <w:b/>
        </w:rPr>
        <w:t>Câu 51: Đáp án đúng: None</w:t>
      </w:r>
    </w:p>
    <w:p>
      <w:r>
        <w:rPr>
          <w:b/>
        </w:rPr>
        <w:t>Câu 52: Đáp án đúng: None</w:t>
      </w:r>
    </w:p>
    <w:p>
      <w:r>
        <w:rPr>
          <w:b/>
        </w:rPr>
        <w:t>Câu 53: Đáp án đúng: None</w:t>
      </w:r>
    </w:p>
    <w:p>
      <w:r>
        <w:rPr>
          <w:b/>
        </w:rPr>
        <w:t>Câu 54: Đáp án đúng: None</w:t>
      </w:r>
    </w:p>
    <w:p>
      <w:r>
        <w:rPr>
          <w:b/>
        </w:rPr>
        <w:t>Câu 55: Đáp án đúng: None</w:t>
      </w:r>
    </w:p>
    <w:p>
      <w:r>
        <w:rPr>
          <w:b/>
        </w:rPr>
        <w:t>Câu 56: Đáp án đúng: None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