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21 câu trách nghiệm</w:t>
      </w:r>
    </w:p>
    <w:p>
      <w:pPr>
        <w:jc w:val="center"/>
      </w:pPr>
      <w:r>
        <w:rPr>
          <w:sz w:val="22"/>
        </w:rPr>
        <w:t>Số câu: 21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3: Ai là tác giả của 'Truyện Kiều'?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4: Trong toán học, giá trị của $\pi$ xấp xỉ bằng bao nhiêu?</w:t>
      </w:r>
    </w:p>
    <w:p>
      <w:pPr>
        <w:pStyle w:val="ListParagraph"/>
      </w:pPr>
      <w:r>
        <w:rPr>
          <w:sz w:val="22"/>
        </w:rPr>
        <w:t>A. 3.14</w:t>
      </w:r>
    </w:p>
    <w:p>
      <w:pPr>
        <w:pStyle w:val="ListParagraph"/>
      </w:pPr>
      <w:r>
        <w:rPr>
          <w:sz w:val="22"/>
        </w:rPr>
        <w:t>B. 2.71</w:t>
      </w:r>
    </w:p>
    <w:p>
      <w:pPr>
        <w:pStyle w:val="ListParagraph"/>
      </w:pPr>
      <w:r>
        <w:rPr>
          <w:sz w:val="22"/>
        </w:rPr>
        <w:t>C. 1.61</w:t>
      </w:r>
    </w:p>
    <w:p>
      <w:pPr>
        <w:pStyle w:val="ListParagraph"/>
      </w:pPr>
      <w:r>
        <w:rPr>
          <w:sz w:val="22"/>
        </w:rPr>
        <w:t>D. 4.13</w:t>
      </w:r>
    </w:p>
    <w:p/>
    <w:p>
      <w:r>
        <w:rPr>
          <w:b/>
          <w:sz w:val="24"/>
        </w:rPr>
        <w:t>Câu 5: Nguyên tố hóa học nào có ký hiệu là 'O'?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Oxy</w:t>
      </w:r>
    </w:p>
    <w:p>
      <w:pPr>
        <w:pStyle w:val="ListParagraph"/>
      </w:pPr>
      <w:r>
        <w:rPr>
          <w:sz w:val="22"/>
        </w:rPr>
        <w:t>C. Osmium</w:t>
      </w:r>
    </w:p>
    <w:p>
      <w:pPr>
        <w:pStyle w:val="ListParagraph"/>
      </w:pPr>
      <w:r>
        <w:rPr>
          <w:sz w:val="22"/>
        </w:rPr>
        <w:t>D. Hydro</w:t>
      </w:r>
    </w:p>
    <w:p/>
    <w:p>
      <w:r>
        <w:rPr>
          <w:b/>
          <w:sz w:val="24"/>
        </w:rPr>
        <w:t>Câu 6: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7: Động vật nào được mệnh danh là 'chúa sơn lâm'?</w:t>
      </w:r>
    </w:p>
    <w:p>
      <w:pPr>
        <w:pStyle w:val="ListParagraph"/>
      </w:pPr>
      <w:r>
        <w:rPr>
          <w:sz w:val="22"/>
        </w:rPr>
        <w:t>A. Hổ</w:t>
      </w:r>
    </w:p>
    <w:p>
      <w:pPr>
        <w:pStyle w:val="ListParagraph"/>
      </w:pPr>
      <w:r>
        <w:rPr>
          <w:sz w:val="22"/>
        </w:rPr>
        <w:t>B. Sư tử</w:t>
      </w:r>
    </w:p>
    <w:p>
      <w:pPr>
        <w:pStyle w:val="ListParagraph"/>
      </w:pPr>
      <w:r>
        <w:rPr>
          <w:sz w:val="22"/>
        </w:rPr>
        <w:t>C. Báo</w:t>
      </w:r>
    </w:p>
    <w:p>
      <w:pPr>
        <w:pStyle w:val="ListParagraph"/>
      </w:pPr>
      <w:r>
        <w:rPr>
          <w:sz w:val="22"/>
        </w:rPr>
        <w:t>D. Gấu</w:t>
      </w:r>
    </w:p>
    <w:p/>
    <w:p>
      <w:r>
        <w:rPr>
          <w:b/>
          <w:sz w:val="24"/>
        </w:rPr>
        <w:t>Câu 8: Trong tiếng Anh, từ 'apple' có nghĩa là gì?</w:t>
      </w:r>
    </w:p>
    <w:p>
      <w:pPr>
        <w:pStyle w:val="ListParagraph"/>
      </w:pPr>
      <w:r>
        <w:rPr>
          <w:sz w:val="22"/>
        </w:rPr>
        <w:t>A. Quả cam</w:t>
      </w:r>
    </w:p>
    <w:p>
      <w:pPr>
        <w:pStyle w:val="ListParagraph"/>
      </w:pPr>
      <w:r>
        <w:rPr>
          <w:sz w:val="22"/>
        </w:rPr>
        <w:t>B. Quả táo</w:t>
      </w:r>
    </w:p>
    <w:p>
      <w:pPr>
        <w:pStyle w:val="ListParagraph"/>
      </w:pPr>
      <w:r>
        <w:rPr>
          <w:sz w:val="22"/>
        </w:rPr>
        <w:t>C. Quả chuối</w:t>
      </w:r>
    </w:p>
    <w:p>
      <w:pPr>
        <w:pStyle w:val="ListParagraph"/>
      </w:pPr>
      <w:r>
        <w:rPr>
          <w:sz w:val="22"/>
        </w:rPr>
        <w:t>D. Quả nho</w:t>
      </w:r>
    </w:p>
    <w:p/>
    <w:p>
      <w:r>
        <w:rPr>
          <w:b/>
          <w:sz w:val="24"/>
        </w:rPr>
        <w:t>Câu 9: Ai là người phát minh ra bóng đèn điện?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10: Hành tinh nào được gọi là 'Hành tinh Đỏ'?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Mộc</w:t>
      </w:r>
    </w:p>
    <w:p/>
    <w:p>
      <w:r>
        <w:rPr>
          <w:b/>
          <w:sz w:val="24"/>
        </w:rPr>
        <w:t>Câu 11: Trong toán học, số nguyên tố nhỏ nhất là gì?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12: Quốc gia nào được biết đến với tên gọi 'Xứ sở hoa anh đào'?</w:t>
      </w:r>
    </w:p>
    <w:p>
      <w:pPr>
        <w:pStyle w:val="ListParagraph"/>
      </w:pPr>
      <w:r>
        <w:rPr>
          <w:sz w:val="22"/>
        </w:rPr>
        <w:t>A. Hàn Quốc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Nhật Bản</w:t>
      </w:r>
    </w:p>
    <w:p>
      <w:pPr>
        <w:pStyle w:val="ListParagraph"/>
      </w:pPr>
      <w:r>
        <w:rPr>
          <w:sz w:val="22"/>
        </w:rPr>
        <w:t>D. Thái Lan</w:t>
      </w:r>
    </w:p>
    <w:p/>
    <w:p>
      <w:r>
        <w:rPr>
          <w:b/>
          <w:sz w:val="24"/>
        </w:rPr>
        <w:t>Câu 13: Trong cơ thể người, cơ quan nào bơm máu đi khắp cơ thể?</w:t>
      </w:r>
    </w:p>
    <w:p>
      <w:pPr>
        <w:pStyle w:val="ListParagraph"/>
      </w:pPr>
      <w:r>
        <w:rPr>
          <w:sz w:val="22"/>
        </w:rPr>
        <w:t>A. Phổi</w:t>
      </w:r>
    </w:p>
    <w:p>
      <w:pPr>
        <w:pStyle w:val="ListParagraph"/>
      </w:pPr>
      <w:r>
        <w:rPr>
          <w:sz w:val="22"/>
        </w:rPr>
        <w:t>B. Gan</w:t>
      </w:r>
    </w:p>
    <w:p>
      <w:pPr>
        <w:pStyle w:val="ListParagraph"/>
      </w:pPr>
      <w:r>
        <w:rPr>
          <w:sz w:val="22"/>
        </w:rPr>
        <w:t>C. Thận</w:t>
      </w:r>
    </w:p>
    <w:p>
      <w:pPr>
        <w:pStyle w:val="ListParagraph"/>
      </w:pPr>
      <w:r>
        <w:rPr>
          <w:sz w:val="22"/>
        </w:rPr>
        <w:t>D. Tim</w:t>
      </w:r>
    </w:p>
    <w:p/>
    <w:p>
      <w:r>
        <w:rPr>
          <w:b/>
          <w:sz w:val="24"/>
        </w:rPr>
        <w:t>Câu 14: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15: Ai đã viết bản 'Tuyên ngôn Độc lập' của Việt Nam năm 1945?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Võ Nguyên Giáp</w:t>
      </w:r>
    </w:p>
    <w:p>
      <w:pPr>
        <w:pStyle w:val="ListParagraph"/>
      </w:pPr>
      <w:r>
        <w:rPr>
          <w:sz w:val="22"/>
        </w:rPr>
        <w:t>C. Phạm Văn Đồng</w:t>
      </w:r>
    </w:p>
    <w:p>
      <w:pPr>
        <w:pStyle w:val="ListParagraph"/>
      </w:pPr>
      <w:r>
        <w:rPr>
          <w:sz w:val="22"/>
        </w:rPr>
        <w:t>D. Nguyễn Ái Quốc</w:t>
      </w:r>
    </w:p>
    <w:p/>
    <w:p>
      <w:r>
        <w:rPr>
          <w:b/>
          <w:sz w:val="24"/>
        </w:rPr>
        <w:t>Câu 16: Trong âm nhạc, nốt 'Do' tương ứng với ký hiệu nào?</w:t>
      </w:r>
    </w:p>
    <w:p>
      <w:pPr>
        <w:pStyle w:val="ListParagraph"/>
      </w:pPr>
      <w:r>
        <w:rPr>
          <w:sz w:val="22"/>
        </w:rPr>
        <w:t>A. C</w:t>
      </w:r>
    </w:p>
    <w:p>
      <w:pPr>
        <w:pStyle w:val="ListParagraph"/>
      </w:pPr>
      <w:r>
        <w:rPr>
          <w:sz w:val="22"/>
        </w:rPr>
        <w:t>B. D</w:t>
      </w:r>
    </w:p>
    <w:p>
      <w:pPr>
        <w:pStyle w:val="ListParagraph"/>
      </w:pPr>
      <w:r>
        <w:rPr>
          <w:sz w:val="22"/>
        </w:rPr>
        <w:t>C. E</w:t>
      </w:r>
    </w:p>
    <w:p>
      <w:pPr>
        <w:pStyle w:val="ListParagraph"/>
      </w:pPr>
      <w:r>
        <w:rPr>
          <w:sz w:val="22"/>
        </w:rPr>
        <w:t>D. F</w:t>
      </w:r>
    </w:p>
    <w:p/>
    <w:p>
      <w:r>
        <w:rPr>
          <w:b/>
          <w:sz w:val="24"/>
        </w:rPr>
        <w:t>Câu 17: Loài chim nào không biết bay?</w:t>
      </w:r>
    </w:p>
    <w:p>
      <w:pPr>
        <w:pStyle w:val="ListParagraph"/>
      </w:pPr>
      <w:r>
        <w:rPr>
          <w:sz w:val="22"/>
        </w:rPr>
        <w:t>A. Đại bàng</w:t>
      </w:r>
    </w:p>
    <w:p>
      <w:pPr>
        <w:pStyle w:val="ListParagraph"/>
      </w:pPr>
      <w:r>
        <w:rPr>
          <w:sz w:val="22"/>
        </w:rPr>
        <w:t>B. Chim cánh cụt</w:t>
      </w:r>
    </w:p>
    <w:p>
      <w:pPr>
        <w:pStyle w:val="ListParagraph"/>
      </w:pPr>
      <w:r>
        <w:rPr>
          <w:sz w:val="22"/>
        </w:rPr>
        <w:t>C. Chim sẻ</w:t>
      </w:r>
    </w:p>
    <w:p>
      <w:pPr>
        <w:pStyle w:val="ListParagraph"/>
      </w:pPr>
      <w:r>
        <w:rPr>
          <w:sz w:val="22"/>
        </w:rPr>
        <w:t>D. Chim bồ câu</w:t>
      </w:r>
    </w:p>
    <w:p/>
    <w:p>
      <w:r>
        <w:rPr>
          <w:b/>
          <w:sz w:val="24"/>
        </w:rPr>
        <w:t>Câu 18: Trong toán học, công thức tính diện tích hình tròn là gì?</w:t>
      </w:r>
    </w:p>
    <w:p>
      <w:pPr>
        <w:pStyle w:val="ListParagraph"/>
      </w:pPr>
      <w:r>
        <w:rPr>
          <w:sz w:val="22"/>
        </w:rPr>
        <w:t>A. $S = 2\pi r$</w:t>
      </w:r>
    </w:p>
    <w:p>
      <w:pPr>
        <w:pStyle w:val="ListParagraph"/>
      </w:pPr>
      <w:r>
        <w:rPr>
          <w:sz w:val="22"/>
        </w:rPr>
        <w:t>B. $S = \pi r^2$</w:t>
      </w:r>
    </w:p>
    <w:p>
      <w:pPr>
        <w:pStyle w:val="ListParagraph"/>
      </w:pPr>
      <w:r>
        <w:rPr>
          <w:sz w:val="22"/>
        </w:rPr>
        <w:t>C. $S = \pi d$</w:t>
      </w:r>
    </w:p>
    <w:p>
      <w:pPr>
        <w:pStyle w:val="ListParagraph"/>
      </w:pPr>
      <w:r>
        <w:rPr>
          <w:sz w:val="22"/>
        </w:rPr>
        <w:t>D. $S = 2\pi r^2$</w:t>
      </w:r>
    </w:p>
    <w:p/>
    <w:p>
      <w:r>
        <w:rPr>
          <w:b/>
          <w:sz w:val="24"/>
        </w:rPr>
        <w:t>Câu 19: Quốc gia nào có số dân đông nhất thế giới tính đến năm 2023?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20: Trong hóa học, nước có công thức phân tử là gì?</w:t>
      </w:r>
    </w:p>
    <w:p>
      <w:pPr>
        <w:pStyle w:val="ListParagraph"/>
      </w:pPr>
      <w:r>
        <w:rPr>
          <w:sz w:val="22"/>
        </w:rPr>
        <w:t>A. $CO_2$</w:t>
      </w:r>
    </w:p>
    <w:p>
      <w:pPr>
        <w:pStyle w:val="ListParagraph"/>
      </w:pPr>
      <w:r>
        <w:rPr>
          <w:sz w:val="22"/>
        </w:rPr>
        <w:t>B. $H_2O$</w:t>
      </w:r>
    </w:p>
    <w:p>
      <w:pPr>
        <w:pStyle w:val="ListParagraph"/>
      </w:pPr>
      <w:r>
        <w:rPr>
          <w:sz w:val="22"/>
        </w:rPr>
        <w:t>C. $O_2$</w:t>
      </w:r>
    </w:p>
    <w:p>
      <w:pPr>
        <w:pStyle w:val="ListParagraph"/>
      </w:pPr>
      <w:r>
        <w:rPr>
          <w:sz w:val="22"/>
        </w:rPr>
        <w:t>D. $NaCl$</w:t>
      </w:r>
    </w:p>
    <w:p/>
    <w:p>
      <w:r>
        <w:rPr>
          <w:b/>
          <w:sz w:val="24"/>
        </w:rPr>
        <w:t>Câu 21: Ai là người đầu tiên đặt chân lên Mặt Trăng?</w:t>
      </w:r>
    </w:p>
    <w:p>
      <w:pPr>
        <w:pStyle w:val="ListParagraph"/>
      </w:pPr>
      <w:r>
        <w:rPr>
          <w:sz w:val="22"/>
        </w:rPr>
        <w:t>A. Yuri Gagarin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Buzz Aldrin</w:t>
      </w:r>
    </w:p>
    <w:p>
      <w:pPr>
        <w:pStyle w:val="ListParagraph"/>
      </w:pPr>
      <w:r>
        <w:rPr>
          <w:sz w:val="22"/>
        </w:rPr>
        <w:t>D. John Glenn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