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Tổ hợp phím nào sau đây dùng để mở hộp thoại ...</w:t>
      </w:r>
    </w:p>
    <w:p>
      <w:pPr>
        <w:jc w:val="center"/>
      </w:pPr>
      <w:r>
        <w:rPr>
          <w:sz w:val="22"/>
        </w:rPr>
        <w:t>Số câu: 50    Thời gian: _____ phút    Họ và tên: _________________________</w:t>
      </w:r>
    </w:p>
    <w:p/>
    <w:p>
      <w:r>
        <w:rPr>
          <w:b/>
          <w:sz w:val="24"/>
        </w:rPr>
        <w:t>Câu 1: Tổ hợp phím nào sau đây dùng để mở hộp thoại Find and Replace với tab Replace được kích hoạt</w:t>
      </w:r>
    </w:p>
    <w:p>
      <w:pPr>
        <w:pStyle w:val="ListParagraph"/>
      </w:pPr>
      <w:r>
        <w:rPr>
          <w:sz w:val="22"/>
        </w:rPr>
        <w:t>A. Ctrl + F</w:t>
      </w:r>
    </w:p>
    <w:p>
      <w:pPr>
        <w:pStyle w:val="ListParagraph"/>
      </w:pPr>
      <w:r>
        <w:rPr>
          <w:sz w:val="22"/>
        </w:rPr>
        <w:t>B. Ctrl + H</w:t>
      </w:r>
    </w:p>
    <w:p>
      <w:pPr>
        <w:pStyle w:val="ListParagraph"/>
      </w:pPr>
      <w:r>
        <w:rPr>
          <w:sz w:val="22"/>
        </w:rPr>
        <w:t>C. Ctrl + R</w:t>
      </w:r>
    </w:p>
    <w:p>
      <w:pPr>
        <w:pStyle w:val="ListParagraph"/>
      </w:pPr>
      <w:r>
        <w:rPr>
          <w:sz w:val="22"/>
        </w:rPr>
        <w:t>D. Ctrl + I</w:t>
      </w:r>
    </w:p>
    <w:p/>
    <w:p>
      <w:r>
        <w:rPr>
          <w:b/>
          <w:sz w:val="24"/>
        </w:rPr>
        <w:t>Câu 2: Tổ hợp phím nào sau đây dùng để chèn chú thích (comment) tại ô hiện hành</w:t>
      </w:r>
    </w:p>
    <w:p>
      <w:pPr>
        <w:pStyle w:val="ListParagraph"/>
      </w:pPr>
      <w:r>
        <w:rPr>
          <w:sz w:val="22"/>
        </w:rPr>
        <w:t>A. Ctrl + F2</w:t>
      </w:r>
    </w:p>
    <w:p>
      <w:pPr>
        <w:pStyle w:val="ListParagraph"/>
      </w:pPr>
      <w:r>
        <w:rPr>
          <w:sz w:val="22"/>
        </w:rPr>
        <w:t>B. Shift + F2</w:t>
      </w:r>
    </w:p>
    <w:p>
      <w:pPr>
        <w:pStyle w:val="ListParagraph"/>
      </w:pPr>
      <w:r>
        <w:rPr>
          <w:sz w:val="22"/>
        </w:rPr>
        <w:t>C. Alt + F2</w:t>
      </w:r>
    </w:p>
    <w:p>
      <w:pPr>
        <w:pStyle w:val="ListParagraph"/>
      </w:pPr>
      <w:r>
        <w:rPr>
          <w:sz w:val="22"/>
        </w:rPr>
        <w:t>D. Ctrl + Shift + F2</w:t>
      </w:r>
    </w:p>
    <w:p/>
    <w:p>
      <w:r>
        <w:rPr>
          <w:b/>
          <w:sz w:val="24"/>
        </w:rPr>
        <w:t>Câu 3: Thao tác nào bắt buộc thực hiện trước khi thực hiện chức năng Subtotal</w:t>
      </w:r>
    </w:p>
    <w:p>
      <w:pPr>
        <w:pStyle w:val="ListParagraph"/>
      </w:pPr>
      <w:r>
        <w:rPr>
          <w:sz w:val="22"/>
        </w:rPr>
        <w:t>A. Sắp xếp (Sort)</w:t>
      </w:r>
    </w:p>
    <w:p>
      <w:pPr>
        <w:pStyle w:val="ListParagraph"/>
      </w:pPr>
      <w:r>
        <w:rPr>
          <w:sz w:val="22"/>
        </w:rPr>
        <w:t>B. Lọc (Filter)</w:t>
      </w:r>
    </w:p>
    <w:p>
      <w:pPr>
        <w:pStyle w:val="ListParagraph"/>
      </w:pPr>
      <w:r>
        <w:rPr>
          <w:sz w:val="22"/>
        </w:rPr>
        <w:t>C. Tạo nhóm (Group)</w:t>
      </w:r>
    </w:p>
    <w:p>
      <w:pPr>
        <w:pStyle w:val="ListParagraph"/>
      </w:pPr>
      <w:r>
        <w:rPr>
          <w:sz w:val="22"/>
        </w:rPr>
        <w:t>D. Không có thao tác bắt buộc thực hiện trước</w:t>
      </w:r>
    </w:p>
    <w:p/>
    <w:p>
      <w:r>
        <w:rPr>
          <w:b/>
          <w:sz w:val="24"/>
        </w:rPr>
        <w:t>Câu 4: Bảng điều kiện được sử dụng để lọc dữ liệu bằng chức năng Advanced Filter có dạng như hình tương ứng với yêu cầu nào sau đây?</w:t>
      </w:r>
    </w:p>
    <w:p>
      <w:pPr>
        <w:pStyle w:val="ListParagraph"/>
      </w:pPr>
      <w:r>
        <w:rPr>
          <w:sz w:val="22"/>
        </w:rPr>
        <w:t>A. Lọc ra các thí sinh thuộc trường Năng khiếu và những thí sinh thi môn Toán</w:t>
      </w:r>
    </w:p>
    <w:p>
      <w:pPr>
        <w:pStyle w:val="ListParagraph"/>
      </w:pPr>
      <w:r>
        <w:rPr>
          <w:sz w:val="22"/>
        </w:rPr>
        <w:t>B. Lọc ra các thí sinh thuộc trường Năng khiếu thi môn Toán</w:t>
      </w:r>
    </w:p>
    <w:p>
      <w:pPr>
        <w:pStyle w:val="ListParagraph"/>
      </w:pPr>
      <w:r>
        <w:rPr>
          <w:sz w:val="22"/>
        </w:rPr>
        <w:t>C. Lọc ra các thí sinh thuộc trường Năng khiếu không thi môn Toán</w:t>
      </w:r>
    </w:p>
    <w:p>
      <w:pPr>
        <w:pStyle w:val="ListParagraph"/>
      </w:pPr>
      <w:r>
        <w:rPr>
          <w:sz w:val="22"/>
        </w:rPr>
        <w:t>D. Lọc ra các thí sinh thi môn Toán không thuộc trường Năng khiếu</w:t>
      </w:r>
    </w:p>
    <w:p/>
    <w:p>
      <w:r>
        <w:rPr>
          <w:b/>
          <w:sz w:val="24"/>
        </w:rPr>
        <w:t>Câu 5: Tổ hợp phím nào dùng để tạo biểu đồ biểu diễn dữ liệu trong dãy ô đang được chọn</w:t>
      </w:r>
    </w:p>
    <w:p>
      <w:pPr>
        <w:pStyle w:val="ListParagraph"/>
      </w:pPr>
      <w:r>
        <w:rPr>
          <w:sz w:val="22"/>
        </w:rPr>
        <w:t>A. Alt + F1</w:t>
      </w:r>
    </w:p>
    <w:p>
      <w:pPr>
        <w:pStyle w:val="ListParagraph"/>
      </w:pPr>
      <w:r>
        <w:rPr>
          <w:sz w:val="22"/>
        </w:rPr>
        <w:t>B. Shift + F1</w:t>
      </w:r>
    </w:p>
    <w:p>
      <w:pPr>
        <w:pStyle w:val="ListParagraph"/>
      </w:pPr>
      <w:r>
        <w:rPr>
          <w:sz w:val="22"/>
        </w:rPr>
        <w:t>C. Ctrl + F1</w:t>
      </w:r>
    </w:p>
    <w:p>
      <w:pPr>
        <w:pStyle w:val="ListParagraph"/>
      </w:pPr>
      <w:r>
        <w:rPr>
          <w:sz w:val="22"/>
        </w:rPr>
        <w:t>D. Ctrl + Shift + F1</w:t>
      </w:r>
    </w:p>
    <w:p/>
    <w:p>
      <w:r>
        <w:rPr>
          <w:b/>
          <w:sz w:val="24"/>
        </w:rPr>
        <w:t>Câu 6: Tổ hợp phím nào dùng để ẩn/hiện thanh Ribbon trong Excel</w:t>
      </w:r>
    </w:p>
    <w:p>
      <w:pPr>
        <w:pStyle w:val="ListParagraph"/>
      </w:pPr>
      <w:r>
        <w:rPr>
          <w:sz w:val="22"/>
        </w:rPr>
        <w:t>A. Alt + F1</w:t>
      </w:r>
    </w:p>
    <w:p>
      <w:pPr>
        <w:pStyle w:val="ListParagraph"/>
      </w:pPr>
      <w:r>
        <w:rPr>
          <w:sz w:val="22"/>
        </w:rPr>
        <w:t>B. Shift + F1</w:t>
      </w:r>
    </w:p>
    <w:p>
      <w:pPr>
        <w:pStyle w:val="ListParagraph"/>
      </w:pPr>
      <w:r>
        <w:rPr>
          <w:sz w:val="22"/>
        </w:rPr>
        <w:t>C. Ctrl + F1</w:t>
      </w:r>
    </w:p>
    <w:p>
      <w:pPr>
        <w:pStyle w:val="ListParagraph"/>
      </w:pPr>
      <w:r>
        <w:rPr>
          <w:sz w:val="22"/>
        </w:rPr>
        <w:t>D. Ctrl + Shift + F1</w:t>
      </w:r>
    </w:p>
    <w:p/>
    <w:p>
      <w:r>
        <w:rPr>
          <w:b/>
          <w:sz w:val="24"/>
        </w:rPr>
        <w:t>Câu 7: Thông báo lỗi nào cho biết khi một số có định dạng rộng hơn độ rộng của một ô?</w:t>
      </w:r>
    </w:p>
    <w:p>
      <w:pPr>
        <w:pStyle w:val="ListParagraph"/>
      </w:pPr>
      <w:r>
        <w:rPr>
          <w:sz w:val="22"/>
        </w:rPr>
        <w:t>A. ####</w:t>
      </w:r>
    </w:p>
    <w:p>
      <w:pPr>
        <w:pStyle w:val="ListParagraph"/>
      </w:pPr>
      <w:r>
        <w:rPr>
          <w:sz w:val="22"/>
        </w:rPr>
        <w:t>B. #Div/0!</w:t>
      </w:r>
    </w:p>
    <w:p>
      <w:pPr>
        <w:pStyle w:val="ListParagraph"/>
      </w:pPr>
      <w:r>
        <w:rPr>
          <w:sz w:val="22"/>
        </w:rPr>
        <w:t>C. #div@</w:t>
      </w:r>
    </w:p>
    <w:p>
      <w:pPr>
        <w:pStyle w:val="ListParagraph"/>
      </w:pPr>
      <w:r>
        <w:rPr>
          <w:sz w:val="22"/>
        </w:rPr>
        <w:t>D. #REF!</w:t>
      </w:r>
    </w:p>
    <w:p/>
    <w:p>
      <w:r>
        <w:rPr>
          <w:b/>
          <w:sz w:val="24"/>
        </w:rPr>
        <w:t>Câu 8: Khi cần biểu diễn xu hướng doanh thu của nhân viên bán hàng trong mỗi tháng, biểu đồ nào là phù hợp nhất?</w:t>
      </w:r>
    </w:p>
    <w:p>
      <w:pPr>
        <w:pStyle w:val="ListParagraph"/>
      </w:pPr>
      <w:r>
        <w:rPr>
          <w:sz w:val="22"/>
        </w:rPr>
        <w:t>A. Pie chart</w:t>
      </w:r>
    </w:p>
    <w:p>
      <w:pPr>
        <w:pStyle w:val="ListParagraph"/>
      </w:pPr>
      <w:r>
        <w:rPr>
          <w:sz w:val="22"/>
        </w:rPr>
        <w:t>B. Row chart</w:t>
      </w:r>
    </w:p>
    <w:p>
      <w:pPr>
        <w:pStyle w:val="ListParagraph"/>
      </w:pPr>
      <w:r>
        <w:rPr>
          <w:sz w:val="22"/>
        </w:rPr>
        <w:t>C. Line chart</w:t>
      </w:r>
    </w:p>
    <w:p>
      <w:pPr>
        <w:pStyle w:val="ListParagraph"/>
      </w:pPr>
      <w:r>
        <w:rPr>
          <w:sz w:val="22"/>
        </w:rPr>
        <w:t>D. Column chart</w:t>
      </w:r>
    </w:p>
    <w:p/>
    <w:p>
      <w:r>
        <w:rPr>
          <w:b/>
          <w:sz w:val="24"/>
        </w:rPr>
        <w:t>Câu 9: Để giữ cột tiêu đề hoặc dòng tiêu đề ở vị trí cố định sao cho chúng không di chuyển khi cuộn bảng tính, lệnh nào sau đây sẽ được sử dụng</w:t>
      </w:r>
    </w:p>
    <w:p>
      <w:pPr>
        <w:pStyle w:val="ListParagraph"/>
      </w:pPr>
      <w:r>
        <w:rPr>
          <w:sz w:val="22"/>
        </w:rPr>
        <w:t>A. Unfreeze Panes</w:t>
      </w:r>
    </w:p>
    <w:p>
      <w:pPr>
        <w:pStyle w:val="ListParagraph"/>
      </w:pPr>
      <w:r>
        <w:rPr>
          <w:sz w:val="22"/>
        </w:rPr>
        <w:t>B. Freeze Panes</w:t>
      </w:r>
    </w:p>
    <w:p>
      <w:pPr>
        <w:pStyle w:val="ListParagraph"/>
      </w:pPr>
      <w:r>
        <w:rPr>
          <w:sz w:val="22"/>
        </w:rPr>
        <w:t>C. Split</w:t>
      </w:r>
    </w:p>
    <w:p>
      <w:pPr>
        <w:pStyle w:val="ListParagraph"/>
      </w:pPr>
      <w:r>
        <w:rPr>
          <w:sz w:val="22"/>
        </w:rPr>
        <w:t>D. Hold titles</w:t>
      </w:r>
    </w:p>
    <w:p/>
    <w:p>
      <w:r>
        <w:rPr>
          <w:b/>
          <w:sz w:val="24"/>
        </w:rPr>
        <w:t>Câu 10: Khi sao chép một công thức</w:t>
      </w:r>
    </w:p>
    <w:p>
      <w:pPr>
        <w:pStyle w:val="ListParagraph"/>
      </w:pPr>
      <w:r>
        <w:rPr>
          <w:sz w:val="22"/>
        </w:rPr>
        <w:t>A. Excel xóa bản gốc của công thức</w:t>
      </w:r>
    </w:p>
    <w:p>
      <w:pPr>
        <w:pStyle w:val="ListParagraph"/>
      </w:pPr>
      <w:r>
        <w:rPr>
          <w:sz w:val="22"/>
        </w:rPr>
        <w:t>B. Excel chỉnh sửa các ô tham chiếu trong công thức mới được sao chép</w:t>
      </w:r>
    </w:p>
    <w:p>
      <w:pPr>
        <w:pStyle w:val="ListParagraph"/>
      </w:pPr>
      <w:r>
        <w:rPr>
          <w:sz w:val="22"/>
        </w:rPr>
        <w:t>C. Excel sẽ điều chỉnh các ô tham chiếu tuyệt đối</w:t>
      </w:r>
    </w:p>
    <w:p>
      <w:pPr>
        <w:pStyle w:val="ListParagraph"/>
      </w:pPr>
      <w:r>
        <w:rPr>
          <w:sz w:val="22"/>
        </w:rPr>
        <w:t>D. Excel không điều chỉnh các ô tham chiếu tương đối</w:t>
      </w:r>
    </w:p>
    <w:p/>
    <w:p>
      <w:r>
        <w:rPr>
          <w:b/>
          <w:sz w:val="24"/>
        </w:rPr>
        <w:t>Câu 11: Lựa chọn nào sau đây không là dữ liệu hợp lệ trong excel</w:t>
      </w:r>
    </w:p>
    <w:p>
      <w:pPr>
        <w:pStyle w:val="ListParagraph"/>
      </w:pPr>
      <w:r>
        <w:rPr>
          <w:sz w:val="22"/>
        </w:rPr>
        <w:t>A. Number</w:t>
      </w:r>
    </w:p>
    <w:p>
      <w:pPr>
        <w:pStyle w:val="ListParagraph"/>
      </w:pPr>
      <w:r>
        <w:rPr>
          <w:sz w:val="22"/>
        </w:rPr>
        <w:t>B. Character</w:t>
      </w:r>
    </w:p>
    <w:p>
      <w:pPr>
        <w:pStyle w:val="ListParagraph"/>
      </w:pPr>
      <w:r>
        <w:rPr>
          <w:sz w:val="22"/>
        </w:rPr>
        <w:t>C. Label</w:t>
      </w:r>
    </w:p>
    <w:p>
      <w:pPr>
        <w:pStyle w:val="ListParagraph"/>
      </w:pPr>
      <w:r>
        <w:rPr>
          <w:sz w:val="22"/>
        </w:rPr>
        <w:t>D. Date/Time</w:t>
      </w:r>
    </w:p>
    <w:p/>
    <w:p>
      <w:r>
        <w:rPr>
          <w:b/>
          <w:sz w:val="24"/>
        </w:rPr>
        <w:t>Câu 12: Lệnh nào dùng để tách cửa sổ làm việc của Excel thành hai cửa sổ</w:t>
      </w:r>
    </w:p>
    <w:p>
      <w:pPr>
        <w:pStyle w:val="ListParagraph"/>
      </w:pPr>
      <w:r>
        <w:rPr>
          <w:sz w:val="22"/>
        </w:rPr>
        <w:t>A. Chọn tab View-&gt; Split</w:t>
      </w:r>
    </w:p>
    <w:p>
      <w:pPr>
        <w:pStyle w:val="ListParagraph"/>
      </w:pPr>
      <w:r>
        <w:rPr>
          <w:sz w:val="22"/>
        </w:rPr>
        <w:t>B. Chọn tab View -&gt; Window Split</w:t>
      </w:r>
    </w:p>
    <w:p>
      <w:pPr>
        <w:pStyle w:val="ListParagraph"/>
      </w:pPr>
      <w:r>
        <w:rPr>
          <w:sz w:val="22"/>
        </w:rPr>
        <w:t>C. Chọn tab Home -&gt; Split</w:t>
      </w:r>
    </w:p>
    <w:p>
      <w:pPr>
        <w:pStyle w:val="ListParagraph"/>
      </w:pPr>
      <w:r>
        <w:rPr>
          <w:sz w:val="22"/>
        </w:rPr>
        <w:t>D. Chọn tab ReView-&gt; Split</w:t>
      </w:r>
    </w:p>
    <w:p/>
    <w:p>
      <w:r>
        <w:rPr>
          <w:b/>
          <w:sz w:val="24"/>
        </w:rPr>
        <w:t>Câu 13: Ký hiệu nào sau đây dùng để nối chuỗi?</w:t>
      </w:r>
    </w:p>
    <w:p>
      <w:pPr>
        <w:pStyle w:val="ListParagraph"/>
      </w:pPr>
      <w:r>
        <w:rPr>
          <w:sz w:val="22"/>
        </w:rPr>
        <w:t>A. ‘</w:t>
      </w:r>
    </w:p>
    <w:p>
      <w:pPr>
        <w:pStyle w:val="ListParagraph"/>
      </w:pPr>
      <w:r>
        <w:rPr>
          <w:sz w:val="22"/>
        </w:rPr>
        <w:t>B. !</w:t>
      </w:r>
    </w:p>
    <w:p>
      <w:pPr>
        <w:pStyle w:val="ListParagraph"/>
      </w:pPr>
      <w:r>
        <w:rPr>
          <w:sz w:val="22"/>
        </w:rPr>
        <w:t>C. #</w:t>
      </w:r>
    </w:p>
    <w:p>
      <w:pPr>
        <w:pStyle w:val="ListParagraph"/>
      </w:pPr>
      <w:r>
        <w:rPr>
          <w:sz w:val="22"/>
        </w:rPr>
        <w:t>D. &amp;</w:t>
      </w:r>
    </w:p>
    <w:p/>
    <w:p>
      <w:r>
        <w:rPr>
          <w:b/>
          <w:sz w:val="24"/>
        </w:rPr>
        <w:t>Câu 14: Trong excel, có thực hiện phép tính tổng của dãy nhiều ô nằm liền kề nhau một cách tự động bằng cách chọn chức năng nào sau đây?</w:t>
      </w:r>
    </w:p>
    <w:p>
      <w:pPr>
        <w:pStyle w:val="ListParagraph"/>
      </w:pPr>
      <w:r>
        <w:rPr>
          <w:sz w:val="22"/>
        </w:rPr>
        <w:t>A. AutoFill</w:t>
      </w:r>
    </w:p>
    <w:p>
      <w:pPr>
        <w:pStyle w:val="ListParagraph"/>
      </w:pPr>
      <w:r>
        <w:rPr>
          <w:sz w:val="22"/>
        </w:rPr>
        <w:t>B. Auto correct</w:t>
      </w:r>
    </w:p>
    <w:p>
      <w:pPr>
        <w:pStyle w:val="ListParagraph"/>
      </w:pPr>
      <w:r>
        <w:rPr>
          <w:sz w:val="22"/>
        </w:rPr>
        <w:t>C. Auto sum</w:t>
      </w:r>
    </w:p>
    <w:p>
      <w:pPr>
        <w:pStyle w:val="ListParagraph"/>
      </w:pPr>
      <w:r>
        <w:rPr>
          <w:sz w:val="22"/>
        </w:rPr>
        <w:t>D. Auto format</w:t>
      </w:r>
    </w:p>
    <w:p/>
    <w:p>
      <w:r>
        <w:rPr>
          <w:b/>
          <w:sz w:val="24"/>
        </w:rPr>
        <w:t>Câu 15: Hàm nào sau đây dùng để lấy phần dư của phép chia</w:t>
      </w:r>
    </w:p>
    <w:p>
      <w:pPr>
        <w:pStyle w:val="ListParagraph"/>
      </w:pPr>
      <w:r>
        <w:rPr>
          <w:sz w:val="22"/>
        </w:rPr>
        <w:t>A. Round</w:t>
      </w:r>
    </w:p>
    <w:p>
      <w:pPr>
        <w:pStyle w:val="ListParagraph"/>
      </w:pPr>
      <w:r>
        <w:rPr>
          <w:sz w:val="22"/>
        </w:rPr>
        <w:t>B. Fact</w:t>
      </w:r>
    </w:p>
    <w:p>
      <w:pPr>
        <w:pStyle w:val="ListParagraph"/>
      </w:pPr>
      <w:r>
        <w:rPr>
          <w:sz w:val="22"/>
        </w:rPr>
        <w:t>C. Mod</w:t>
      </w:r>
    </w:p>
    <w:p>
      <w:pPr>
        <w:pStyle w:val="ListParagraph"/>
      </w:pPr>
      <w:r>
        <w:rPr>
          <w:sz w:val="22"/>
        </w:rPr>
        <w:t>D. Div</w:t>
      </w:r>
    </w:p>
    <w:p/>
    <w:p>
      <w:r>
        <w:rPr>
          <w:b/>
          <w:sz w:val="24"/>
        </w:rPr>
        <w:t>Câu 16: Thiết lập định dạng cho ô chứa dữ liệu số 5436.8 có dạng #,##0.00, kết quả hiển thị là gì?</w:t>
      </w:r>
    </w:p>
    <w:p>
      <w:pPr>
        <w:pStyle w:val="ListParagraph"/>
      </w:pPr>
      <w:r>
        <w:rPr>
          <w:sz w:val="22"/>
        </w:rPr>
        <w:t>A. 5,430.00</w:t>
      </w:r>
    </w:p>
    <w:p>
      <w:pPr>
        <w:pStyle w:val="ListParagraph"/>
      </w:pPr>
      <w:r>
        <w:rPr>
          <w:sz w:val="22"/>
        </w:rPr>
        <w:t>B. 5,436.80</w:t>
      </w:r>
    </w:p>
    <w:p>
      <w:pPr>
        <w:pStyle w:val="ListParagraph"/>
      </w:pPr>
      <w:r>
        <w:rPr>
          <w:sz w:val="22"/>
        </w:rPr>
        <w:t>C. 5,436.8</w:t>
      </w:r>
    </w:p>
    <w:p>
      <w:pPr>
        <w:pStyle w:val="ListParagraph"/>
      </w:pPr>
      <w:r>
        <w:rPr>
          <w:sz w:val="22"/>
        </w:rPr>
        <w:t>D. 5,437.00</w:t>
      </w:r>
    </w:p>
    <w:p/>
    <w:p>
      <w:r>
        <w:rPr>
          <w:b/>
          <w:sz w:val="24"/>
        </w:rPr>
        <w:t>Câu 17: Hàm nào trả về ngày và giờ hiện hành của máy?</w:t>
      </w:r>
    </w:p>
    <w:p>
      <w:pPr>
        <w:pStyle w:val="ListParagraph"/>
      </w:pPr>
      <w:r>
        <w:rPr>
          <w:sz w:val="22"/>
        </w:rPr>
        <w:t>A. Date()</w:t>
      </w:r>
    </w:p>
    <w:p>
      <w:pPr>
        <w:pStyle w:val="ListParagraph"/>
      </w:pPr>
      <w:r>
        <w:rPr>
          <w:sz w:val="22"/>
        </w:rPr>
        <w:t>B. Today()</w:t>
      </w:r>
    </w:p>
    <w:p>
      <w:pPr>
        <w:pStyle w:val="ListParagraph"/>
      </w:pPr>
      <w:r>
        <w:rPr>
          <w:sz w:val="22"/>
        </w:rPr>
        <w:t>C. Now()</w:t>
      </w:r>
    </w:p>
    <w:p>
      <w:pPr>
        <w:pStyle w:val="ListParagraph"/>
      </w:pPr>
      <w:r>
        <w:rPr>
          <w:sz w:val="22"/>
        </w:rPr>
        <w:t>D. Time()</w:t>
      </w:r>
    </w:p>
    <w:p/>
    <w:p>
      <w:r>
        <w:rPr>
          <w:b/>
          <w:sz w:val="24"/>
        </w:rPr>
        <w:t>Câu 18: Hàm COUNT() dùng để đếm___________</w:t>
      </w:r>
    </w:p>
    <w:p>
      <w:pPr>
        <w:pStyle w:val="ListParagraph"/>
      </w:pPr>
      <w:r>
        <w:rPr>
          <w:sz w:val="22"/>
        </w:rPr>
        <w:t>A. Các ô chứa dữ liệu số</w:t>
      </w:r>
    </w:p>
    <w:p>
      <w:pPr>
        <w:pStyle w:val="ListParagraph"/>
      </w:pPr>
      <w:r>
        <w:rPr>
          <w:sz w:val="22"/>
        </w:rPr>
        <w:t>B. Các ô chứa dữ liệu text</w:t>
      </w:r>
    </w:p>
    <w:p>
      <w:pPr>
        <w:pStyle w:val="ListParagraph"/>
      </w:pPr>
      <w:r>
        <w:rPr>
          <w:sz w:val="22"/>
        </w:rPr>
        <w:t>C. Các ô rỗng</w:t>
      </w:r>
    </w:p>
    <w:p>
      <w:pPr>
        <w:pStyle w:val="ListParagraph"/>
      </w:pPr>
      <w:r>
        <w:rPr>
          <w:sz w:val="22"/>
        </w:rPr>
        <w:t>D. Các ô không rỗng</w:t>
      </w:r>
    </w:p>
    <w:p/>
    <w:p>
      <w:r>
        <w:rPr>
          <w:b/>
          <w:sz w:val="24"/>
        </w:rPr>
        <w:t>Câu 19: Tổ hợp phím nào dùng để chọn một cột</w:t>
      </w:r>
    </w:p>
    <w:p>
      <w:pPr>
        <w:pStyle w:val="ListParagraph"/>
      </w:pPr>
      <w:r>
        <w:rPr>
          <w:sz w:val="22"/>
        </w:rPr>
        <w:t>A. Ctrl+Space Bar</w:t>
      </w:r>
    </w:p>
    <w:p>
      <w:pPr>
        <w:pStyle w:val="ListParagraph"/>
      </w:pPr>
      <w:r>
        <w:rPr>
          <w:sz w:val="22"/>
        </w:rPr>
        <w:t>B. Ctrl+Page Up</w:t>
      </w:r>
    </w:p>
    <w:p>
      <w:pPr>
        <w:pStyle w:val="ListParagraph"/>
      </w:pPr>
      <w:r>
        <w:rPr>
          <w:sz w:val="22"/>
        </w:rPr>
        <w:t>C. Ctrl+Enter</w:t>
      </w:r>
    </w:p>
    <w:p>
      <w:pPr>
        <w:pStyle w:val="ListParagraph"/>
      </w:pPr>
      <w:r>
        <w:rPr>
          <w:sz w:val="22"/>
        </w:rPr>
        <w:t>D. Ctrl+Shift +Enter</w:t>
      </w:r>
    </w:p>
    <w:p/>
    <w:p>
      <w:r>
        <w:rPr>
          <w:b/>
          <w:sz w:val="24"/>
        </w:rPr>
        <w:t>Câu 20: Excel hiển thị địa chỉ của ô hiện hành trong __________</w:t>
      </w:r>
    </w:p>
    <w:p>
      <w:pPr>
        <w:pStyle w:val="ListParagraph"/>
      </w:pPr>
      <w:r>
        <w:rPr>
          <w:sz w:val="22"/>
        </w:rPr>
        <w:t>A. Formula bar</w:t>
      </w:r>
    </w:p>
    <w:p>
      <w:pPr>
        <w:pStyle w:val="ListParagraph"/>
      </w:pPr>
      <w:r>
        <w:rPr>
          <w:sz w:val="22"/>
        </w:rPr>
        <w:t>B. Status Bar</w:t>
      </w:r>
    </w:p>
    <w:p>
      <w:pPr>
        <w:pStyle w:val="ListParagraph"/>
      </w:pPr>
      <w:r>
        <w:rPr>
          <w:sz w:val="22"/>
        </w:rPr>
        <w:t>C. Name Box</w:t>
      </w:r>
    </w:p>
    <w:p>
      <w:pPr>
        <w:pStyle w:val="ListParagraph"/>
      </w:pPr>
      <w:r>
        <w:rPr>
          <w:sz w:val="22"/>
        </w:rPr>
        <w:t>D. Title Bar</w:t>
      </w:r>
    </w:p>
    <w:p/>
    <w:p>
      <w:r>
        <w:rPr>
          <w:b/>
          <w:sz w:val="24"/>
        </w:rPr>
        <w:t>Câu 21: Phím tắt nào dùng để tạo biểu đồ biểu diễn khối dữ liệu đang được chọn, biểu đồ được tạo trong một sheet mới</w:t>
      </w:r>
    </w:p>
    <w:p>
      <w:pPr>
        <w:pStyle w:val="ListParagraph"/>
      </w:pPr>
      <w:r>
        <w:rPr>
          <w:sz w:val="22"/>
        </w:rPr>
        <w:t>A. F2</w:t>
      </w:r>
    </w:p>
    <w:p>
      <w:pPr>
        <w:pStyle w:val="ListParagraph"/>
      </w:pPr>
      <w:r>
        <w:rPr>
          <w:sz w:val="22"/>
        </w:rPr>
        <w:t>B. F4</w:t>
      </w:r>
    </w:p>
    <w:p>
      <w:pPr>
        <w:pStyle w:val="ListParagraph"/>
      </w:pPr>
      <w:r>
        <w:rPr>
          <w:sz w:val="22"/>
        </w:rPr>
        <w:t>C. F8</w:t>
      </w:r>
    </w:p>
    <w:p>
      <w:pPr>
        <w:pStyle w:val="ListParagraph"/>
      </w:pPr>
      <w:r>
        <w:rPr>
          <w:sz w:val="22"/>
        </w:rPr>
        <w:t>D. F11</w:t>
      </w:r>
    </w:p>
    <w:p/>
    <w:p>
      <w:r>
        <w:rPr>
          <w:b/>
          <w:sz w:val="24"/>
        </w:rPr>
        <w:t>Câu 22: Công thức nào sau đây dùng để tìm giá trị cao nhất trong một dãy giá trị:</w:t>
      </w:r>
    </w:p>
    <w:p>
      <w:pPr>
        <w:pStyle w:val="ListParagraph"/>
      </w:pPr>
      <w:r>
        <w:rPr>
          <w:sz w:val="22"/>
        </w:rPr>
        <w:t>A. MAX(B1:B3)</w:t>
      </w:r>
    </w:p>
    <w:p>
      <w:pPr>
        <w:pStyle w:val="ListParagraph"/>
      </w:pPr>
      <w:r>
        <w:rPr>
          <w:sz w:val="22"/>
        </w:rPr>
        <w:t>B. MAXIMUM (B1:B3)</w:t>
      </w:r>
    </w:p>
    <w:p>
      <w:pPr>
        <w:pStyle w:val="ListParagraph"/>
      </w:pPr>
      <w:r>
        <w:rPr>
          <w:sz w:val="22"/>
        </w:rPr>
        <w:t>C. HIGH (B1:B3)</w:t>
      </w:r>
    </w:p>
    <w:p>
      <w:pPr>
        <w:pStyle w:val="ListParagraph"/>
      </w:pPr>
      <w:r>
        <w:rPr>
          <w:sz w:val="22"/>
        </w:rPr>
        <w:t>D. HIGHEST(B1:B3)</w:t>
      </w:r>
    </w:p>
    <w:p/>
    <w:p>
      <w:r>
        <w:rPr>
          <w:b/>
          <w:sz w:val="24"/>
        </w:rPr>
        <w:t>Câu 23: Trong excel, tổ hợp phím nào sau đây dùng để chèn ngày hiện hành?</w:t>
      </w:r>
    </w:p>
    <w:p>
      <w:pPr>
        <w:pStyle w:val="ListParagraph"/>
      </w:pPr>
      <w:r>
        <w:rPr>
          <w:sz w:val="22"/>
        </w:rPr>
        <w:t>A. Ctrl + D</w:t>
      </w:r>
    </w:p>
    <w:p>
      <w:pPr>
        <w:pStyle w:val="ListParagraph"/>
      </w:pPr>
      <w:r>
        <w:rPr>
          <w:sz w:val="22"/>
        </w:rPr>
        <w:t>B. Ctrl + T</w:t>
      </w:r>
    </w:p>
    <w:p>
      <w:pPr>
        <w:pStyle w:val="ListParagraph"/>
      </w:pPr>
      <w:r>
        <w:rPr>
          <w:sz w:val="22"/>
        </w:rPr>
        <w:t>C. Ctrl + ;</w:t>
      </w:r>
    </w:p>
    <w:p>
      <w:pPr>
        <w:pStyle w:val="ListParagraph"/>
      </w:pPr>
      <w:r>
        <w:rPr>
          <w:sz w:val="22"/>
        </w:rPr>
        <w:t>D. Ctrl + /</w:t>
      </w:r>
    </w:p>
    <w:p/>
    <w:p>
      <w:r>
        <w:rPr>
          <w:b/>
          <w:sz w:val="24"/>
        </w:rPr>
        <w:t>Câu 24: Nếu nhập 4/6 vào một ô trong bảng tính excel, không có bất kỳ định dạng nào thì excel xem đây là kiểu dữ liệu gì?</w:t>
      </w:r>
    </w:p>
    <w:p>
      <w:pPr>
        <w:pStyle w:val="ListParagraph"/>
      </w:pPr>
      <w:r>
        <w:rPr>
          <w:sz w:val="22"/>
        </w:rPr>
        <w:t>A. Phân số</w:t>
      </w:r>
    </w:p>
    <w:p>
      <w:pPr>
        <w:pStyle w:val="ListParagraph"/>
      </w:pPr>
      <w:r>
        <w:rPr>
          <w:sz w:val="22"/>
        </w:rPr>
        <w:t>B. Số</w:t>
      </w:r>
    </w:p>
    <w:p>
      <w:pPr>
        <w:pStyle w:val="ListParagraph"/>
      </w:pPr>
      <w:r>
        <w:rPr>
          <w:sz w:val="22"/>
        </w:rPr>
        <w:t>C. Text</w:t>
      </w:r>
    </w:p>
    <w:p>
      <w:pPr>
        <w:pStyle w:val="ListParagraph"/>
      </w:pPr>
      <w:r>
        <w:rPr>
          <w:sz w:val="22"/>
        </w:rPr>
        <w:t>D. Ngày</w:t>
      </w:r>
    </w:p>
    <w:p/>
    <w:p>
      <w:r>
        <w:rPr>
          <w:b/>
          <w:sz w:val="24"/>
        </w:rPr>
        <w:t>Câu 25: Ô A1 chứa chuỗi “what you see”, B1 chứa chuỗi “what you get”, công thức nào sau đây trả về chuỗi “what you see is what you get”</w:t>
      </w:r>
    </w:p>
    <w:p>
      <w:pPr>
        <w:pStyle w:val="ListParagraph"/>
      </w:pPr>
      <w:r>
        <w:rPr>
          <w:sz w:val="22"/>
        </w:rPr>
        <w:t>A. A1&amp;”is”&amp;B1</w:t>
      </w:r>
    </w:p>
    <w:p>
      <w:pPr>
        <w:pStyle w:val="ListParagraph"/>
      </w:pPr>
      <w:r>
        <w:rPr>
          <w:sz w:val="22"/>
        </w:rPr>
        <w:t>B. A1+”is”+B1</w:t>
      </w:r>
    </w:p>
    <w:p>
      <w:pPr>
        <w:pStyle w:val="ListParagraph"/>
      </w:pPr>
      <w:r>
        <w:rPr>
          <w:sz w:val="22"/>
        </w:rPr>
        <w:t>C. A1#”is”#B1</w:t>
      </w:r>
    </w:p>
    <w:p>
      <w:pPr>
        <w:pStyle w:val="ListParagraph"/>
      </w:pPr>
      <w:r>
        <w:rPr>
          <w:sz w:val="22"/>
        </w:rPr>
        <w:t>D. A1$”is”$B1</w:t>
      </w:r>
    </w:p>
    <w:p/>
    <w:p>
      <w:r>
        <w:rPr>
          <w:b/>
          <w:sz w:val="24"/>
        </w:rPr>
        <w:t>Câu 26: Tổ hợp phím nào dùng để ẩn một dòng trong bảng tính</w:t>
      </w:r>
    </w:p>
    <w:p>
      <w:pPr>
        <w:pStyle w:val="ListParagraph"/>
      </w:pPr>
      <w:r>
        <w:rPr>
          <w:sz w:val="22"/>
        </w:rPr>
        <w:t>A. Ctrl + H</w:t>
      </w:r>
    </w:p>
    <w:p>
      <w:pPr>
        <w:pStyle w:val="ListParagraph"/>
      </w:pPr>
      <w:r>
        <w:rPr>
          <w:sz w:val="22"/>
        </w:rPr>
        <w:t>B. Ctrl + R</w:t>
      </w:r>
    </w:p>
    <w:p>
      <w:pPr>
        <w:pStyle w:val="ListParagraph"/>
      </w:pPr>
      <w:r>
        <w:rPr>
          <w:sz w:val="22"/>
        </w:rPr>
        <w:t>C. Ctrl + 9</w:t>
      </w:r>
    </w:p>
    <w:p>
      <w:pPr>
        <w:pStyle w:val="ListParagraph"/>
      </w:pPr>
      <w:r>
        <w:rPr>
          <w:sz w:val="22"/>
        </w:rPr>
        <w:t>D. Ctrl + -</w:t>
      </w:r>
    </w:p>
    <w:p/>
    <w:p>
      <w:r>
        <w:rPr>
          <w:b/>
          <w:sz w:val="24"/>
        </w:rPr>
        <w:t>Câu 27: Lựa chọn giúp người dùng định dạng tất cả các số âm có dạng đậm, màu đỏ, gọi là</w:t>
      </w:r>
    </w:p>
    <w:p>
      <w:pPr>
        <w:pStyle w:val="ListParagraph"/>
      </w:pPr>
      <w:r>
        <w:rPr>
          <w:sz w:val="22"/>
        </w:rPr>
        <w:t>A. Conditional Formatting</w:t>
      </w:r>
    </w:p>
    <w:p>
      <w:pPr>
        <w:pStyle w:val="ListParagraph"/>
      </w:pPr>
      <w:r>
        <w:rPr>
          <w:sz w:val="22"/>
        </w:rPr>
        <w:t>B. Compare Formatting</w:t>
      </w:r>
    </w:p>
    <w:p>
      <w:pPr>
        <w:pStyle w:val="ListParagraph"/>
      </w:pPr>
      <w:r>
        <w:rPr>
          <w:sz w:val="22"/>
        </w:rPr>
        <w:t>C. Negative Formatting</w:t>
      </w:r>
    </w:p>
    <w:p>
      <w:pPr>
        <w:pStyle w:val="ListParagraph"/>
      </w:pPr>
      <w:r>
        <w:rPr>
          <w:sz w:val="22"/>
        </w:rPr>
        <w:t>D. Zero Formatting</w:t>
      </w:r>
    </w:p>
    <w:p/>
    <w:p>
      <w:r>
        <w:rPr>
          <w:b/>
          <w:sz w:val="24"/>
        </w:rPr>
        <w:t>Câu 28: Trong Excel, khi nhập một số vào ô, mặc định số hiển thị ở vị trí nào trong ô?</w:t>
      </w:r>
    </w:p>
    <w:p>
      <w:pPr>
        <w:pStyle w:val="ListParagraph"/>
      </w:pPr>
      <w:r>
        <w:rPr>
          <w:sz w:val="22"/>
        </w:rPr>
        <w:t>A. Left</w:t>
      </w:r>
    </w:p>
    <w:p>
      <w:pPr>
        <w:pStyle w:val="ListParagraph"/>
      </w:pPr>
      <w:r>
        <w:rPr>
          <w:sz w:val="22"/>
        </w:rPr>
        <w:t>B. Right</w:t>
      </w:r>
    </w:p>
    <w:p>
      <w:pPr>
        <w:pStyle w:val="ListParagraph"/>
      </w:pPr>
      <w:r>
        <w:rPr>
          <w:sz w:val="22"/>
        </w:rPr>
        <w:t>C. Center</w:t>
      </w:r>
    </w:p>
    <w:p>
      <w:pPr>
        <w:pStyle w:val="ListParagraph"/>
      </w:pPr>
      <w:r>
        <w:rPr>
          <w:sz w:val="22"/>
        </w:rPr>
        <w:t>D. Justify</w:t>
      </w:r>
    </w:p>
    <w:p/>
    <w:p>
      <w:r>
        <w:rPr>
          <w:b/>
          <w:sz w:val="24"/>
        </w:rPr>
        <w:t>Câu 29: Trong ô C1, nhập công thức =A1=B1, kết quả là gì?</w:t>
      </w:r>
    </w:p>
    <w:p>
      <w:pPr>
        <w:pStyle w:val="ListParagraph"/>
      </w:pPr>
      <w:r>
        <w:rPr>
          <w:sz w:val="22"/>
        </w:rPr>
        <w:t>A. True</w:t>
      </w:r>
    </w:p>
    <w:p>
      <w:pPr>
        <w:pStyle w:val="ListParagraph"/>
      </w:pPr>
      <w:r>
        <w:rPr>
          <w:sz w:val="22"/>
        </w:rPr>
        <w:t>B. False</w:t>
      </w:r>
    </w:p>
    <w:p>
      <w:pPr>
        <w:pStyle w:val="ListParagraph"/>
      </w:pPr>
      <w:r>
        <w:rPr>
          <w:sz w:val="22"/>
        </w:rPr>
        <w:t>C. #VALUE!</w:t>
      </w:r>
    </w:p>
    <w:p>
      <w:pPr>
        <w:pStyle w:val="ListParagraph"/>
      </w:pPr>
      <w:r>
        <w:rPr>
          <w:sz w:val="22"/>
        </w:rPr>
        <w:t>D. #REFT!</w:t>
      </w:r>
    </w:p>
    <w:p/>
    <w:p>
      <w:r>
        <w:rPr>
          <w:b/>
          <w:sz w:val="24"/>
        </w:rPr>
        <w:t>Câu 30: Lựa chọn nào sau đây là một địa chỉ ô trong bảng tính excel</w:t>
      </w:r>
    </w:p>
    <w:p>
      <w:pPr>
        <w:pStyle w:val="ListParagraph"/>
      </w:pPr>
      <w:r>
        <w:rPr>
          <w:sz w:val="22"/>
        </w:rPr>
        <w:t>A. 11 25</w:t>
      </w:r>
    </w:p>
    <w:p>
      <w:pPr>
        <w:pStyle w:val="ListParagraph"/>
      </w:pPr>
      <w:r>
        <w:rPr>
          <w:sz w:val="22"/>
        </w:rPr>
        <w:t>B. 911</w:t>
      </w:r>
    </w:p>
    <w:p>
      <w:pPr>
        <w:pStyle w:val="ListParagraph"/>
      </w:pPr>
      <w:r>
        <w:rPr>
          <w:sz w:val="22"/>
        </w:rPr>
        <w:t>C. 41A</w:t>
      </w:r>
    </w:p>
    <w:p>
      <w:pPr>
        <w:pStyle w:val="ListParagraph"/>
      </w:pPr>
      <w:r>
        <w:rPr>
          <w:sz w:val="22"/>
        </w:rPr>
        <w:t>D. A21</w:t>
      </w:r>
    </w:p>
    <w:p/>
    <w:p>
      <w:r>
        <w:rPr>
          <w:b/>
          <w:sz w:val="24"/>
        </w:rPr>
        <w:t>Câu 31: Khi tạo mới một tập tin excel, kiểu view mặc định là gì?</w:t>
      </w:r>
    </w:p>
    <w:p>
      <w:pPr>
        <w:pStyle w:val="ListParagraph"/>
      </w:pPr>
      <w:r>
        <w:rPr>
          <w:sz w:val="22"/>
        </w:rPr>
        <w:t>A. Normal view</w:t>
      </w:r>
    </w:p>
    <w:p>
      <w:pPr>
        <w:pStyle w:val="ListParagraph"/>
      </w:pPr>
      <w:r>
        <w:rPr>
          <w:sz w:val="22"/>
        </w:rPr>
        <w:t>B. Page layout view</w:t>
      </w:r>
    </w:p>
    <w:p>
      <w:pPr>
        <w:pStyle w:val="ListParagraph"/>
      </w:pPr>
      <w:r>
        <w:rPr>
          <w:sz w:val="22"/>
        </w:rPr>
        <w:t>C. Page break Preview</w:t>
      </w:r>
    </w:p>
    <w:p>
      <w:pPr>
        <w:pStyle w:val="ListParagraph"/>
      </w:pPr>
      <w:r>
        <w:rPr>
          <w:sz w:val="22"/>
        </w:rPr>
        <w:t>D. Custom view</w:t>
      </w:r>
    </w:p>
    <w:p/>
    <w:p>
      <w:r>
        <w:rPr>
          <w:b/>
          <w:sz w:val="24"/>
        </w:rPr>
        <w:t>Câu 32: Chức năng nào dùng để kết hợp các ô trên cùng một dòng</w:t>
      </w:r>
    </w:p>
    <w:p>
      <w:pPr>
        <w:pStyle w:val="ListParagraph"/>
      </w:pPr>
      <w:r>
        <w:rPr>
          <w:sz w:val="22"/>
        </w:rPr>
        <w:t>A. Merge &amp; center</w:t>
      </w:r>
    </w:p>
    <w:p>
      <w:pPr>
        <w:pStyle w:val="ListParagraph"/>
      </w:pPr>
      <w:r>
        <w:rPr>
          <w:sz w:val="22"/>
        </w:rPr>
        <w:t>B. Merge across</w:t>
      </w:r>
    </w:p>
    <w:p>
      <w:pPr>
        <w:pStyle w:val="ListParagraph"/>
      </w:pPr>
      <w:r>
        <w:rPr>
          <w:sz w:val="22"/>
        </w:rPr>
        <w:t>C. Merge cells</w:t>
      </w:r>
    </w:p>
    <w:p>
      <w:pPr>
        <w:pStyle w:val="ListParagraph"/>
      </w:pPr>
      <w:r>
        <w:rPr>
          <w:sz w:val="22"/>
        </w:rPr>
        <w:t>D. UnMerge cells</w:t>
      </w:r>
    </w:p>
    <w:p/>
    <w:p>
      <w:r>
        <w:rPr>
          <w:b/>
          <w:sz w:val="24"/>
        </w:rPr>
        <w:t>Câu 33: Hộp Name box bên trái thanh formula hiển thị</w:t>
      </w:r>
    </w:p>
    <w:p>
      <w:pPr>
        <w:pStyle w:val="ListParagraph"/>
      </w:pPr>
      <w:r>
        <w:rPr>
          <w:sz w:val="22"/>
        </w:rPr>
        <w:t>A. Tên của workbook hiện hành</w:t>
      </w:r>
    </w:p>
    <w:p>
      <w:pPr>
        <w:pStyle w:val="ListParagraph"/>
      </w:pPr>
      <w:r>
        <w:rPr>
          <w:sz w:val="22"/>
        </w:rPr>
        <w:t>B. Tên của worksheet hiện hành</w:t>
      </w:r>
    </w:p>
    <w:p>
      <w:pPr>
        <w:pStyle w:val="ListParagraph"/>
      </w:pPr>
      <w:r>
        <w:rPr>
          <w:sz w:val="22"/>
        </w:rPr>
        <w:t>C. Tên của ô hiện hành</w:t>
      </w:r>
    </w:p>
    <w:p>
      <w:pPr>
        <w:pStyle w:val="ListParagraph"/>
      </w:pPr>
      <w:r>
        <w:rPr>
          <w:sz w:val="22"/>
        </w:rPr>
        <w:t>D. Tên của một cột hiện hành</w:t>
      </w:r>
    </w:p>
    <w:p/>
    <w:p>
      <w:r>
        <w:rPr>
          <w:b/>
          <w:sz w:val="24"/>
        </w:rPr>
        <w:t>Câu 34: Lựa chọn nào sau đây không phải là cách để bắt đầu nhập nội dung vào ô của bảng tính</w:t>
      </w:r>
    </w:p>
    <w:p>
      <w:pPr>
        <w:pStyle w:val="ListParagraph"/>
      </w:pPr>
      <w:r>
        <w:rPr>
          <w:sz w:val="22"/>
        </w:rPr>
        <w:t>A. Nhấn Alt</w:t>
      </w:r>
    </w:p>
    <w:p>
      <w:pPr>
        <w:pStyle w:val="ListParagraph"/>
      </w:pPr>
      <w:r>
        <w:rPr>
          <w:sz w:val="22"/>
        </w:rPr>
        <w:t>B. Nhấn F2</w:t>
      </w:r>
    </w:p>
    <w:p>
      <w:pPr>
        <w:pStyle w:val="ListParagraph"/>
      </w:pPr>
      <w:r>
        <w:rPr>
          <w:sz w:val="22"/>
        </w:rPr>
        <w:t>C. Click vào thanh formula</w:t>
      </w:r>
    </w:p>
    <w:p>
      <w:pPr>
        <w:pStyle w:val="ListParagraph"/>
      </w:pPr>
      <w:r>
        <w:rPr>
          <w:sz w:val="22"/>
        </w:rPr>
        <w:t>D. Double click vào ô</w:t>
      </w:r>
    </w:p>
    <w:p/>
    <w:p>
      <w:r>
        <w:rPr>
          <w:b/>
          <w:sz w:val="24"/>
        </w:rPr>
        <w:t>Câu 35: Lựa chọn nào sau đây không có trong hộp thoại Paste Special</w:t>
      </w:r>
    </w:p>
    <w:p>
      <w:pPr>
        <w:pStyle w:val="ListParagraph"/>
      </w:pPr>
      <w:r>
        <w:rPr>
          <w:sz w:val="22"/>
        </w:rPr>
        <w:t>A. Add</w:t>
      </w:r>
    </w:p>
    <w:p>
      <w:pPr>
        <w:pStyle w:val="ListParagraph"/>
      </w:pPr>
      <w:r>
        <w:rPr>
          <w:sz w:val="22"/>
        </w:rPr>
        <w:t>B. Subtract</w:t>
      </w:r>
    </w:p>
    <w:p>
      <w:pPr>
        <w:pStyle w:val="ListParagraph"/>
      </w:pPr>
      <w:r>
        <w:rPr>
          <w:sz w:val="22"/>
        </w:rPr>
        <w:t>C. Divide</w:t>
      </w:r>
    </w:p>
    <w:p>
      <w:pPr>
        <w:pStyle w:val="ListParagraph"/>
      </w:pPr>
      <w:r>
        <w:rPr>
          <w:sz w:val="22"/>
        </w:rPr>
        <w:t>D. SQRT</w:t>
      </w:r>
    </w:p>
    <w:p/>
    <w:p>
      <w:r>
        <w:rPr>
          <w:b/>
          <w:sz w:val="24"/>
        </w:rPr>
        <w:t>Câu 36: Cách nào sau đây để hiển thị hoặc ẩn các đường lưới trong bảng tính Excel</w:t>
      </w:r>
    </w:p>
    <w:p>
      <w:pPr>
        <w:pStyle w:val="ListParagraph"/>
      </w:pPr>
      <w:r>
        <w:rPr>
          <w:sz w:val="22"/>
        </w:rPr>
        <w:t>A. Chọn tab View, đánh dấu chọn hoặc bỏ chọn mục Gridline</w:t>
      </w:r>
    </w:p>
    <w:p>
      <w:pPr>
        <w:pStyle w:val="ListParagraph"/>
      </w:pPr>
      <w:r>
        <w:rPr>
          <w:sz w:val="22"/>
        </w:rPr>
        <w:t>B. Chọn tab ReView, đánh dấu chọn hoặc bỏ chọn mục Gridline</w:t>
      </w:r>
    </w:p>
    <w:p>
      <w:pPr>
        <w:pStyle w:val="ListParagraph"/>
      </w:pPr>
      <w:r>
        <w:rPr>
          <w:sz w:val="22"/>
        </w:rPr>
        <w:t>C. Mở hộp thoại Page setup, chọn tab Sheet, đánh dấu chọn hoặc bỏ chọn mục Gridline</w:t>
      </w:r>
    </w:p>
    <w:p>
      <w:pPr>
        <w:pStyle w:val="ListParagraph"/>
      </w:pPr>
      <w:r>
        <w:rPr>
          <w:sz w:val="22"/>
        </w:rPr>
        <w:t>D. Chọn tab Page layout, đánh dấu chọn hoặc bỏ chọn mục Gridline</w:t>
      </w:r>
    </w:p>
    <w:p/>
    <w:p>
      <w:r>
        <w:rPr>
          <w:b/>
          <w:sz w:val="24"/>
        </w:rPr>
        <w:t>Câu 37: Khi nhập chuỗi “Toán” vào một ô, sau đó dùng chức năng Fill handle để điền các chuỗi “Lý” và “Hóa” vào các ô tiếp theo. Bạn phải thiết lập tính năng gì để thực hiện được công việc trên?</w:t>
      </w:r>
    </w:p>
    <w:p>
      <w:pPr>
        <w:pStyle w:val="ListParagraph"/>
      </w:pPr>
      <w:r>
        <w:rPr>
          <w:sz w:val="22"/>
        </w:rPr>
        <w:t>A. Custom List</w:t>
      </w:r>
    </w:p>
    <w:p>
      <w:pPr>
        <w:pStyle w:val="ListParagraph"/>
      </w:pPr>
      <w:r>
        <w:rPr>
          <w:sz w:val="22"/>
        </w:rPr>
        <w:t>B. Auto Fill Options</w:t>
      </w:r>
    </w:p>
    <w:p>
      <w:pPr>
        <w:pStyle w:val="ListParagraph"/>
      </w:pPr>
      <w:r>
        <w:rPr>
          <w:sz w:val="22"/>
        </w:rPr>
        <w:t>C. Fill Across Worksheet</w:t>
      </w:r>
    </w:p>
    <w:p>
      <w:pPr>
        <w:pStyle w:val="ListParagraph"/>
      </w:pPr>
      <w:r>
        <w:rPr>
          <w:sz w:val="22"/>
        </w:rPr>
        <w:t>D. Fill Series</w:t>
      </w:r>
    </w:p>
    <w:p/>
    <w:p>
      <w:r>
        <w:rPr>
          <w:b/>
          <w:sz w:val="24"/>
        </w:rPr>
        <w:t>Câu 38: Biểu đồ biểu diễn tăng giảm của số liệu trên một hàng hay một cột, biểu đồ chỉ nằm gọn trên một ô duy nhất, đây là loại biểu đồ gì</w:t>
      </w:r>
    </w:p>
    <w:p>
      <w:pPr>
        <w:pStyle w:val="ListParagraph"/>
      </w:pPr>
      <w:r>
        <w:rPr>
          <w:sz w:val="22"/>
        </w:rPr>
        <w:t>A. Sparklines</w:t>
      </w:r>
    </w:p>
    <w:p>
      <w:pPr>
        <w:pStyle w:val="ListParagraph"/>
      </w:pPr>
      <w:r>
        <w:rPr>
          <w:sz w:val="22"/>
        </w:rPr>
        <w:t>B. Column</w:t>
      </w:r>
    </w:p>
    <w:p>
      <w:pPr>
        <w:pStyle w:val="ListParagraph"/>
      </w:pPr>
      <w:r>
        <w:rPr>
          <w:sz w:val="22"/>
        </w:rPr>
        <w:t>C. Pie</w:t>
      </w:r>
    </w:p>
    <w:p>
      <w:pPr>
        <w:pStyle w:val="ListParagraph"/>
      </w:pPr>
      <w:r>
        <w:rPr>
          <w:sz w:val="22"/>
        </w:rPr>
        <w:t>D. PivotChart</w:t>
      </w:r>
    </w:p>
    <w:p/>
    <w:p>
      <w:r>
        <w:rPr>
          <w:b/>
          <w:sz w:val="24"/>
        </w:rPr>
        <w:t>Câu 39: Lựa chọn nào sau đây dùng để đánh dấu những điểm quan trọng trong biểu đồ</w:t>
      </w:r>
    </w:p>
    <w:p>
      <w:pPr>
        <w:pStyle w:val="ListParagraph"/>
      </w:pPr>
      <w:r>
        <w:rPr>
          <w:sz w:val="22"/>
        </w:rPr>
        <w:t>A. Sparklines</w:t>
      </w:r>
    </w:p>
    <w:p>
      <w:pPr>
        <w:pStyle w:val="ListParagraph"/>
      </w:pPr>
      <w:r>
        <w:rPr>
          <w:sz w:val="22"/>
        </w:rPr>
        <w:t>B. Chọn ô chứa Sparklines, trên tab Design, đánh dấu chọn vào ô makers</w:t>
      </w:r>
    </w:p>
    <w:p>
      <w:pPr>
        <w:pStyle w:val="ListParagraph"/>
      </w:pPr>
      <w:r>
        <w:rPr>
          <w:sz w:val="22"/>
        </w:rPr>
        <w:t>C. Chọn ô chứa Sparklines, trên tab Format, đánh dấu chọn vào ô makers</w:t>
      </w:r>
    </w:p>
    <w:p>
      <w:pPr>
        <w:pStyle w:val="ListParagraph"/>
      </w:pPr>
      <w:r>
        <w:rPr>
          <w:sz w:val="22"/>
        </w:rPr>
        <w:t>D. Chọn ô chứa Sparklines, trên tab Design, đánh dấu chọn vào ô High Point</w:t>
      </w:r>
    </w:p>
    <w:p/>
    <w:p>
      <w:r>
        <w:rPr>
          <w:b/>
          <w:sz w:val="24"/>
        </w:rPr>
        <w:t>Câu 40: Lựa chọn nào sau đây dùng để chuyển đổi kiểu biểu đồ?</w:t>
      </w:r>
    </w:p>
    <w:p>
      <w:pPr>
        <w:pStyle w:val="ListParagraph"/>
      </w:pPr>
      <w:r>
        <w:rPr>
          <w:sz w:val="22"/>
        </w:rPr>
        <w:t>A. New Chart Type</w:t>
      </w:r>
    </w:p>
    <w:p>
      <w:pPr>
        <w:pStyle w:val="ListParagraph"/>
      </w:pPr>
      <w:r>
        <w:rPr>
          <w:sz w:val="22"/>
        </w:rPr>
        <w:t>B. Adjust Type</w:t>
      </w:r>
    </w:p>
    <w:p>
      <w:pPr>
        <w:pStyle w:val="ListParagraph"/>
      </w:pPr>
      <w:r>
        <w:rPr>
          <w:sz w:val="22"/>
        </w:rPr>
        <w:t>C. Chart Category</w:t>
      </w:r>
    </w:p>
    <w:p>
      <w:pPr>
        <w:pStyle w:val="ListParagraph"/>
      </w:pPr>
      <w:r>
        <w:rPr>
          <w:sz w:val="22"/>
        </w:rPr>
        <w:t>D. Change Chart Type</w:t>
      </w:r>
    </w:p>
    <w:p/>
    <w:p>
      <w:r>
        <w:rPr>
          <w:b/>
          <w:sz w:val="24"/>
        </w:rPr>
        <w:t>Câu 41: Loại biểu đồ nào là ứng viên tốt nhất để nhấn mạnh khuynh hướng bán hàng trong một khoảng thời gian</w:t>
      </w:r>
    </w:p>
    <w:p>
      <w:pPr>
        <w:pStyle w:val="ListParagraph"/>
      </w:pPr>
      <w:r>
        <w:rPr>
          <w:sz w:val="22"/>
        </w:rPr>
        <w:t>A. Line</w:t>
      </w:r>
    </w:p>
    <w:p>
      <w:pPr>
        <w:pStyle w:val="ListParagraph"/>
      </w:pPr>
      <w:r>
        <w:rPr>
          <w:sz w:val="22"/>
        </w:rPr>
        <w:t>B. Area</w:t>
      </w:r>
    </w:p>
    <w:p>
      <w:pPr>
        <w:pStyle w:val="ListParagraph"/>
      </w:pPr>
      <w:r>
        <w:rPr>
          <w:sz w:val="22"/>
        </w:rPr>
        <w:t>C. Pie</w:t>
      </w:r>
    </w:p>
    <w:p>
      <w:pPr>
        <w:pStyle w:val="ListParagraph"/>
      </w:pPr>
      <w:r>
        <w:rPr>
          <w:sz w:val="22"/>
        </w:rPr>
        <w:t>D. Scatter</w:t>
      </w:r>
    </w:p>
    <w:p/>
    <w:p>
      <w:r>
        <w:rPr>
          <w:b/>
          <w:sz w:val="24"/>
        </w:rPr>
        <w:t>Câu 42: Lựa chọn nào sau đây không phải là thành phần của biểu đồ?</w:t>
      </w:r>
    </w:p>
    <w:p>
      <w:pPr>
        <w:pStyle w:val="ListParagraph"/>
      </w:pPr>
      <w:r>
        <w:rPr>
          <w:sz w:val="22"/>
        </w:rPr>
        <w:t>A. Axes</w:t>
      </w:r>
    </w:p>
    <w:p>
      <w:pPr>
        <w:pStyle w:val="ListParagraph"/>
      </w:pPr>
      <w:r>
        <w:rPr>
          <w:sz w:val="22"/>
        </w:rPr>
        <w:t>B. Data Labels</w:t>
      </w:r>
    </w:p>
    <w:p>
      <w:pPr>
        <w:pStyle w:val="ListParagraph"/>
      </w:pPr>
      <w:r>
        <w:rPr>
          <w:sz w:val="22"/>
        </w:rPr>
        <w:t>C. Data Table</w:t>
      </w:r>
    </w:p>
    <w:p>
      <w:pPr>
        <w:pStyle w:val="ListParagraph"/>
      </w:pPr>
      <w:r>
        <w:rPr>
          <w:sz w:val="22"/>
        </w:rPr>
        <w:t>D. Chart Area</w:t>
      </w:r>
    </w:p>
    <w:p/>
    <w:p>
      <w:r>
        <w:rPr>
          <w:b/>
          <w:sz w:val="24"/>
        </w:rPr>
        <w:t>Câu 43: Thao tác nào sau đây thực hiện thay đổi vị trí của chú thích (legend) của biểu đồ</w:t>
      </w:r>
    </w:p>
    <w:p>
      <w:pPr>
        <w:pStyle w:val="ListParagraph"/>
      </w:pPr>
      <w:r>
        <w:rPr>
          <w:sz w:val="22"/>
        </w:rPr>
        <w:t>A. Chọn biểu đồ, click nút Add chart element-&gt; legend-&gt; chọn vị trí</w:t>
      </w:r>
    </w:p>
    <w:p>
      <w:pPr>
        <w:pStyle w:val="ListParagraph"/>
      </w:pPr>
      <w:r>
        <w:rPr>
          <w:sz w:val="22"/>
        </w:rPr>
        <w:t>B. Chọn biểu đồ, click nút Chart element-&gt; legend-&gt; chọn vị trí</w:t>
      </w:r>
    </w:p>
    <w:p>
      <w:pPr>
        <w:pStyle w:val="ListParagraph"/>
      </w:pPr>
      <w:r>
        <w:rPr>
          <w:sz w:val="22"/>
        </w:rPr>
        <w:t>C. Chọn biểu đồ, trong nhóm Chart Style-&gt; chọn kiểu chứa vị trí cần thay đổi</w:t>
      </w:r>
    </w:p>
    <w:p>
      <w:pPr>
        <w:pStyle w:val="ListParagraph"/>
      </w:pPr>
      <w:r>
        <w:rPr>
          <w:sz w:val="22"/>
        </w:rPr>
        <w:t>D. Chọn biểu đồ, click nút Quick layout-&gt; chọn kiểu chứa vị trí cần thay đổi</w:t>
      </w:r>
    </w:p>
    <w:p/>
    <w:p>
      <w:r>
        <w:rPr>
          <w:b/>
          <w:sz w:val="24"/>
        </w:rPr>
        <w:t>Câu 44: Lựa chọn nào sau đây dùng để xóa Sparklines?</w:t>
      </w:r>
    </w:p>
    <w:p>
      <w:pPr>
        <w:pStyle w:val="ListParagraph"/>
      </w:pPr>
      <w:r>
        <w:rPr>
          <w:sz w:val="22"/>
        </w:rPr>
        <w:t>A. Chọn các ô chứa Sparklines, chọn tab Design, click nút Clear select Sparklines</w:t>
      </w:r>
    </w:p>
    <w:p>
      <w:pPr>
        <w:pStyle w:val="ListParagraph"/>
      </w:pPr>
      <w:r>
        <w:rPr>
          <w:sz w:val="22"/>
        </w:rPr>
        <w:t>B. Chọn các ô chứa Sparklines, nhấn phím Delete</w:t>
      </w:r>
    </w:p>
    <w:p>
      <w:pPr>
        <w:pStyle w:val="ListParagraph"/>
      </w:pPr>
      <w:r>
        <w:rPr>
          <w:sz w:val="22"/>
        </w:rPr>
        <w:t>C. Chọn các ô chứa Sparklines, chọn tab Home, click nút Clear, chọn Clear contents</w:t>
      </w:r>
    </w:p>
    <w:p>
      <w:pPr>
        <w:pStyle w:val="ListParagraph"/>
      </w:pPr>
      <w:r>
        <w:rPr>
          <w:sz w:val="22"/>
        </w:rPr>
        <w:t>D. Chọn các ô chứa Sparklines, chọn tab Home, click nút Clear, chọn Clear format</w:t>
      </w:r>
    </w:p>
    <w:p/>
    <w:p>
      <w:r>
        <w:rPr>
          <w:b/>
          <w:sz w:val="24"/>
        </w:rPr>
        <w:t>Câu 45: Thao tác nào thiết lập hướng di chuyển của con trỏ sau khi nhấn Enter</w:t>
      </w:r>
    </w:p>
    <w:p>
      <w:pPr>
        <w:pStyle w:val="ListParagraph"/>
      </w:pPr>
      <w:r>
        <w:rPr>
          <w:sz w:val="22"/>
        </w:rPr>
        <w:t>A. File -&gt; Options-&gt;Advanced-&gt;Editing options, trong mục direction, chọn hướng di chuyển</w:t>
      </w:r>
    </w:p>
    <w:p>
      <w:pPr>
        <w:pStyle w:val="ListParagraph"/>
      </w:pPr>
      <w:r>
        <w:rPr>
          <w:sz w:val="22"/>
        </w:rPr>
        <w:t>B. File -&gt; Options-&gt;General-&gt;Editing options, direction, chọn hướng di chuyển</w:t>
      </w:r>
    </w:p>
    <w:p>
      <w:pPr>
        <w:pStyle w:val="ListParagraph"/>
      </w:pPr>
      <w:r>
        <w:rPr>
          <w:sz w:val="22"/>
        </w:rPr>
        <w:t>C. File -&gt; Options-&gt;Profing-&gt; trong mục direction, chọn hướng di chuyển</w:t>
      </w:r>
    </w:p>
    <w:p>
      <w:pPr>
        <w:pStyle w:val="ListParagraph"/>
      </w:pPr>
      <w:r>
        <w:rPr>
          <w:sz w:val="22"/>
        </w:rPr>
        <w:t>D. File -&gt; Options-&gt; Profing -&gt; trong mục direction, chọn hướng di chuyển</w:t>
      </w:r>
    </w:p>
    <w:p/>
    <w:p>
      <w:r>
        <w:rPr>
          <w:b/>
          <w:sz w:val="24"/>
        </w:rPr>
        <w:t>Câu 46: Cho bảng tính như hình. Công thức nào sau đây dùng để điền dữ liệu cho cột xếp hạng cho thí sinh dựa vào điểm</w:t>
      </w:r>
    </w:p>
    <w:p>
      <w:pPr>
        <w:pStyle w:val="ListParagraph"/>
      </w:pPr>
      <w:r>
        <w:rPr>
          <w:sz w:val="22"/>
        </w:rPr>
        <w:t>A. =RANK(A2,$A$2:$A$8,0)</w:t>
      </w:r>
    </w:p>
    <w:p>
      <w:pPr>
        <w:pStyle w:val="ListParagraph"/>
      </w:pPr>
      <w:r>
        <w:rPr>
          <w:sz w:val="22"/>
        </w:rPr>
        <w:t>B. =RANK(A2,$A$2:$A$8,1)</w:t>
      </w:r>
    </w:p>
    <w:p>
      <w:pPr>
        <w:pStyle w:val="ListParagraph"/>
      </w:pPr>
      <w:r>
        <w:rPr>
          <w:sz w:val="22"/>
        </w:rPr>
        <w:t>C. =RANK(A2, A2:A8,0)</w:t>
      </w:r>
    </w:p>
    <w:p>
      <w:pPr>
        <w:pStyle w:val="ListParagraph"/>
      </w:pPr>
      <w:r>
        <w:rPr>
          <w:sz w:val="22"/>
        </w:rPr>
        <w:t>D. =RANK(A3,$A$2:$A$8,0)</w:t>
      </w:r>
    </w:p>
    <w:p/>
    <w:p>
      <w:r>
        <w:rPr>
          <w:b/>
          <w:sz w:val="24"/>
        </w:rPr>
        <w:t>Câu 47: Chức năng Pivot table có thể thực thi thay thế cho hàm nào sau đây:</w:t>
      </w:r>
    </w:p>
    <w:p>
      <w:pPr>
        <w:pStyle w:val="ListParagraph"/>
      </w:pPr>
      <w:r>
        <w:rPr>
          <w:sz w:val="22"/>
        </w:rPr>
        <w:t>A. Sum, Count, Average</w:t>
      </w:r>
    </w:p>
    <w:p>
      <w:pPr>
        <w:pStyle w:val="ListParagraph"/>
      </w:pPr>
      <w:r>
        <w:rPr>
          <w:sz w:val="22"/>
        </w:rPr>
        <w:t>B. Sumif, Countif, Averageif</w:t>
      </w:r>
    </w:p>
    <w:p>
      <w:pPr>
        <w:pStyle w:val="ListParagraph"/>
      </w:pPr>
      <w:r>
        <w:rPr>
          <w:sz w:val="22"/>
        </w:rPr>
        <w:t>C. Max, Min</w:t>
      </w:r>
    </w:p>
    <w:p>
      <w:pPr>
        <w:pStyle w:val="ListParagraph"/>
      </w:pPr>
      <w:r>
        <w:rPr>
          <w:sz w:val="22"/>
        </w:rPr>
        <w:t>D. Tất cả các lựa chọn đều đúng</w:t>
      </w:r>
    </w:p>
    <w:p/>
    <w:p>
      <w:r>
        <w:rPr>
          <w:b/>
          <w:sz w:val="24"/>
        </w:rPr>
        <w:t>Câu 48: Định nghĩa tên cho dãy ô A1:J1 là dong, và dãy ô A1:A10 là cot, tại ô B2, nhập công thức =dong*cot, công thức này tương đương với công thức nào sau đây?</w:t>
      </w:r>
    </w:p>
    <w:p>
      <w:pPr>
        <w:pStyle w:val="ListParagraph"/>
      </w:pPr>
      <w:r>
        <w:rPr>
          <w:sz w:val="22"/>
        </w:rPr>
        <w:t>A. =$A2*B$1</w:t>
      </w:r>
    </w:p>
    <w:p>
      <w:pPr>
        <w:pStyle w:val="ListParagraph"/>
      </w:pPr>
      <w:r>
        <w:rPr>
          <w:sz w:val="22"/>
        </w:rPr>
        <w:t>B. =$A$2*$B$1</w:t>
      </w:r>
    </w:p>
    <w:p>
      <w:pPr>
        <w:pStyle w:val="ListParagraph"/>
      </w:pPr>
      <w:r>
        <w:rPr>
          <w:sz w:val="22"/>
        </w:rPr>
        <w:t>C. =A$2*B$1</w:t>
      </w:r>
    </w:p>
    <w:p>
      <w:pPr>
        <w:pStyle w:val="ListParagraph"/>
      </w:pPr>
      <w:r>
        <w:rPr>
          <w:sz w:val="22"/>
        </w:rPr>
        <w:t>D. =A2*$B1</w:t>
      </w:r>
    </w:p>
    <w:p/>
    <w:p>
      <w:r>
        <w:rPr>
          <w:b/>
          <w:sz w:val="24"/>
        </w:rPr>
        <w:t>Câu 49: Cho bảng tính như hình. Sử dụng hàm nào sau đây để tính điểm trung bình của thí sinh theo môn thi</w:t>
      </w:r>
    </w:p>
    <w:p>
      <w:pPr>
        <w:pStyle w:val="ListParagraph"/>
      </w:pPr>
      <w:r>
        <w:rPr>
          <w:sz w:val="22"/>
        </w:rPr>
        <w:t>A. Average</w:t>
      </w:r>
    </w:p>
    <w:p>
      <w:pPr>
        <w:pStyle w:val="ListParagraph"/>
      </w:pPr>
      <w:r>
        <w:rPr>
          <w:sz w:val="22"/>
        </w:rPr>
        <w:t>B. Averageif, averageifs</w:t>
      </w:r>
    </w:p>
    <w:p>
      <w:pPr>
        <w:pStyle w:val="ListParagraph"/>
      </w:pPr>
      <w:r>
        <w:rPr>
          <w:sz w:val="22"/>
        </w:rPr>
        <w:t>C. Average, averageifs</w:t>
      </w:r>
    </w:p>
    <w:p>
      <w:pPr>
        <w:pStyle w:val="ListParagraph"/>
      </w:pPr>
      <w:r>
        <w:rPr>
          <w:sz w:val="22"/>
        </w:rPr>
        <w:t>D. Averageif, Average</w:t>
      </w:r>
    </w:p>
    <w:p/>
    <w:p>
      <w:r>
        <w:rPr>
          <w:b/>
          <w:sz w:val="24"/>
        </w:rPr>
        <w:t>Câu 50: Cho bảng tính như hình, SparkLine trong hình thuộc loại nào?</w:t>
      </w:r>
    </w:p>
    <w:p>
      <w:pPr>
        <w:pStyle w:val="ListParagraph"/>
      </w:pPr>
      <w:r>
        <w:rPr>
          <w:sz w:val="22"/>
        </w:rPr>
        <w:t>A. Line</w:t>
      </w:r>
    </w:p>
    <w:p>
      <w:pPr>
        <w:pStyle w:val="ListParagraph"/>
      </w:pPr>
      <w:r>
        <w:rPr>
          <w:sz w:val="22"/>
        </w:rPr>
        <w:t>B. SparkLine</w:t>
      </w:r>
    </w:p>
    <w:p>
      <w:pPr>
        <w:pStyle w:val="ListParagraph"/>
      </w:pPr>
      <w:r>
        <w:rPr>
          <w:sz w:val="22"/>
        </w:rPr>
        <w:t>C. Column SparkLine</w:t>
      </w:r>
    </w:p>
    <w:p>
      <w:pPr>
        <w:pStyle w:val="ListParagraph"/>
      </w:pPr>
      <w:r>
        <w:rPr>
          <w:sz w:val="22"/>
        </w:rPr>
        <w:t>D. Win/Loss SparkLine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D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C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D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C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D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B</w:t>
      </w:r>
    </w:p>
    <w:p>
      <w:r>
        <w:rPr>
          <w:b/>
        </w:rPr>
        <w:t>Câu 40: Đáp án đúng: D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C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D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B</w:t>
      </w:r>
    </w:p>
    <w:p>
      <w:r>
        <w:rPr>
          <w:b/>
        </w:rPr>
        <w:t>Câu 50: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