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My Family Members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is the correct word for 'mẹ' in English?</w:t>
      </w:r>
    </w:p>
    <w:p>
      <w:pPr>
        <w:pStyle w:val="ListParagraph"/>
      </w:pPr>
      <w:r>
        <w:rPr>
          <w:sz w:val="22"/>
        </w:rPr>
        <w:t>A. father</w:t>
      </w:r>
    </w:p>
    <w:p>
      <w:pPr>
        <w:pStyle w:val="ListParagraph"/>
      </w:pPr>
      <w:r>
        <w:rPr>
          <w:sz w:val="22"/>
        </w:rPr>
        <w:t>B. mother</w:t>
      </w:r>
    </w:p>
    <w:p>
      <w:pPr>
        <w:pStyle w:val="ListParagraph"/>
      </w:pPr>
      <w:r>
        <w:rPr>
          <w:sz w:val="22"/>
        </w:rPr>
        <w:t>C. sister</w:t>
      </w:r>
    </w:p>
    <w:p>
      <w:pPr>
        <w:pStyle w:val="ListParagraph"/>
      </w:pPr>
      <w:r>
        <w:rPr>
          <w:sz w:val="22"/>
        </w:rPr>
        <w:t>D. brother</w:t>
      </w:r>
    </w:p>
    <w:p/>
    <w:p>
      <w:r>
        <w:rPr>
          <w:b/>
          <w:sz w:val="24"/>
        </w:rPr>
        <w:t>Câu 2: How do you say 'bố' in English?</w:t>
      </w:r>
    </w:p>
    <w:p>
      <w:pPr>
        <w:pStyle w:val="ListParagraph"/>
      </w:pPr>
      <w:r>
        <w:rPr>
          <w:sz w:val="22"/>
        </w:rPr>
        <w:t>A. mother</w:t>
      </w:r>
    </w:p>
    <w:p>
      <w:pPr>
        <w:pStyle w:val="ListParagraph"/>
      </w:pPr>
      <w:r>
        <w:rPr>
          <w:sz w:val="22"/>
        </w:rPr>
        <w:t>B. father</w:t>
      </w:r>
    </w:p>
    <w:p>
      <w:pPr>
        <w:pStyle w:val="ListParagraph"/>
      </w:pPr>
      <w:r>
        <w:rPr>
          <w:sz w:val="22"/>
        </w:rPr>
        <w:t>C. uncle</w:t>
      </w:r>
    </w:p>
    <w:p>
      <w:pPr>
        <w:pStyle w:val="ListParagraph"/>
      </w:pPr>
      <w:r>
        <w:rPr>
          <w:sz w:val="22"/>
        </w:rPr>
        <w:t>D. aunt</w:t>
      </w:r>
    </w:p>
    <w:p/>
    <w:p>
      <w:r>
        <w:rPr>
          <w:b/>
          <w:sz w:val="24"/>
        </w:rPr>
        <w:t>Câu 3: Which word means 'anh trai'?</w:t>
      </w:r>
    </w:p>
    <w:p>
      <w:pPr>
        <w:pStyle w:val="ListParagraph"/>
      </w:pPr>
      <w:r>
        <w:rPr>
          <w:sz w:val="22"/>
        </w:rPr>
        <w:t>A. sister</w:t>
      </w:r>
    </w:p>
    <w:p>
      <w:pPr>
        <w:pStyle w:val="ListParagraph"/>
      </w:pPr>
      <w:r>
        <w:rPr>
          <w:sz w:val="22"/>
        </w:rPr>
        <w:t>B. brother</w:t>
      </w:r>
    </w:p>
    <w:p>
      <w:pPr>
        <w:pStyle w:val="ListParagraph"/>
      </w:pPr>
      <w:r>
        <w:rPr>
          <w:sz w:val="22"/>
        </w:rPr>
        <w:t>C. father</w:t>
      </w:r>
    </w:p>
    <w:p>
      <w:pPr>
        <w:pStyle w:val="ListParagraph"/>
      </w:pPr>
      <w:r>
        <w:rPr>
          <w:sz w:val="22"/>
        </w:rPr>
        <w:t>D. mother</w:t>
      </w:r>
    </w:p>
    <w:p/>
    <w:p>
      <w:r>
        <w:rPr>
          <w:b/>
          <w:sz w:val="24"/>
        </w:rPr>
        <w:t>Câu 4: Which word means 'chị gái'?</w:t>
      </w:r>
    </w:p>
    <w:p>
      <w:pPr>
        <w:pStyle w:val="ListParagraph"/>
      </w:pPr>
      <w:r>
        <w:rPr>
          <w:sz w:val="22"/>
        </w:rPr>
        <w:t>A. brother</w:t>
      </w:r>
    </w:p>
    <w:p>
      <w:pPr>
        <w:pStyle w:val="ListParagraph"/>
      </w:pPr>
      <w:r>
        <w:rPr>
          <w:sz w:val="22"/>
        </w:rPr>
        <w:t>B. sister</w:t>
      </w:r>
    </w:p>
    <w:p>
      <w:pPr>
        <w:pStyle w:val="ListParagraph"/>
      </w:pPr>
      <w:r>
        <w:rPr>
          <w:sz w:val="22"/>
        </w:rPr>
        <w:t>C. aunt</w:t>
      </w:r>
    </w:p>
    <w:p>
      <w:pPr>
        <w:pStyle w:val="ListParagraph"/>
      </w:pPr>
      <w:r>
        <w:rPr>
          <w:sz w:val="22"/>
        </w:rPr>
        <w:t>D. uncle</w:t>
      </w:r>
    </w:p>
    <w:p/>
    <w:p>
      <w:r>
        <w:rPr>
          <w:b/>
          <w:sz w:val="24"/>
        </w:rPr>
        <w:t>Câu 5: What is the English word for 'ông'?</w:t>
      </w:r>
    </w:p>
    <w:p>
      <w:pPr>
        <w:pStyle w:val="ListParagraph"/>
      </w:pPr>
      <w:r>
        <w:rPr>
          <w:sz w:val="22"/>
        </w:rPr>
        <w:t>A. grandmother</w:t>
      </w:r>
    </w:p>
    <w:p>
      <w:pPr>
        <w:pStyle w:val="ListParagraph"/>
      </w:pPr>
      <w:r>
        <w:rPr>
          <w:sz w:val="22"/>
        </w:rPr>
        <w:t>B. grandfather</w:t>
      </w:r>
    </w:p>
    <w:p>
      <w:pPr>
        <w:pStyle w:val="ListParagraph"/>
      </w:pPr>
      <w:r>
        <w:rPr>
          <w:sz w:val="22"/>
        </w:rPr>
        <w:t>C. father</w:t>
      </w:r>
    </w:p>
    <w:p>
      <w:pPr>
        <w:pStyle w:val="ListParagraph"/>
      </w:pPr>
      <w:r>
        <w:rPr>
          <w:sz w:val="22"/>
        </w:rPr>
        <w:t>D. mother</w:t>
      </w:r>
    </w:p>
    <w:p/>
    <w:p>
      <w:r>
        <w:rPr>
          <w:b/>
          <w:sz w:val="24"/>
        </w:rPr>
        <w:t>Câu 6: What is the English word for 'bà'?</w:t>
      </w:r>
    </w:p>
    <w:p>
      <w:pPr>
        <w:pStyle w:val="ListParagraph"/>
      </w:pPr>
      <w:r>
        <w:rPr>
          <w:sz w:val="22"/>
        </w:rPr>
        <w:t>A. grandfather</w:t>
      </w:r>
    </w:p>
    <w:p>
      <w:pPr>
        <w:pStyle w:val="ListParagraph"/>
      </w:pPr>
      <w:r>
        <w:rPr>
          <w:sz w:val="22"/>
        </w:rPr>
        <w:t>B. grandmother</w:t>
      </w:r>
    </w:p>
    <w:p>
      <w:pPr>
        <w:pStyle w:val="ListParagraph"/>
      </w:pPr>
      <w:r>
        <w:rPr>
          <w:sz w:val="22"/>
        </w:rPr>
        <w:t>C. sister</w:t>
      </w:r>
    </w:p>
    <w:p>
      <w:pPr>
        <w:pStyle w:val="ListParagraph"/>
      </w:pPr>
      <w:r>
        <w:rPr>
          <w:sz w:val="22"/>
        </w:rPr>
        <w:t>D. brother</w:t>
      </w:r>
    </w:p>
    <w:p/>
    <w:p>
      <w:r>
        <w:rPr>
          <w:b/>
          <w:sz w:val="24"/>
        </w:rPr>
        <w:t>Câu 7: Which word means 'em gái'?</w:t>
      </w:r>
    </w:p>
    <w:p>
      <w:pPr>
        <w:pStyle w:val="ListParagraph"/>
      </w:pPr>
      <w:r>
        <w:rPr>
          <w:sz w:val="22"/>
        </w:rPr>
        <w:t>A. little brother</w:t>
      </w:r>
    </w:p>
    <w:p>
      <w:pPr>
        <w:pStyle w:val="ListParagraph"/>
      </w:pPr>
      <w:r>
        <w:rPr>
          <w:sz w:val="22"/>
        </w:rPr>
        <w:t>B. little sister</w:t>
      </w:r>
    </w:p>
    <w:p>
      <w:pPr>
        <w:pStyle w:val="ListParagraph"/>
      </w:pPr>
      <w:r>
        <w:rPr>
          <w:sz w:val="22"/>
        </w:rPr>
        <w:t>C. big sister</w:t>
      </w:r>
    </w:p>
    <w:p>
      <w:pPr>
        <w:pStyle w:val="ListParagraph"/>
      </w:pPr>
      <w:r>
        <w:rPr>
          <w:sz w:val="22"/>
        </w:rPr>
        <w:t>D. big brother</w:t>
      </w:r>
    </w:p>
    <w:p/>
    <w:p>
      <w:r>
        <w:rPr>
          <w:b/>
          <w:sz w:val="24"/>
        </w:rPr>
        <w:t>Câu 8: Which word means 'em trai'?</w:t>
      </w:r>
    </w:p>
    <w:p>
      <w:pPr>
        <w:pStyle w:val="ListParagraph"/>
      </w:pPr>
      <w:r>
        <w:rPr>
          <w:sz w:val="22"/>
        </w:rPr>
        <w:t>A. little sister</w:t>
      </w:r>
    </w:p>
    <w:p>
      <w:pPr>
        <w:pStyle w:val="ListParagraph"/>
      </w:pPr>
      <w:r>
        <w:rPr>
          <w:sz w:val="22"/>
        </w:rPr>
        <w:t>B. little brother</w:t>
      </w:r>
    </w:p>
    <w:p>
      <w:pPr>
        <w:pStyle w:val="ListParagraph"/>
      </w:pPr>
      <w:r>
        <w:rPr>
          <w:sz w:val="22"/>
        </w:rPr>
        <w:t>C. big brother</w:t>
      </w:r>
    </w:p>
    <w:p>
      <w:pPr>
        <w:pStyle w:val="ListParagraph"/>
      </w:pPr>
      <w:r>
        <w:rPr>
          <w:sz w:val="22"/>
        </w:rPr>
        <w:t>D. big sister</w:t>
      </w:r>
    </w:p>
    <w:p/>
    <w:p>
      <w:r>
        <w:rPr>
          <w:b/>
          <w:sz w:val="24"/>
        </w:rPr>
        <w:t>Câu 9: What is the English word for 'cô, dì'?</w:t>
      </w:r>
    </w:p>
    <w:p>
      <w:pPr>
        <w:pStyle w:val="ListParagraph"/>
      </w:pPr>
      <w:r>
        <w:rPr>
          <w:sz w:val="22"/>
        </w:rPr>
        <w:t>A. uncle</w:t>
      </w:r>
    </w:p>
    <w:p>
      <w:pPr>
        <w:pStyle w:val="ListParagraph"/>
      </w:pPr>
      <w:r>
        <w:rPr>
          <w:sz w:val="22"/>
        </w:rPr>
        <w:t>B. aunt</w:t>
      </w:r>
    </w:p>
    <w:p>
      <w:pPr>
        <w:pStyle w:val="ListParagraph"/>
      </w:pPr>
      <w:r>
        <w:rPr>
          <w:sz w:val="22"/>
        </w:rPr>
        <w:t>C. mother</w:t>
      </w:r>
    </w:p>
    <w:p>
      <w:pPr>
        <w:pStyle w:val="ListParagraph"/>
      </w:pPr>
      <w:r>
        <w:rPr>
          <w:sz w:val="22"/>
        </w:rPr>
        <w:t>D. sister</w:t>
      </w:r>
    </w:p>
    <w:p/>
    <w:p>
      <w:r>
        <w:rPr>
          <w:b/>
          <w:sz w:val="24"/>
        </w:rPr>
        <w:t>Câu 10: What is the English word for 'chú, bác trai'?</w:t>
      </w:r>
    </w:p>
    <w:p>
      <w:pPr>
        <w:pStyle w:val="ListParagraph"/>
      </w:pPr>
      <w:r>
        <w:rPr>
          <w:sz w:val="22"/>
        </w:rPr>
        <w:t>A. aunt</w:t>
      </w:r>
    </w:p>
    <w:p>
      <w:pPr>
        <w:pStyle w:val="ListParagraph"/>
      </w:pPr>
      <w:r>
        <w:rPr>
          <w:sz w:val="22"/>
        </w:rPr>
        <w:t>B. uncle</w:t>
      </w:r>
    </w:p>
    <w:p>
      <w:pPr>
        <w:pStyle w:val="ListParagraph"/>
      </w:pPr>
      <w:r>
        <w:rPr>
          <w:sz w:val="22"/>
        </w:rPr>
        <w:t>C. father</w:t>
      </w:r>
    </w:p>
    <w:p>
      <w:pPr>
        <w:pStyle w:val="ListParagraph"/>
      </w:pPr>
      <w:r>
        <w:rPr>
          <w:sz w:val="22"/>
        </w:rPr>
        <w:t>D. brother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