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TOÁN 12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Hàm số $y = x^3 - 3x^2 + 1$ đồng biến trên khoảng nào?</w:t>
      </w:r>
    </w:p>
    <w:p>
      <w:pPr>
        <w:pStyle w:val="ListParagraph"/>
      </w:pPr>
      <w:r>
        <w:rPr>
          <w:sz w:val="22"/>
        </w:rPr>
        <w:t>A. $(0;2)$</w:t>
      </w:r>
    </w:p>
    <w:p>
      <w:pPr>
        <w:pStyle w:val="ListParagraph"/>
      </w:pPr>
      <w:r>
        <w:rPr>
          <w:sz w:val="22"/>
        </w:rPr>
        <w:t>B. $(-\infty;0)$ và $(2;+\infty)$</w:t>
      </w:r>
    </w:p>
    <w:p>
      <w:pPr>
        <w:pStyle w:val="ListParagraph"/>
      </w:pPr>
      <w:r>
        <w:rPr>
          <w:sz w:val="22"/>
        </w:rPr>
        <w:t>C. $(-\infty;0)$</w:t>
      </w:r>
    </w:p>
    <w:p>
      <w:pPr>
        <w:pStyle w:val="ListParagraph"/>
      </w:pPr>
      <w:r>
        <w:rPr>
          <w:sz w:val="22"/>
        </w:rPr>
        <w:t>D. $(2;+\infty)$</w:t>
      </w:r>
    </w:p>
    <w:p/>
    <w:p>
      <w:r>
        <w:rPr>
          <w:b/>
          <w:sz w:val="24"/>
        </w:rPr>
        <w:t>Câu 2: Cho hàm số $y = -x^3 + 3x^2 - 3x + 1$. Mệnh đề nào sau đây đúng?</w:t>
      </w:r>
    </w:p>
    <w:p>
      <w:pPr>
        <w:pStyle w:val="ListParagraph"/>
      </w:pPr>
      <w:r>
        <w:rPr>
          <w:sz w:val="22"/>
        </w:rPr>
        <w:t>A. Hàm số nghịch biến trên $\mathbb{R}$</w:t>
      </w:r>
    </w:p>
    <w:p>
      <w:pPr>
        <w:pStyle w:val="ListParagraph"/>
      </w:pPr>
      <w:r>
        <w:rPr>
          <w:sz w:val="22"/>
        </w:rPr>
        <w:t>B. Hàm số đồng biến trên $\mathbb{R}$</w:t>
      </w:r>
    </w:p>
    <w:p>
      <w:pPr>
        <w:pStyle w:val="ListParagraph"/>
      </w:pPr>
      <w:r>
        <w:rPr>
          <w:sz w:val="22"/>
        </w:rPr>
        <w:t>C. Hàm số đạt cực tiểu tại $x=1$</w:t>
      </w:r>
    </w:p>
    <w:p>
      <w:pPr>
        <w:pStyle w:val="ListParagraph"/>
      </w:pPr>
      <w:r>
        <w:rPr>
          <w:sz w:val="22"/>
        </w:rPr>
        <w:t>D. Hàm số đạt cực đại tại $x=1$</w:t>
      </w:r>
    </w:p>
    <w:p/>
    <w:p>
      <w:r>
        <w:rPr>
          <w:b/>
          <w:sz w:val="24"/>
        </w:rPr>
        <w:t>Câu 3: Số điểm cực trị của hàm số $y = x^4 - 2x^2 + 3$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4: Tiệm cận đứng của đồ thị hàm số $y = \frac{2x-1}{x+3}$ là:</w:t>
      </w:r>
    </w:p>
    <w:p>
      <w:pPr>
        <w:pStyle w:val="ListParagraph"/>
      </w:pPr>
      <w:r>
        <w:rPr>
          <w:sz w:val="22"/>
        </w:rPr>
        <w:t>A. $x = -3$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$y = 2$</w:t>
      </w:r>
    </w:p>
    <w:p>
      <w:pPr>
        <w:pStyle w:val="ListParagraph"/>
      </w:pPr>
      <w:r>
        <w:rPr>
          <w:sz w:val="22"/>
        </w:rPr>
        <w:t>D. $y = -3$</w:t>
      </w:r>
    </w:p>
    <w:p/>
    <w:p>
      <w:r>
        <w:rPr>
          <w:b/>
          <w:sz w:val="24"/>
        </w:rPr>
        <w:t>Câu 5: Giá trị lớn nhất của hàm số $y = -x^2 + 4x + 1$ trên $\mathbb{R}$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6: Cho hàm số $y = x^3 - 3x$. Khẳng định nào sau đây đúng?</w:t>
      </w:r>
    </w:p>
    <w:p>
      <w:pPr>
        <w:pStyle w:val="ListParagraph"/>
      </w:pPr>
      <w:r>
        <w:rPr>
          <w:sz w:val="22"/>
        </w:rPr>
        <w:t>A. Hàm số đạt cực đại tại $x = -1$</w:t>
      </w:r>
    </w:p>
    <w:p>
      <w:pPr>
        <w:pStyle w:val="ListParagraph"/>
      </w:pPr>
      <w:r>
        <w:rPr>
          <w:sz w:val="22"/>
        </w:rPr>
        <w:t>B. Hàm số đạt cực tiểu tại $x = -1$</w:t>
      </w:r>
    </w:p>
    <w:p>
      <w:pPr>
        <w:pStyle w:val="ListParagraph"/>
      </w:pPr>
      <w:r>
        <w:rPr>
          <w:sz w:val="22"/>
        </w:rPr>
        <w:t>C. Hàm số đạt cực đại tại $x = 1$</w:t>
      </w:r>
    </w:p>
    <w:p>
      <w:pPr>
        <w:pStyle w:val="ListParagraph"/>
      </w:pPr>
      <w:r>
        <w:rPr>
          <w:sz w:val="22"/>
        </w:rPr>
        <w:t>D. Hàm số không có cực trị</w:t>
      </w:r>
    </w:p>
    <w:p/>
    <w:p>
      <w:r>
        <w:rPr>
          <w:b/>
          <w:sz w:val="24"/>
        </w:rPr>
        <w:t>Câu 7: Đường tiệm cận ngang của đồ thị hàm số $y = \frac{3x+1}{x-2}$ là:</w:t>
      </w:r>
    </w:p>
    <w:p>
      <w:pPr>
        <w:pStyle w:val="ListParagraph"/>
      </w:pPr>
      <w:r>
        <w:rPr>
          <w:sz w:val="22"/>
        </w:rPr>
        <w:t>A. $x = 2$</w:t>
      </w:r>
    </w:p>
    <w:p>
      <w:pPr>
        <w:pStyle w:val="ListParagraph"/>
      </w:pPr>
      <w:r>
        <w:rPr>
          <w:sz w:val="22"/>
        </w:rPr>
        <w:t>B. $y = 3$</w:t>
      </w:r>
    </w:p>
    <w:p>
      <w:pPr>
        <w:pStyle w:val="ListParagraph"/>
      </w:pPr>
      <w:r>
        <w:rPr>
          <w:sz w:val="22"/>
        </w:rPr>
        <w:t>C. $y = -1$</w:t>
      </w:r>
    </w:p>
    <w:p>
      <w:pPr>
        <w:pStyle w:val="ListParagraph"/>
      </w:pPr>
      <w:r>
        <w:rPr>
          <w:sz w:val="22"/>
        </w:rPr>
        <w:t>D. $x = 3$</w:t>
      </w:r>
    </w:p>
    <w:p/>
    <w:p>
      <w:r>
        <w:rPr>
          <w:b/>
          <w:sz w:val="24"/>
        </w:rPr>
        <w:t>Câu 8: Hàm số $y = \frac{1}{3}x^3 - x^2 + 3x + 1$ có đạo hàm là:</w:t>
      </w:r>
    </w:p>
    <w:p>
      <w:pPr>
        <w:pStyle w:val="ListParagraph"/>
      </w:pPr>
      <w:r>
        <w:rPr>
          <w:sz w:val="22"/>
        </w:rPr>
        <w:t>A. $y' = x^2 - 2x + 3$</w:t>
      </w:r>
    </w:p>
    <w:p>
      <w:pPr>
        <w:pStyle w:val="ListParagraph"/>
      </w:pPr>
      <w:r>
        <w:rPr>
          <w:sz w:val="22"/>
        </w:rPr>
        <w:t>B. $y' = x^2 - 2x$</w:t>
      </w:r>
    </w:p>
    <w:p>
      <w:pPr>
        <w:pStyle w:val="ListParagraph"/>
      </w:pPr>
      <w:r>
        <w:rPr>
          <w:sz w:val="22"/>
        </w:rPr>
        <w:t>C. $y' = x^2 - 2x + 1$</w:t>
      </w:r>
    </w:p>
    <w:p>
      <w:pPr>
        <w:pStyle w:val="ListParagraph"/>
      </w:pPr>
      <w:r>
        <w:rPr>
          <w:sz w:val="22"/>
        </w:rPr>
        <w:t>D. $y' = 3x^2 - 2x + 3$</w:t>
      </w:r>
    </w:p>
    <w:p/>
    <w:p>
      <w:r>
        <w:rPr>
          <w:b/>
          <w:sz w:val="24"/>
        </w:rPr>
        <w:t>Câu 9: Hàm số $y = x^3 - 3x + 1$ nghịch biến trên khoảng nào?</w:t>
      </w:r>
    </w:p>
    <w:p>
      <w:pPr>
        <w:pStyle w:val="ListParagraph"/>
      </w:pPr>
      <w:r>
        <w:rPr>
          <w:sz w:val="22"/>
        </w:rPr>
        <w:t>A. $(-1;1)$</w:t>
      </w:r>
    </w:p>
    <w:p>
      <w:pPr>
        <w:pStyle w:val="ListParagraph"/>
      </w:pPr>
      <w:r>
        <w:rPr>
          <w:sz w:val="22"/>
        </w:rPr>
        <w:t>B. $(-\infty;-1)$</w:t>
      </w:r>
    </w:p>
    <w:p>
      <w:pPr>
        <w:pStyle w:val="ListParagraph"/>
      </w:pPr>
      <w:r>
        <w:rPr>
          <w:sz w:val="22"/>
        </w:rPr>
        <w:t>C. $(1;+\infty)$</w:t>
      </w:r>
    </w:p>
    <w:p>
      <w:pPr>
        <w:pStyle w:val="ListParagraph"/>
      </w:pPr>
      <w:r>
        <w:rPr>
          <w:sz w:val="22"/>
        </w:rPr>
        <w:t>D. $(-2;0)$</w:t>
      </w:r>
    </w:p>
    <w:p/>
    <w:p>
      <w:r>
        <w:rPr>
          <w:b/>
          <w:sz w:val="24"/>
        </w:rPr>
        <w:t>Câu 10: Tìm giá trị cực tiểu của hàm số $y = x^3 - 3x + 2$.</w:t>
      </w:r>
    </w:p>
    <w:p>
      <w:pPr>
        <w:pStyle w:val="ListParagraph"/>
      </w:pPr>
      <w:r>
        <w:rPr>
          <w:sz w:val="22"/>
        </w:rPr>
        <w:t>A. $y_{CT} = 0$</w:t>
      </w:r>
    </w:p>
    <w:p>
      <w:pPr>
        <w:pStyle w:val="ListParagraph"/>
      </w:pPr>
      <w:r>
        <w:rPr>
          <w:sz w:val="22"/>
        </w:rPr>
        <w:t>B. $y_{CT} = 4$</w:t>
      </w:r>
    </w:p>
    <w:p>
      <w:pPr>
        <w:pStyle w:val="ListParagraph"/>
      </w:pPr>
      <w:r>
        <w:rPr>
          <w:sz w:val="22"/>
        </w:rPr>
        <w:t>C. $y_{CT} = 2$</w:t>
      </w:r>
    </w:p>
    <w:p>
      <w:pPr>
        <w:pStyle w:val="ListParagraph"/>
      </w:pPr>
      <w:r>
        <w:rPr>
          <w:sz w:val="22"/>
        </w:rPr>
        <w:t>D. $y_{CT} = -2$</w:t>
      </w:r>
    </w:p>
    <w:p/>
    <w:p>
      <w:r>
        <w:rPr>
          <w:b/>
          <w:sz w:val="24"/>
        </w:rPr>
        <w:t>Câu 11: Tìm giá trị nhỏ nhất của hàm số $y = x + \frac{4}{x}$ trên khoảng $(0; +\infty)$.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12: Một vật chuyển động theo phương trình $s(t) = -t^3 + 6t^2 + 9t$ (m). Vận tốc lớn nhất của vật trong khoảng thời gian $0 \le t \le 5$ là:</w:t>
      </w:r>
    </w:p>
    <w:p>
      <w:pPr>
        <w:pStyle w:val="ListParagraph"/>
      </w:pPr>
      <w:r>
        <w:rPr>
          <w:sz w:val="22"/>
        </w:rPr>
        <w:t>A. 33 m/s</w:t>
      </w:r>
    </w:p>
    <w:p>
      <w:pPr>
        <w:pStyle w:val="ListParagraph"/>
      </w:pPr>
      <w:r>
        <w:rPr>
          <w:sz w:val="22"/>
        </w:rPr>
        <w:t>B. 21 m/s</w:t>
      </w:r>
    </w:p>
    <w:p>
      <w:pPr>
        <w:pStyle w:val="ListParagraph"/>
      </w:pPr>
      <w:r>
        <w:rPr>
          <w:sz w:val="22"/>
        </w:rPr>
        <w:t>C. 12 m/s</w:t>
      </w:r>
    </w:p>
    <w:p>
      <w:pPr>
        <w:pStyle w:val="ListParagraph"/>
      </w:pPr>
      <w:r>
        <w:rPr>
          <w:sz w:val="22"/>
        </w:rPr>
        <w:t>D. 45 m/s</w:t>
      </w:r>
    </w:p>
    <w:p/>
    <w:p>
      <w:r>
        <w:rPr>
          <w:b/>
          <w:sz w:val="24"/>
        </w:rPr>
        <w:t>Câu 13: Cho hàm số $y = \frac{x^2 - 3x + 2}{x+1}$. Tìm số tiệm cận của đồ thị hàm số.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14: Tìm tất cả các giá trị của tham số m để hàm số $y = x^3 - 3x^2 + mx + 1$ có hai điểm cực trị.</w:t>
      </w:r>
    </w:p>
    <w:p>
      <w:pPr>
        <w:pStyle w:val="ListParagraph"/>
      </w:pPr>
      <w:r>
        <w:rPr>
          <w:sz w:val="22"/>
        </w:rPr>
        <w:t>A. $m &lt; 3$</w:t>
      </w:r>
    </w:p>
    <w:p>
      <w:pPr>
        <w:pStyle w:val="ListParagraph"/>
      </w:pPr>
      <w:r>
        <w:rPr>
          <w:sz w:val="22"/>
        </w:rPr>
        <w:t>B. $m \le 3$</w:t>
      </w:r>
    </w:p>
    <w:p>
      <w:pPr>
        <w:pStyle w:val="ListParagraph"/>
      </w:pPr>
      <w:r>
        <w:rPr>
          <w:sz w:val="22"/>
        </w:rPr>
        <w:t>C. $m &gt; 3$</w:t>
      </w:r>
    </w:p>
    <w:p>
      <w:pPr>
        <w:pStyle w:val="ListParagraph"/>
      </w:pPr>
      <w:r>
        <w:rPr>
          <w:sz w:val="22"/>
        </w:rPr>
        <w:t>D. $m \ge 3$</w:t>
      </w:r>
    </w:p>
    <w:p/>
    <w:p>
      <w:r>
        <w:rPr>
          <w:b/>
          <w:sz w:val="24"/>
        </w:rPr>
        <w:t>Câu 15: Giá trị lớn nhất của hàm số $y = \sqrt{4 - x^2}$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16: Đồ thị hàm số $y = \frac{2x+1}{x-1}$ có tâm đối xứng là:</w:t>
      </w:r>
    </w:p>
    <w:p>
      <w:pPr>
        <w:pStyle w:val="ListParagraph"/>
      </w:pPr>
      <w:r>
        <w:rPr>
          <w:sz w:val="22"/>
        </w:rPr>
        <w:t>A. $I(1;2)$</w:t>
      </w:r>
    </w:p>
    <w:p>
      <w:pPr>
        <w:pStyle w:val="ListParagraph"/>
      </w:pPr>
      <w:r>
        <w:rPr>
          <w:sz w:val="22"/>
        </w:rPr>
        <w:t>B. $I(-1;2)$</w:t>
      </w:r>
    </w:p>
    <w:p>
      <w:pPr>
        <w:pStyle w:val="ListParagraph"/>
      </w:pPr>
      <w:r>
        <w:rPr>
          <w:sz w:val="22"/>
        </w:rPr>
        <w:t>C. $I(1;-2)$</w:t>
      </w:r>
    </w:p>
    <w:p>
      <w:pPr>
        <w:pStyle w:val="ListParagraph"/>
      </w:pPr>
      <w:r>
        <w:rPr>
          <w:sz w:val="22"/>
        </w:rPr>
        <w:t>D. $I(2;1)$</w:t>
      </w:r>
    </w:p>
    <w:p/>
    <w:p>
      <w:r>
        <w:rPr>
          <w:b/>
          <w:sz w:val="24"/>
        </w:rPr>
        <w:t>Câu 17: Một hộp không nắp được làm từ một miếng bìa hình chữ nhật có chiều dài 12 cm, chiều rộng 8 cm bằng cách cắt bốn góc các hình vuông có cạnh x (cm) rồi gập lên. Tìm x để thể tích hộp lớn nhất.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$x = 3$</w:t>
      </w:r>
    </w:p>
    <w:p>
      <w:pPr>
        <w:pStyle w:val="ListParagraph"/>
      </w:pPr>
      <w:r>
        <w:rPr>
          <w:sz w:val="22"/>
        </w:rPr>
        <w:t>D. $x = 4$</w:t>
      </w:r>
    </w:p>
    <w:p/>
    <w:p>
      <w:r>
        <w:rPr>
          <w:b/>
          <w:sz w:val="24"/>
        </w:rPr>
        <w:t>Câu 18: Tìm m để hàm số $y = \frac{x+1}{x+m}$ đồng biến trên từng khoảng xác định.</w:t>
      </w:r>
    </w:p>
    <w:p>
      <w:pPr>
        <w:pStyle w:val="ListParagraph"/>
      </w:pPr>
      <w:r>
        <w:rPr>
          <w:sz w:val="22"/>
        </w:rPr>
        <w:t>A. $m &gt; 1$</w:t>
      </w:r>
    </w:p>
    <w:p>
      <w:pPr>
        <w:pStyle w:val="ListParagraph"/>
      </w:pPr>
      <w:r>
        <w:rPr>
          <w:sz w:val="22"/>
        </w:rPr>
        <w:t>B. $m &lt; 1$</w:t>
      </w:r>
    </w:p>
    <w:p>
      <w:pPr>
        <w:pStyle w:val="ListParagraph"/>
      </w:pPr>
      <w:r>
        <w:rPr>
          <w:sz w:val="22"/>
        </w:rPr>
        <w:t>C. $m \ne 1$</w:t>
      </w:r>
    </w:p>
    <w:p>
      <w:pPr>
        <w:pStyle w:val="ListParagraph"/>
      </w:pPr>
      <w:r>
        <w:rPr>
          <w:sz w:val="22"/>
        </w:rPr>
        <w:t>D. $m = 1$</w:t>
      </w:r>
    </w:p>
    <w:p/>
    <w:p>
      <w:r>
        <w:rPr>
          <w:b/>
          <w:sz w:val="24"/>
        </w:rPr>
        <w:t>Câu 19: Cho hàm số $y = x^3 - 3mx^2 + 3(m^2-1)x + 1$. Tìm m để hàm số đạt cực đại tại x = 2.</w:t>
      </w:r>
    </w:p>
    <w:p>
      <w:pPr>
        <w:pStyle w:val="ListParagraph"/>
      </w:pPr>
      <w:r>
        <w:rPr>
          <w:sz w:val="22"/>
        </w:rPr>
        <w:t>A. $m = 1$ hoặc $m = 3$</w:t>
      </w:r>
    </w:p>
    <w:p>
      <w:pPr>
        <w:pStyle w:val="ListParagraph"/>
      </w:pPr>
      <w:r>
        <w:rPr>
          <w:sz w:val="22"/>
        </w:rPr>
        <w:t>B. $m = 1$</w:t>
      </w:r>
    </w:p>
    <w:p>
      <w:pPr>
        <w:pStyle w:val="ListParagraph"/>
      </w:pPr>
      <w:r>
        <w:rPr>
          <w:sz w:val="22"/>
        </w:rPr>
        <w:t>C. $m = 3$</w:t>
      </w:r>
    </w:p>
    <w:p>
      <w:pPr>
        <w:pStyle w:val="ListParagraph"/>
      </w:pPr>
      <w:r>
        <w:rPr>
          <w:sz w:val="22"/>
        </w:rPr>
        <w:t>D. $m = -1$</w:t>
      </w:r>
    </w:p>
    <w:p/>
    <w:p>
      <w:r>
        <w:rPr>
          <w:b/>
          <w:sz w:val="24"/>
        </w:rPr>
        <w:t>Câu 20: Giá trị nhỏ nhất của hàm số $y = \frac{x^2 + 2x + 2}{x+1}$ trên khoảng $(-1; +\infty)$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-1</w:t>
      </w:r>
    </w:p>
    <w:p/>
    <w:p>
      <w:r>
        <w:rPr>
          <w:b/>
          <w:sz w:val="24"/>
        </w:rPr>
        <w:t>Câu 21: Cho hàm số $y = x^3 - 3mx^2 + 3(m^2-1)x + 1$. Tìm m để hàm số có hai điểm cực trị và hai điểm cực trị đó nằm về hai phía của trục tung.</w:t>
      </w:r>
    </w:p>
    <w:p>
      <w:pPr>
        <w:pStyle w:val="ListParagraph"/>
      </w:pPr>
      <w:r>
        <w:rPr>
          <w:sz w:val="22"/>
        </w:rPr>
        <w:t>A. $-1 &lt; m &lt; 1$</w:t>
      </w:r>
    </w:p>
    <w:p>
      <w:pPr>
        <w:pStyle w:val="ListParagraph"/>
      </w:pPr>
      <w:r>
        <w:rPr>
          <w:sz w:val="22"/>
        </w:rPr>
        <w:t>B. $m &lt; -1$ hoặc $m &gt; 1$</w:t>
      </w:r>
    </w:p>
    <w:p>
      <w:pPr>
        <w:pStyle w:val="ListParagraph"/>
      </w:pPr>
      <w:r>
        <w:rPr>
          <w:sz w:val="22"/>
        </w:rPr>
        <w:t>C. $m &gt; 1$</w:t>
      </w:r>
    </w:p>
    <w:p>
      <w:pPr>
        <w:pStyle w:val="ListParagraph"/>
      </w:pPr>
      <w:r>
        <w:rPr>
          <w:sz w:val="22"/>
        </w:rPr>
        <w:t>D. $m &lt; -1$</w:t>
      </w:r>
    </w:p>
    <w:p/>
    <w:p>
      <w:r>
        <w:rPr>
          <w:b/>
          <w:sz w:val="24"/>
        </w:rPr>
        <w:t>Câu 22: Tìm m để đồ thị hàm số $y = \frac{1}{x^2 - 4x + m}$ có hai tiệm cận đứng.</w:t>
      </w:r>
    </w:p>
    <w:p>
      <w:pPr>
        <w:pStyle w:val="ListParagraph"/>
      </w:pPr>
      <w:r>
        <w:rPr>
          <w:sz w:val="22"/>
        </w:rPr>
        <w:t>A. $m &lt; 4$</w:t>
      </w:r>
    </w:p>
    <w:p>
      <w:pPr>
        <w:pStyle w:val="ListParagraph"/>
      </w:pPr>
      <w:r>
        <w:rPr>
          <w:sz w:val="22"/>
        </w:rPr>
        <w:t>B. $m &gt; 4$</w:t>
      </w:r>
    </w:p>
    <w:p>
      <w:pPr>
        <w:pStyle w:val="ListParagraph"/>
      </w:pPr>
      <w:r>
        <w:rPr>
          <w:sz w:val="22"/>
        </w:rPr>
        <w:t>C. $m \ne 4$</w:t>
      </w:r>
    </w:p>
    <w:p>
      <w:pPr>
        <w:pStyle w:val="ListParagraph"/>
      </w:pPr>
      <w:r>
        <w:rPr>
          <w:sz w:val="22"/>
        </w:rPr>
        <w:t>D. $m = 4$</w:t>
      </w:r>
    </w:p>
    <w:p/>
    <w:p>
      <w:r>
        <w:rPr>
          <w:b/>
          <w:sz w:val="24"/>
        </w:rPr>
        <w:t>Câu 23: Tìm m để hàm số $y = x^3 - 3x^2 + mx + 1$ nghịch biến trên khoảng (0;2).</w:t>
      </w:r>
    </w:p>
    <w:p>
      <w:pPr>
        <w:pStyle w:val="ListParagraph"/>
      </w:pPr>
      <w:r>
        <w:rPr>
          <w:sz w:val="22"/>
        </w:rPr>
        <w:t>A. $m \le 3$</w:t>
      </w:r>
    </w:p>
    <w:p>
      <w:pPr>
        <w:pStyle w:val="ListParagraph"/>
      </w:pPr>
      <w:r>
        <w:rPr>
          <w:sz w:val="22"/>
        </w:rPr>
        <w:t>B. $m \ge 3$</w:t>
      </w:r>
    </w:p>
    <w:p>
      <w:pPr>
        <w:pStyle w:val="ListParagraph"/>
      </w:pPr>
      <w:r>
        <w:rPr>
          <w:sz w:val="22"/>
        </w:rPr>
        <w:t>C. $m &lt; 3$</w:t>
      </w:r>
    </w:p>
    <w:p>
      <w:pPr>
        <w:pStyle w:val="ListParagraph"/>
      </w:pPr>
      <w:r>
        <w:rPr>
          <w:sz w:val="22"/>
        </w:rPr>
        <w:t>D. $m &gt; 3$</w:t>
      </w:r>
    </w:p>
    <w:p/>
    <w:p>
      <w:r>
        <w:rPr>
          <w:b/>
          <w:sz w:val="24"/>
        </w:rPr>
        <w:t>Câu 24: Tìm giá trị lớn nhất của hàm số $y = |x^2 - 4x + 3|$ trên đoạn $[0;4]$.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25: Cho hàm số $y = \frac{2x+1}{x-1}$ (C). Viết phương trình tiếp tuyến của (C) tại điểm có hoành độ x=2.</w:t>
      </w:r>
    </w:p>
    <w:p>
      <w:pPr>
        <w:pStyle w:val="ListParagraph"/>
      </w:pPr>
      <w:r>
        <w:rPr>
          <w:sz w:val="22"/>
        </w:rPr>
        <w:t>A. $y = -3x + 11$</w:t>
      </w:r>
    </w:p>
    <w:p>
      <w:pPr>
        <w:pStyle w:val="ListParagraph"/>
      </w:pPr>
      <w:r>
        <w:rPr>
          <w:sz w:val="22"/>
        </w:rPr>
        <w:t>B. $y = -3x + 5$</w:t>
      </w:r>
    </w:p>
    <w:p>
      <w:pPr>
        <w:pStyle w:val="ListParagraph"/>
      </w:pPr>
      <w:r>
        <w:rPr>
          <w:sz w:val="22"/>
        </w:rPr>
        <w:t>C. $y = 3x - 1$</w:t>
      </w:r>
    </w:p>
    <w:p>
      <w:pPr>
        <w:pStyle w:val="ListParagraph"/>
      </w:pPr>
      <w:r>
        <w:rPr>
          <w:sz w:val="22"/>
        </w:rPr>
        <w:t>D. $y = 3x + 5$</w:t>
      </w:r>
    </w:p>
    <w:p/>
    <w:p>
      <w:r>
        <w:rPr>
          <w:b/>
          <w:sz w:val="24"/>
        </w:rPr>
        <w:t>Câu 26: Tìm m để phương trình $x^3 - 3x + 1 - m = 0$ có ba nghiệm phân biệt.</w:t>
      </w:r>
    </w:p>
    <w:p>
      <w:pPr>
        <w:pStyle w:val="ListParagraph"/>
      </w:pPr>
      <w:r>
        <w:rPr>
          <w:sz w:val="22"/>
        </w:rPr>
        <w:t>A. $-1 &lt; m &lt; 3$</w:t>
      </w:r>
    </w:p>
    <w:p>
      <w:pPr>
        <w:pStyle w:val="ListParagraph"/>
      </w:pPr>
      <w:r>
        <w:rPr>
          <w:sz w:val="22"/>
        </w:rPr>
        <w:t>B. $-1 &lt; m &lt; 1$</w:t>
      </w:r>
    </w:p>
    <w:p>
      <w:pPr>
        <w:pStyle w:val="ListParagraph"/>
      </w:pPr>
      <w:r>
        <w:rPr>
          <w:sz w:val="22"/>
        </w:rPr>
        <w:t>C. $1 &lt; m &lt; 3$</w:t>
      </w:r>
    </w:p>
    <w:p>
      <w:pPr>
        <w:pStyle w:val="ListParagraph"/>
      </w:pPr>
      <w:r>
        <w:rPr>
          <w:sz w:val="22"/>
        </w:rPr>
        <w:t>D. $-3 &lt; m &lt; 1$</w:t>
      </w:r>
    </w:p>
    <w:p/>
    <w:p>
      <w:r>
        <w:rPr>
          <w:b/>
          <w:sz w:val="24"/>
        </w:rPr>
        <w:t>Câu 27: Cho hàm số $y = x^4 - 2mx^2 + m$. Tìm m để hàm số có ba điểm cực trị.</w:t>
      </w:r>
    </w:p>
    <w:p>
      <w:pPr>
        <w:pStyle w:val="ListParagraph"/>
      </w:pPr>
      <w:r>
        <w:rPr>
          <w:sz w:val="22"/>
        </w:rPr>
        <w:t>A. $m &gt; 0$</w:t>
      </w:r>
    </w:p>
    <w:p>
      <w:pPr>
        <w:pStyle w:val="ListParagraph"/>
      </w:pPr>
      <w:r>
        <w:rPr>
          <w:sz w:val="22"/>
        </w:rPr>
        <w:t>B. $m &lt; 0$</w:t>
      </w:r>
    </w:p>
    <w:p>
      <w:pPr>
        <w:pStyle w:val="ListParagraph"/>
      </w:pPr>
      <w:r>
        <w:rPr>
          <w:sz w:val="22"/>
        </w:rPr>
        <w:t>C. $m \ne 0$</w:t>
      </w:r>
    </w:p>
    <w:p>
      <w:pPr>
        <w:pStyle w:val="ListParagraph"/>
      </w:pPr>
      <w:r>
        <w:rPr>
          <w:sz w:val="22"/>
        </w:rPr>
        <w:t>D. $m = 0$</w:t>
      </w:r>
    </w:p>
    <w:p/>
    <w:p>
      <w:r>
        <w:rPr>
          <w:b/>
          <w:sz w:val="24"/>
        </w:rPr>
        <w:t>Câu 28: Tìm m để đồ thị hàm số $y = \frac{x^2 + mx + 1}{x+1}$ có tiệm cận xiên là $y = x + 1$.</w:t>
      </w:r>
    </w:p>
    <w:p>
      <w:pPr>
        <w:pStyle w:val="ListParagraph"/>
      </w:pPr>
      <w:r>
        <w:rPr>
          <w:sz w:val="22"/>
        </w:rPr>
        <w:t>A. $m = 1$</w:t>
      </w:r>
    </w:p>
    <w:p>
      <w:pPr>
        <w:pStyle w:val="ListParagraph"/>
      </w:pPr>
      <w:r>
        <w:rPr>
          <w:sz w:val="22"/>
        </w:rPr>
        <w:t>B. $m = 2$</w:t>
      </w:r>
    </w:p>
    <w:p>
      <w:pPr>
        <w:pStyle w:val="ListParagraph"/>
      </w:pPr>
      <w:r>
        <w:rPr>
          <w:sz w:val="22"/>
        </w:rPr>
        <w:t>C. $m = 0$</w:t>
      </w:r>
    </w:p>
    <w:p>
      <w:pPr>
        <w:pStyle w:val="ListParagraph"/>
      </w:pPr>
      <w:r>
        <w:rPr>
          <w:sz w:val="22"/>
        </w:rPr>
        <w:t>D. $m = -1$</w:t>
      </w:r>
    </w:p>
    <w:p/>
    <w:p>
      <w:r>
        <w:rPr>
          <w:b/>
          <w:sz w:val="24"/>
        </w:rPr>
        <w:t>Câu 29: Cho hàm số $y = f(x)$ có đạo hàm $f'(x) = x(x-1)^2(x-2)^3$. Hỏi hàm số có bao nhiêu điểm cực trị?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30: Tìm giá trị nhỏ nhất của hàm số $y = x + \frac{1}{x-1}$ trên khoảng $(1; +\infty)$.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