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jc w:val="center"/>
      </w:pPr>
      <w:r>
        <w:rPr>
          <w:color w:val="0A2463"/>
          <w:sz w:val="32"/>
        </w:rPr>
        <w:t>Bài trắc nghiệm Lịch sử - 📋 18 CÂU HỎI VÀ ĐÁP ÁN</w:t>
      </w:r>
    </w:p>
    <w:p>
      <w:pPr>
        <w:jc w:val="center"/>
      </w:pPr>
      <w:r>
        <w:rPr>
          <w:sz w:val="22"/>
        </w:rPr>
        <w:t>Số câu: 18    Thời gian: _____ phút    Họ và tên: _________________________</w:t>
      </w:r>
    </w:p>
    <w:p/>
    <w:p>
      <w:r>
        <w:rPr>
          <w:b/>
          <w:sz w:val="24"/>
        </w:rPr>
        <w:t>Câu 1: Đến cuối thế kỷ XIX, nước nào duy nhất ở Đông Nam Á vẫn giữ được độc lập?</w:t>
      </w:r>
    </w:p>
    <w:p>
      <w:pPr>
        <w:pStyle w:val="ListParagraph"/>
      </w:pPr>
      <w:r>
        <w:rPr>
          <w:sz w:val="22"/>
        </w:rPr>
        <w:t>A. Việt Nam</w:t>
      </w:r>
    </w:p>
    <w:p>
      <w:pPr>
        <w:pStyle w:val="ListParagraph"/>
      </w:pPr>
      <w:r>
        <w:rPr>
          <w:sz w:val="22"/>
        </w:rPr>
        <w:t>B. Thái Lan</w:t>
      </w:r>
    </w:p>
    <w:p>
      <w:pPr>
        <w:pStyle w:val="ListParagraph"/>
      </w:pPr>
      <w:r>
        <w:rPr>
          <w:sz w:val="22"/>
        </w:rPr>
        <w:t>C. Miến Điện</w:t>
      </w:r>
    </w:p>
    <w:p>
      <w:pPr>
        <w:pStyle w:val="ListParagraph"/>
      </w:pPr>
      <w:r>
        <w:rPr>
          <w:sz w:val="22"/>
        </w:rPr>
        <w:t>D. Phi-líp-pin</w:t>
      </w:r>
    </w:p>
    <w:p/>
    <w:p>
      <w:r>
        <w:rPr>
          <w:b/>
          <w:sz w:val="24"/>
        </w:rPr>
        <w:t>Câu 2: Nội dung nào không đúng về chính sách cai trị của thực dân phương Tây ở Đông Nam Á?</w:t>
      </w:r>
    </w:p>
    <w:p>
      <w:pPr>
        <w:pStyle w:val="ListParagraph"/>
      </w:pPr>
      <w:r>
        <w:rPr>
          <w:sz w:val="22"/>
        </w:rPr>
        <w:t>A. Vơ vét, bóc lột người dân bản xứ</w:t>
      </w:r>
    </w:p>
    <w:p>
      <w:pPr>
        <w:pStyle w:val="ListParagraph"/>
      </w:pPr>
      <w:r>
        <w:rPr>
          <w:sz w:val="22"/>
        </w:rPr>
        <w:t>B. Thực hiện chính sách nô dịch, đồng hóa, ngu dân</w:t>
      </w:r>
    </w:p>
    <w:p>
      <w:pPr>
        <w:pStyle w:val="ListParagraph"/>
      </w:pPr>
      <w:r>
        <w:rPr>
          <w:sz w:val="22"/>
        </w:rPr>
        <w:t>C. Phát triển hệ thống giáo dục nhằm nâng cao dân trí cho nhân dân Đông Nam Á</w:t>
      </w:r>
    </w:p>
    <w:p>
      <w:pPr>
        <w:pStyle w:val="ListParagraph"/>
      </w:pPr>
      <w:r>
        <w:rPr>
          <w:sz w:val="22"/>
        </w:rPr>
        <w:t>D. Mở rộng hệ thống đường giao thông nhằm phục vụ khai thác kinh tế</w:t>
      </w:r>
    </w:p>
    <w:p/>
    <w:p>
      <w:r>
        <w:rPr>
          <w:b/>
          <w:sz w:val="24"/>
        </w:rPr>
        <w:t>Câu 3: Năm 1814, Xti-phen-xơn đã chế tạo thành công gì?</w:t>
      </w:r>
    </w:p>
    <w:p>
      <w:pPr>
        <w:pStyle w:val="ListParagraph"/>
      </w:pPr>
      <w:r>
        <w:rPr>
          <w:sz w:val="22"/>
        </w:rPr>
        <w:t>A. Máy dệt</w:t>
      </w:r>
    </w:p>
    <w:p>
      <w:pPr>
        <w:pStyle w:val="ListParagraph"/>
      </w:pPr>
      <w:r>
        <w:rPr>
          <w:sz w:val="22"/>
        </w:rPr>
        <w:t>B. Đầu máy xe lửa</w:t>
      </w:r>
    </w:p>
    <w:p>
      <w:pPr>
        <w:pStyle w:val="ListParagraph"/>
      </w:pPr>
      <w:r>
        <w:rPr>
          <w:sz w:val="22"/>
        </w:rPr>
        <w:t>C. Máy ảnh</w:t>
      </w:r>
    </w:p>
    <w:p>
      <w:pPr>
        <w:pStyle w:val="ListParagraph"/>
      </w:pPr>
      <w:r>
        <w:rPr>
          <w:sz w:val="22"/>
        </w:rPr>
        <w:t>D. Đầu máy xe hơi</w:t>
      </w:r>
    </w:p>
    <w:p/>
    <w:p>
      <w:r>
        <w:rPr>
          <w:b/>
          <w:sz w:val="24"/>
        </w:rPr>
        <w:t>Câu 4: Tác động quan trọng nhất của cách mạng công nghiệp về mặt xã hội là gì?</w:t>
      </w:r>
    </w:p>
    <w:p>
      <w:pPr>
        <w:pStyle w:val="ListParagraph"/>
      </w:pPr>
      <w:r>
        <w:rPr>
          <w:sz w:val="22"/>
        </w:rPr>
        <w:t>A. Vị trí của phụ nữ và trẻ em trong xã hội thay đổi</w:t>
      </w:r>
    </w:p>
    <w:p>
      <w:pPr>
        <w:pStyle w:val="ListParagraph"/>
      </w:pPr>
      <w:r>
        <w:rPr>
          <w:sz w:val="22"/>
        </w:rPr>
        <w:t>B. Sự thay đổi về cơ cấu giai cấp</w:t>
      </w:r>
    </w:p>
    <w:p>
      <w:pPr>
        <w:pStyle w:val="ListParagraph"/>
      </w:pPr>
      <w:r>
        <w:rPr>
          <w:sz w:val="22"/>
        </w:rPr>
        <w:t>C. Nhiều khu công nghiệp ra đời và thành phố đông dân mọc lên</w:t>
      </w:r>
    </w:p>
    <w:p>
      <w:pPr>
        <w:pStyle w:val="ListParagraph"/>
      </w:pPr>
      <w:r>
        <w:rPr>
          <w:sz w:val="22"/>
        </w:rPr>
        <w:t>D. Năng suất lao động tăng cao</w:t>
      </w:r>
    </w:p>
    <w:p/>
    <w:p>
      <w:r>
        <w:rPr>
          <w:b/>
          <w:sz w:val="24"/>
        </w:rPr>
        <w:t>Câu 5: Sự kiện nào đánh dấu sự ra đời của Vương triều Mạc?</w:t>
      </w:r>
    </w:p>
    <w:p>
      <w:pPr>
        <w:pStyle w:val="ListParagraph"/>
      </w:pPr>
      <w:r>
        <w:rPr>
          <w:sz w:val="22"/>
        </w:rPr>
        <w:t>A. Mạc Đăng Dung thu tóm mọi quyền hành</w:t>
      </w:r>
    </w:p>
    <w:p>
      <w:pPr>
        <w:pStyle w:val="ListParagraph"/>
      </w:pPr>
      <w:r>
        <w:rPr>
          <w:sz w:val="22"/>
        </w:rPr>
        <w:t>B. Mạc Đăng Dung được phong là An Hưng Vương</w:t>
      </w:r>
    </w:p>
    <w:p>
      <w:pPr>
        <w:pStyle w:val="ListParagraph"/>
      </w:pPr>
      <w:r>
        <w:rPr>
          <w:sz w:val="22"/>
        </w:rPr>
        <w:t>C. Mạc Đăng Dung ép vua Lê nhường ngôi</w:t>
      </w:r>
    </w:p>
    <w:p>
      <w:pPr>
        <w:pStyle w:val="ListParagraph"/>
      </w:pPr>
      <w:r>
        <w:rPr>
          <w:sz w:val="22"/>
        </w:rPr>
        <w:t>D. Mạc Đăng Dung tiêu diệt các thế lực đối địch</w:t>
      </w:r>
    </w:p>
    <w:p/>
    <w:p>
      <w:r>
        <w:rPr>
          <w:b/>
          <w:sz w:val="24"/>
        </w:rPr>
        <w:t>Câu 6: Thế kỷ XVI, quốc gia đầu tiên xâm chiếm Indonesia là:</w:t>
      </w:r>
    </w:p>
    <w:p>
      <w:pPr>
        <w:pStyle w:val="ListParagraph"/>
      </w:pPr>
      <w:r>
        <w:rPr>
          <w:sz w:val="22"/>
        </w:rPr>
        <w:t>A. Bồ Đào Nha</w:t>
      </w:r>
    </w:p>
    <w:p>
      <w:pPr>
        <w:pStyle w:val="ListParagraph"/>
      </w:pPr>
      <w:r>
        <w:rPr>
          <w:sz w:val="22"/>
        </w:rPr>
        <w:t>B. Pháp</w:t>
      </w:r>
    </w:p>
    <w:p>
      <w:pPr>
        <w:pStyle w:val="ListParagraph"/>
      </w:pPr>
      <w:r>
        <w:rPr>
          <w:sz w:val="22"/>
        </w:rPr>
        <w:t>C. Anh</w:t>
      </w:r>
    </w:p>
    <w:p>
      <w:pPr>
        <w:pStyle w:val="ListParagraph"/>
      </w:pPr>
      <w:r>
        <w:rPr>
          <w:sz w:val="22"/>
        </w:rPr>
        <w:t>D. Mỹ</w:t>
      </w:r>
    </w:p>
    <w:p/>
    <w:p>
      <w:r>
        <w:rPr>
          <w:b/>
          <w:sz w:val="24"/>
        </w:rPr>
        <w:t>Câu 7: Nguyên nhân sâu xa của Cách mạng tư sản Anh thế kỷ XVII là gì?</w:t>
      </w:r>
    </w:p>
    <w:p>
      <w:pPr>
        <w:pStyle w:val="ListParagraph"/>
      </w:pPr>
      <w:r>
        <w:rPr>
          <w:sz w:val="22"/>
        </w:rPr>
        <w:t>A. Sự phát triển kinh tế tư bản chủ nghĩa bị chế độ phong kiến kim hãm</w:t>
      </w:r>
    </w:p>
    <w:p>
      <w:pPr>
        <w:pStyle w:val="ListParagraph"/>
      </w:pPr>
      <w:r>
        <w:rPr>
          <w:sz w:val="22"/>
        </w:rPr>
        <w:t>B. Sự phát triển của công thương nghiệp tư bản chủ nghĩa đụng độ với chế độ phong kiến kim hãm</w:t>
      </w:r>
    </w:p>
    <w:p>
      <w:pPr>
        <w:pStyle w:val="ListParagraph"/>
      </w:pPr>
      <w:r>
        <w:rPr>
          <w:sz w:val="22"/>
        </w:rPr>
        <w:t>C. Mâu thuẫn giữa quý tộc mới với quý tộc cũ</w:t>
      </w:r>
    </w:p>
    <w:p>
      <w:pPr>
        <w:pStyle w:val="ListParagraph"/>
      </w:pPr>
      <w:r>
        <w:rPr>
          <w:sz w:val="22"/>
        </w:rPr>
        <w:t>D. Mâu thuẫn sâu sắc giữa giai cấp tư sản với giai cấp nông dân</w:t>
      </w:r>
    </w:p>
    <w:p/>
    <w:p>
      <w:r>
        <w:rPr>
          <w:b/>
          <w:sz w:val="24"/>
        </w:rPr>
        <w:t>Câu 8: Năm 1769, ai phát minh ra máy kéo sợi chạy bằng sức nước?</w:t>
      </w:r>
    </w:p>
    <w:p>
      <w:pPr>
        <w:pStyle w:val="ListParagraph"/>
      </w:pPr>
      <w:r>
        <w:rPr>
          <w:sz w:val="22"/>
        </w:rPr>
        <w:t>A. Ac-rai</w:t>
      </w:r>
    </w:p>
    <w:p>
      <w:pPr>
        <w:pStyle w:val="ListParagraph"/>
      </w:pPr>
      <w:r>
        <w:rPr>
          <w:sz w:val="22"/>
        </w:rPr>
        <w:t>B. Gien-ni</w:t>
      </w:r>
    </w:p>
    <w:p>
      <w:pPr>
        <w:pStyle w:val="ListParagraph"/>
      </w:pPr>
      <w:r>
        <w:rPr>
          <w:sz w:val="22"/>
        </w:rPr>
        <w:t>C. Giêm-Oát</w:t>
      </w:r>
    </w:p>
    <w:p>
      <w:pPr>
        <w:pStyle w:val="ListParagraph"/>
      </w:pPr>
      <w:r>
        <w:rPr>
          <w:sz w:val="22"/>
        </w:rPr>
        <w:t>D. Xti-phen-xơn</w:t>
      </w:r>
    </w:p>
    <w:p/>
    <w:p>
      <w:r>
        <w:rPr>
          <w:b/>
          <w:sz w:val="24"/>
        </w:rPr>
        <w:t>Câu 9: Điểm giống nhau cơ bản giữa Cách mạng tư sản Anh và Pháp là:</w:t>
      </w:r>
    </w:p>
    <w:p>
      <w:pPr>
        <w:pStyle w:val="ListParagraph"/>
      </w:pPr>
      <w:r>
        <w:rPr>
          <w:sz w:val="22"/>
        </w:rPr>
        <w:t>A. Đều đấu tranh giành quyền lập hiến</w:t>
      </w:r>
    </w:p>
    <w:p>
      <w:pPr>
        <w:pStyle w:val="ListParagraph"/>
      </w:pPr>
      <w:r>
        <w:rPr>
          <w:sz w:val="22"/>
        </w:rPr>
        <w:t>B. Nguyên nhân trực tiếp đều xoay quanh vấn đề tài chính</w:t>
      </w:r>
    </w:p>
    <w:p>
      <w:pPr>
        <w:pStyle w:val="ListParagraph"/>
      </w:pPr>
      <w:r>
        <w:rPr>
          <w:sz w:val="22"/>
        </w:rPr>
        <w:t>C. Xã hội đều phân chia đẳng cấp</w:t>
      </w:r>
    </w:p>
    <w:p>
      <w:pPr>
        <w:pStyle w:val="ListParagraph"/>
      </w:pPr>
      <w:r>
        <w:rPr>
          <w:sz w:val="22"/>
        </w:rPr>
        <w:t>D. Đều có sự xâm nhập kinh tế tư bản chủ nghĩa vào nông nghiệp</w:t>
      </w:r>
    </w:p>
    <w:p/>
    <w:p>
      <w:r>
        <w:rPr>
          <w:b/>
          <w:sz w:val="24"/>
        </w:rPr>
        <w:t>Câu 10: Nội dung nào phản ánh chưa đúng tác động của cách mạng công nghiệp?</w:t>
      </w:r>
    </w:p>
    <w:p>
      <w:pPr>
        <w:pStyle w:val="ListParagraph"/>
      </w:pPr>
      <w:r>
        <w:rPr>
          <w:sz w:val="22"/>
        </w:rPr>
        <w:t>A. Tạo ra nguồn sản xuất giá rẻ, nâng cao năng suất lao động</w:t>
      </w:r>
    </w:p>
    <w:p>
      <w:pPr>
        <w:pStyle w:val="ListParagraph"/>
      </w:pPr>
      <w:r>
        <w:rPr>
          <w:sz w:val="22"/>
        </w:rPr>
        <w:t>B. Thay đổi cơ cấu giai cấp xã hội</w:t>
      </w:r>
    </w:p>
    <w:p>
      <w:pPr>
        <w:pStyle w:val="ListParagraph"/>
      </w:pPr>
      <w:r>
        <w:rPr>
          <w:sz w:val="22"/>
        </w:rPr>
        <w:t>C. Tình trạng của người lao động có nhiều cải thiện rõ rệt</w:t>
      </w:r>
    </w:p>
    <w:p>
      <w:pPr>
        <w:pStyle w:val="ListParagraph"/>
      </w:pPr>
      <w:r>
        <w:rPr>
          <w:sz w:val="22"/>
        </w:rPr>
        <w:t>D. Bộ mặt các nước tư bản thay đổi với nhiều thành phố đông đúc</w:t>
      </w:r>
    </w:p>
    <w:p/>
    <w:p>
      <w:r>
        <w:rPr>
          <w:b/>
          <w:sz w:val="24"/>
        </w:rPr>
        <w:t>Câu 11: Chính sách nào không phải là chính sách cai trị kinh tế của thực dân phương Tây ở Đông Nam Á?</w:t>
      </w:r>
    </w:p>
    <w:p>
      <w:pPr>
        <w:pStyle w:val="ListParagraph"/>
      </w:pPr>
      <w:r>
        <w:rPr>
          <w:sz w:val="22"/>
        </w:rPr>
        <w:t>A. Chủ trọng mở các ngành công nghiệp nặng nhằm thu lợi nhuận</w:t>
      </w:r>
    </w:p>
    <w:p>
      <w:pPr>
        <w:pStyle w:val="ListParagraph"/>
      </w:pPr>
      <w:r>
        <w:rPr>
          <w:sz w:val="22"/>
        </w:rPr>
        <w:t>B. Cướp đoạt ruộng đất lập đồn điền</w:t>
      </w:r>
    </w:p>
    <w:p>
      <w:pPr>
        <w:pStyle w:val="ListParagraph"/>
      </w:pPr>
      <w:r>
        <w:rPr>
          <w:sz w:val="22"/>
        </w:rPr>
        <w:t>C. Đẩy mạnh nô dịch, bóc lột người bản xứ</w:t>
      </w:r>
    </w:p>
    <w:p>
      <w:pPr>
        <w:pStyle w:val="ListParagraph"/>
      </w:pPr>
      <w:r>
        <w:rPr>
          <w:sz w:val="22"/>
        </w:rPr>
        <w:t>D. Mở rộng đường giao thông phục vụ khai thác</w:t>
      </w:r>
    </w:p>
    <w:p/>
    <w:p>
      <w:r>
        <w:rPr>
          <w:b/>
          <w:sz w:val="24"/>
        </w:rPr>
        <w:t>Câu 12: Bước sang thế kỷ XVI, tình hình các nước Đông Nam Á như thế nào?</w:t>
      </w:r>
    </w:p>
    <w:p>
      <w:pPr>
        <w:pStyle w:val="ListParagraph"/>
      </w:pPr>
      <w:r>
        <w:rPr>
          <w:sz w:val="22"/>
        </w:rPr>
        <w:t>A. Chế độ phong kiến suy thoái trầm trọng</w:t>
      </w:r>
    </w:p>
    <w:p>
      <w:pPr>
        <w:pStyle w:val="ListParagraph"/>
      </w:pPr>
      <w:r>
        <w:rPr>
          <w:sz w:val="22"/>
        </w:rPr>
        <w:t>B. Phát triển rực rỡ về kinh tế</w:t>
      </w:r>
    </w:p>
    <w:p>
      <w:pPr>
        <w:pStyle w:val="ListParagraph"/>
      </w:pPr>
      <w:r>
        <w:rPr>
          <w:sz w:val="22"/>
        </w:rPr>
        <w:t>C. Lún sâu vào khủng hoảng kinh tế, chính trị, xã hội</w:t>
      </w:r>
    </w:p>
    <w:p>
      <w:pPr>
        <w:pStyle w:val="ListParagraph"/>
      </w:pPr>
      <w:r>
        <w:rPr>
          <w:sz w:val="22"/>
        </w:rPr>
        <w:t>D. Thực dân phương Tây đã thống trị toàn khu vực</w:t>
      </w:r>
    </w:p>
    <w:p/>
    <w:p>
      <w:r>
        <w:rPr>
          <w:b/>
          <w:sz w:val="24"/>
        </w:rPr>
        <w:t>Câu 13: Từ thế kỷ XIX, ba nước Đông Dương thuộc quốc gia nào?</w:t>
      </w:r>
    </w:p>
    <w:p>
      <w:pPr>
        <w:pStyle w:val="ListParagraph"/>
      </w:pPr>
      <w:r>
        <w:rPr>
          <w:sz w:val="22"/>
        </w:rPr>
        <w:t>A. Anh</w:t>
      </w:r>
    </w:p>
    <w:p>
      <w:pPr>
        <w:pStyle w:val="ListParagraph"/>
      </w:pPr>
      <w:r>
        <w:rPr>
          <w:sz w:val="22"/>
        </w:rPr>
        <w:t>B. Pháp</w:t>
      </w:r>
    </w:p>
    <w:p>
      <w:pPr>
        <w:pStyle w:val="ListParagraph"/>
      </w:pPr>
      <w:r>
        <w:rPr>
          <w:sz w:val="22"/>
        </w:rPr>
        <w:t>C. Mỹ</w:t>
      </w:r>
    </w:p>
    <w:p>
      <w:pPr>
        <w:pStyle w:val="ListParagraph"/>
      </w:pPr>
      <w:r>
        <w:rPr>
          <w:sz w:val="22"/>
        </w:rPr>
        <w:t>D. Đức</w:t>
      </w:r>
    </w:p>
    <w:p/>
    <w:p>
      <w:r>
        <w:rPr>
          <w:b/>
          <w:sz w:val="24"/>
        </w:rPr>
        <w:t>Câu 14: Máy kéo sợi đầu tiên được phát minh năm 1764 tên là gì?</w:t>
      </w:r>
    </w:p>
    <w:p>
      <w:pPr>
        <w:pStyle w:val="ListParagraph"/>
      </w:pPr>
      <w:r>
        <w:rPr>
          <w:sz w:val="22"/>
        </w:rPr>
        <w:t>A. Máy kéo sợi chạy bằng hơi nước</w:t>
      </w:r>
    </w:p>
    <w:p>
      <w:pPr>
        <w:pStyle w:val="ListParagraph"/>
      </w:pPr>
      <w:r>
        <w:rPr>
          <w:sz w:val="22"/>
        </w:rPr>
        <w:t>B. Máy kéo sợi Gien-ni</w:t>
      </w:r>
    </w:p>
    <w:p>
      <w:pPr>
        <w:pStyle w:val="ListParagraph"/>
      </w:pPr>
      <w:r>
        <w:rPr>
          <w:sz w:val="22"/>
        </w:rPr>
        <w:t>C. Máy kéo sợi chạy bằng sức nước</w:t>
      </w:r>
    </w:p>
    <w:p>
      <w:pPr>
        <w:pStyle w:val="ListParagraph"/>
      </w:pPr>
      <w:r>
        <w:rPr>
          <w:sz w:val="22"/>
        </w:rPr>
        <w:t>D. Máy kéo sợi Ac-rai</w:t>
      </w:r>
    </w:p>
    <w:p/>
    <w:p>
      <w:r>
        <w:rPr>
          <w:b/>
          <w:sz w:val="24"/>
        </w:rPr>
        <w:t>Câu 15: La-pu-la-pu là anh hùng dân tộc của nước nào?</w:t>
      </w:r>
    </w:p>
    <w:p>
      <w:pPr>
        <w:pStyle w:val="ListParagraph"/>
      </w:pPr>
      <w:r>
        <w:rPr>
          <w:sz w:val="22"/>
        </w:rPr>
        <w:t>A. Việt Nam</w:t>
      </w:r>
    </w:p>
    <w:p>
      <w:pPr>
        <w:pStyle w:val="ListParagraph"/>
      </w:pPr>
      <w:r>
        <w:rPr>
          <w:sz w:val="22"/>
        </w:rPr>
        <w:t>B. Phi-líp-pin</w:t>
      </w:r>
    </w:p>
    <w:p>
      <w:pPr>
        <w:pStyle w:val="ListParagraph"/>
      </w:pPr>
      <w:r>
        <w:rPr>
          <w:sz w:val="22"/>
        </w:rPr>
        <w:t>C. Indonesia</w:t>
      </w:r>
    </w:p>
    <w:p>
      <w:pPr>
        <w:pStyle w:val="ListParagraph"/>
      </w:pPr>
      <w:r>
        <w:rPr>
          <w:sz w:val="22"/>
        </w:rPr>
        <w:t>D. Miến Điện</w:t>
      </w:r>
    </w:p>
    <w:p/>
    <w:p>
      <w:r>
        <w:rPr>
          <w:b/>
          <w:sz w:val="24"/>
        </w:rPr>
        <w:t>Câu 16: Đầu thế kỷ XVI, nhà Lê suy yếu chủ yếu vì:</w:t>
      </w:r>
    </w:p>
    <w:p>
      <w:pPr>
        <w:pStyle w:val="ListParagraph"/>
      </w:pPr>
      <w:r>
        <w:rPr>
          <w:sz w:val="22"/>
        </w:rPr>
        <w:t>A. Xung đột Nam-Bắc triều kéo dài</w:t>
      </w:r>
    </w:p>
    <w:p>
      <w:pPr>
        <w:pStyle w:val="ListParagraph"/>
      </w:pPr>
      <w:r>
        <w:rPr>
          <w:sz w:val="22"/>
        </w:rPr>
        <w:t>B. Các cuộc khởi nghĩa nông dân liên tiếp nổ ra</w:t>
      </w:r>
    </w:p>
    <w:p>
      <w:pPr>
        <w:pStyle w:val="ListParagraph"/>
      </w:pPr>
      <w:r>
        <w:rPr>
          <w:sz w:val="22"/>
        </w:rPr>
        <w:t>C. Kinh tế kém phát triển</w:t>
      </w:r>
    </w:p>
    <w:p>
      <w:pPr>
        <w:pStyle w:val="ListParagraph"/>
      </w:pPr>
      <w:r>
        <w:rPr>
          <w:sz w:val="22"/>
        </w:rPr>
        <w:t>D. Đất nước bị chia cắt lâu dài</w:t>
      </w:r>
    </w:p>
    <w:p/>
    <w:p>
      <w:r>
        <w:rPr>
          <w:b/>
          <w:sz w:val="24"/>
        </w:rPr>
        <w:t>Câu 17: Nội dung nào không đúng về đặc điểm khu vực Đông Nam Á?</w:t>
      </w:r>
    </w:p>
    <w:p>
      <w:pPr>
        <w:pStyle w:val="ListParagraph"/>
      </w:pPr>
      <w:r>
        <w:rPr>
          <w:sz w:val="22"/>
        </w:rPr>
        <w:t>A. Nằm ở phía Tây của châu Á</w:t>
      </w:r>
    </w:p>
    <w:p>
      <w:pPr>
        <w:pStyle w:val="ListParagraph"/>
      </w:pPr>
      <w:r>
        <w:rPr>
          <w:sz w:val="22"/>
        </w:rPr>
        <w:t>B. Vị trí địa lý quan trọng</w:t>
      </w:r>
    </w:p>
    <w:p>
      <w:pPr>
        <w:pStyle w:val="ListParagraph"/>
      </w:pPr>
      <w:r>
        <w:rPr>
          <w:sz w:val="22"/>
        </w:rPr>
        <w:t>C. Đa dạng về tự nhiên, dân cư, văn hóa</w:t>
      </w:r>
    </w:p>
    <w:p>
      <w:pPr>
        <w:pStyle w:val="ListParagraph"/>
      </w:pPr>
      <w:r>
        <w:rPr>
          <w:sz w:val="22"/>
        </w:rPr>
        <w:t>D. Nằm ở phía Tây Nam châu Á</w:t>
      </w:r>
    </w:p>
    <w:p/>
    <w:p>
      <w:r>
        <w:rPr>
          <w:b/>
          <w:sz w:val="24"/>
        </w:rPr>
        <w:t>Câu 18: Thứ tự hoàn thành cách mạng công nghiệp ở các nước đúng là:</w:t>
      </w:r>
    </w:p>
    <w:p>
      <w:pPr>
        <w:pStyle w:val="ListParagraph"/>
      </w:pPr>
      <w:r>
        <w:rPr>
          <w:sz w:val="22"/>
        </w:rPr>
        <w:t>A. Anh → Pháp → Đức → Mỹ</w:t>
      </w:r>
    </w:p>
    <w:p>
      <w:pPr>
        <w:pStyle w:val="ListParagraph"/>
      </w:pPr>
      <w:r>
        <w:rPr>
          <w:sz w:val="22"/>
        </w:rPr>
        <w:t>B. Anh → Mỹ → Pháp → Đức</w:t>
      </w:r>
    </w:p>
    <w:p>
      <w:pPr>
        <w:pStyle w:val="ListParagraph"/>
      </w:pPr>
      <w:r>
        <w:rPr>
          <w:sz w:val="22"/>
        </w:rPr>
        <w:t>C. Pháp → Anh → Đức → Mỹ</w:t>
      </w:r>
    </w:p>
    <w:p>
      <w:pPr>
        <w:pStyle w:val="ListParagraph"/>
      </w:pPr>
      <w:r>
        <w:rPr>
          <w:sz w:val="22"/>
        </w:rPr>
        <w:t>D. Đức → Anh → Pháp → Mỹ</w:t>
      </w:r>
    </w:p>
    <w:p/>
    <w:p>
      <w:r>
        <w:t>──────────────────────────────────────────────────</w:t>
      </w:r>
    </w:p>
    <w:p>
      <w:r>
        <w:rPr>
          <w:b/>
        </w:rPr>
        <w:t>BẢNG ĐÁP ÁN &amp; LỜI GIẢI CHI TIẾT</w:t>
      </w:r>
    </w:p>
    <w:p>
      <w:r>
        <w:rPr>
          <w:b/>
        </w:rPr>
        <w:t>Câu 1: Đáp án đúng: B</w:t>
      </w:r>
    </w:p>
    <w:p>
      <w:r>
        <w:rPr>
          <w:b/>
        </w:rPr>
        <w:t>Câu 2: Đáp án đúng: C</w:t>
      </w:r>
    </w:p>
    <w:p>
      <w:r>
        <w:rPr>
          <w:b/>
        </w:rPr>
        <w:t>Câu 3: Đáp án đúng: B</w:t>
      </w:r>
    </w:p>
    <w:p>
      <w:r>
        <w:rPr>
          <w:b/>
        </w:rPr>
        <w:t>Câu 4: Đáp án đúng: A</w:t>
      </w:r>
    </w:p>
    <w:p>
      <w:r>
        <w:rPr>
          <w:b/>
        </w:rPr>
        <w:t>Câu 5: Đáp án đúng: C</w:t>
      </w:r>
    </w:p>
    <w:p>
      <w:r>
        <w:rPr>
          <w:b/>
        </w:rPr>
        <w:t>Câu 6: Đáp án đúng: A</w:t>
      </w:r>
    </w:p>
    <w:p>
      <w:r>
        <w:rPr>
          <w:b/>
        </w:rPr>
        <w:t>Câu 7: Đáp án đúng: B</w:t>
      </w:r>
    </w:p>
    <w:p>
      <w:r>
        <w:rPr>
          <w:b/>
        </w:rPr>
        <w:t>Câu 8: Đáp án đúng: A</w:t>
      </w:r>
    </w:p>
    <w:p>
      <w:r>
        <w:rPr>
          <w:b/>
        </w:rPr>
        <w:t>Câu 9: Đáp án đúng: B</w:t>
      </w:r>
    </w:p>
    <w:p>
      <w:r>
        <w:rPr>
          <w:b/>
        </w:rPr>
        <w:t>Câu 10: Đáp án đúng: C</w:t>
      </w:r>
    </w:p>
    <w:p>
      <w:r>
        <w:rPr>
          <w:b/>
        </w:rPr>
        <w:t>Câu 11: Đáp án đúng: A</w:t>
      </w:r>
    </w:p>
    <w:p>
      <w:r>
        <w:rPr>
          <w:b/>
        </w:rPr>
        <w:t>Câu 12: Đáp án đúng: C</w:t>
      </w:r>
    </w:p>
    <w:p>
      <w:r>
        <w:rPr>
          <w:b/>
        </w:rPr>
        <w:t>Câu 13: Đáp án đúng: B</w:t>
      </w:r>
    </w:p>
    <w:p>
      <w:r>
        <w:rPr>
          <w:b/>
        </w:rPr>
        <w:t>Câu 14: Đáp án đúng: B</w:t>
      </w:r>
    </w:p>
    <w:p>
      <w:r>
        <w:rPr>
          <w:b/>
        </w:rPr>
        <w:t>Câu 15: Đáp án đúng: B</w:t>
      </w:r>
    </w:p>
    <w:p>
      <w:r>
        <w:rPr>
          <w:b/>
        </w:rPr>
        <w:t>Câu 16: Đáp án đúng: B</w:t>
      </w:r>
    </w:p>
    <w:p>
      <w:r>
        <w:rPr>
          <w:b/>
        </w:rPr>
        <w:t>Câu 17: Đáp án đúng: A</w:t>
      </w:r>
    </w:p>
    <w:p>
      <w:r>
        <w:rPr>
          <w:b/>
        </w:rPr>
        <w:t>Câu 18: Đáp án đúng: A</w:t>
      </w:r>
    </w:p>
    <w:sectPr w:rsidR="00FC693F" w:rsidRPr="0006063C" w:rsidSect="00034616">
      <w:pgSz w:w="12240" w:h="15840"/>
      <w:pgMar w:top="1134" w:right="1134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