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Địa lí 10: khí hậu và trái đất</w:t>
      </w:r>
    </w:p>
    <w:p>
      <w:pPr>
        <w:jc w:val="center"/>
      </w:pPr>
      <w:r>
        <w:rPr>
          <w:sz w:val="22"/>
        </w:rPr>
        <w:t>Số câu: 10    Thời gian: _____ phút    Họ và tên: _________________________</w:t>
      </w:r>
    </w:p>
    <w:p/>
    <w:p>
      <w:r>
        <w:rPr>
          <w:b/>
          <w:sz w:val="24"/>
        </w:rPr>
        <w:t>Câu 1: Nhân tố nào sau đây là nguyên nhân chính tạo nên sự phân hóa khí hậu theo vĩ độ trên Trái Đất?</w:t>
      </w:r>
    </w:p>
    <w:p>
      <w:pPr>
        <w:pStyle w:val="ListParagraph"/>
      </w:pPr>
      <w:r>
        <w:rPr>
          <w:sz w:val="22"/>
        </w:rPr>
        <w:t>A. Độ cao địa hình</w:t>
      </w:r>
    </w:p>
    <w:p>
      <w:pPr>
        <w:pStyle w:val="ListParagraph"/>
      </w:pPr>
      <w:r>
        <w:rPr>
          <w:sz w:val="22"/>
        </w:rPr>
        <w:t>B. Góc chiếu của tia sáng mặt trời</w:t>
      </w:r>
    </w:p>
    <w:p>
      <w:pPr>
        <w:pStyle w:val="ListParagraph"/>
      </w:pPr>
      <w:r>
        <w:rPr>
          <w:sz w:val="22"/>
        </w:rPr>
        <w:t>C. Hướng địa hình</w:t>
      </w:r>
    </w:p>
    <w:p>
      <w:pPr>
        <w:pStyle w:val="ListParagraph"/>
      </w:pPr>
      <w:r>
        <w:rPr>
          <w:sz w:val="22"/>
        </w:rPr>
        <w:t>D. Dòng biển nóng, lạnh</w:t>
      </w:r>
    </w:p>
    <w:p/>
    <w:p>
      <w:r>
        <w:rPr>
          <w:b/>
          <w:sz w:val="24"/>
        </w:rPr>
        <w:t>Câu 2: Khối khí nào sau đây có tính chất lạnh và khô?</w:t>
      </w:r>
    </w:p>
    <w:p>
      <w:pPr>
        <w:pStyle w:val="ListParagraph"/>
      </w:pPr>
      <w:r>
        <w:rPr>
          <w:sz w:val="22"/>
        </w:rPr>
        <w:t>A. Khối khí ôn đới hải dương</w:t>
      </w:r>
    </w:p>
    <w:p>
      <w:pPr>
        <w:pStyle w:val="ListParagraph"/>
      </w:pPr>
      <w:r>
        <w:rPr>
          <w:sz w:val="22"/>
        </w:rPr>
        <w:t>B. Khối khí chí tuyến lục địa</w:t>
      </w:r>
    </w:p>
    <w:p>
      <w:pPr>
        <w:pStyle w:val="ListParagraph"/>
      </w:pPr>
      <w:r>
        <w:rPr>
          <w:sz w:val="22"/>
        </w:rPr>
        <w:t>C. Khối khí cực lục địa</w:t>
      </w:r>
    </w:p>
    <w:p>
      <w:pPr>
        <w:pStyle w:val="ListParagraph"/>
      </w:pPr>
      <w:r>
        <w:rPr>
          <w:sz w:val="22"/>
        </w:rPr>
        <w:t>D. Khối khí xích đạo</w:t>
      </w:r>
    </w:p>
    <w:p/>
    <w:p>
      <w:r>
        <w:rPr>
          <w:b/>
          <w:sz w:val="24"/>
        </w:rPr>
        <w:t>Câu 3: Frông nào sau đây hình thành khi khối khí ôn đới đẩy khối khí chí tuyến?</w:t>
      </w:r>
    </w:p>
    <w:p>
      <w:pPr>
        <w:pStyle w:val="ListParagraph"/>
      </w:pPr>
      <w:r>
        <w:rPr>
          <w:sz w:val="22"/>
        </w:rPr>
        <w:t>A. Frông cực</w:t>
      </w:r>
    </w:p>
    <w:p>
      <w:pPr>
        <w:pStyle w:val="ListParagraph"/>
      </w:pPr>
      <w:r>
        <w:rPr>
          <w:sz w:val="22"/>
        </w:rPr>
        <w:t>B. Frông xích đạo</w:t>
      </w:r>
    </w:p>
    <w:p>
      <w:pPr>
        <w:pStyle w:val="ListParagraph"/>
      </w:pPr>
      <w:r>
        <w:rPr>
          <w:sz w:val="22"/>
        </w:rPr>
        <w:t>C. Frông nóng</w:t>
      </w:r>
    </w:p>
    <w:p>
      <w:pPr>
        <w:pStyle w:val="ListParagraph"/>
      </w:pPr>
      <w:r>
        <w:rPr>
          <w:sz w:val="22"/>
        </w:rPr>
        <w:t>D. Frông lạnh</w:t>
      </w:r>
    </w:p>
    <w:p/>
    <w:p>
      <w:r>
        <w:rPr>
          <w:b/>
          <w:sz w:val="24"/>
        </w:rPr>
        <w:t>Câu 4: Khu vực nào sau đây thường có mưa nhiều do ảnh hưởng của dải hội tụ nhiệt đới?</w:t>
      </w:r>
    </w:p>
    <w:p>
      <w:pPr>
        <w:pStyle w:val="ListParagraph"/>
      </w:pPr>
      <w:r>
        <w:rPr>
          <w:sz w:val="22"/>
        </w:rPr>
        <w:t>A. Vùng ôn đới lục địa</w:t>
      </w:r>
    </w:p>
    <w:p>
      <w:pPr>
        <w:pStyle w:val="ListParagraph"/>
      </w:pPr>
      <w:r>
        <w:rPr>
          <w:sz w:val="22"/>
        </w:rPr>
        <w:t>B. Vùng xích đạo</w:t>
      </w:r>
    </w:p>
    <w:p>
      <w:pPr>
        <w:pStyle w:val="ListParagraph"/>
      </w:pPr>
      <w:r>
        <w:rPr>
          <w:sz w:val="22"/>
        </w:rPr>
        <w:t>C. Vùng chí tuyến</w:t>
      </w:r>
    </w:p>
    <w:p>
      <w:pPr>
        <w:pStyle w:val="ListParagraph"/>
      </w:pPr>
      <w:r>
        <w:rPr>
          <w:sz w:val="22"/>
        </w:rPr>
        <w:t>D. Vùng cực</w:t>
      </w:r>
    </w:p>
    <w:p/>
    <w:p>
      <w:r>
        <w:rPr>
          <w:b/>
          <w:sz w:val="24"/>
        </w:rPr>
        <w:t>Câu 5: Gió Tây ôn đới thổi từ áp cao nào đến áp thấp nào?</w:t>
      </w:r>
    </w:p>
    <w:p>
      <w:pPr>
        <w:pStyle w:val="ListParagraph"/>
      </w:pPr>
      <w:r>
        <w:rPr>
          <w:sz w:val="22"/>
        </w:rPr>
        <w:t>A. Áp cao chí tuyến đến áp thấp ôn đới</w:t>
      </w:r>
    </w:p>
    <w:p>
      <w:pPr>
        <w:pStyle w:val="ListParagraph"/>
      </w:pPr>
      <w:r>
        <w:rPr>
          <w:sz w:val="22"/>
        </w:rPr>
        <w:t>B. Áp cao cực đến áp thấp ôn đới</w:t>
      </w:r>
    </w:p>
    <w:p>
      <w:pPr>
        <w:pStyle w:val="ListParagraph"/>
      </w:pPr>
      <w:r>
        <w:rPr>
          <w:sz w:val="22"/>
        </w:rPr>
        <w:t>C. Áp cao chí tuyến đến áp thấp xích đạo</w:t>
      </w:r>
    </w:p>
    <w:p>
      <w:pPr>
        <w:pStyle w:val="ListParagraph"/>
      </w:pPr>
      <w:r>
        <w:rPr>
          <w:sz w:val="22"/>
        </w:rPr>
        <w:t>D. Áp cao ôn đới đến áp thấp cực</w:t>
      </w:r>
    </w:p>
    <w:p/>
    <w:p>
      <w:r>
        <w:rPr>
          <w:b/>
          <w:sz w:val="24"/>
        </w:rPr>
        <w:t>Câu 6: Nguyên nhân nào sau đây làm cho nhiệt độ không khí giảm dần từ xích đạo về hai cực?</w:t>
      </w:r>
    </w:p>
    <w:p>
      <w:pPr>
        <w:pStyle w:val="ListParagraph"/>
      </w:pPr>
      <w:r>
        <w:rPr>
          <w:sz w:val="22"/>
        </w:rPr>
        <w:t>A. Do góc chiếu tia sáng mặt trời giảm dần</w:t>
      </w:r>
    </w:p>
    <w:p>
      <w:pPr>
        <w:pStyle w:val="ListParagraph"/>
      </w:pPr>
      <w:r>
        <w:rPr>
          <w:sz w:val="22"/>
        </w:rPr>
        <w:t>B. Do ảnh hưởng của dòng biển</w:t>
      </w:r>
    </w:p>
    <w:p>
      <w:pPr>
        <w:pStyle w:val="ListParagraph"/>
      </w:pPr>
      <w:r>
        <w:rPr>
          <w:sz w:val="22"/>
        </w:rPr>
        <w:t>C. Do bề mặt đệm khác nhau</w:t>
      </w:r>
    </w:p>
    <w:p>
      <w:pPr>
        <w:pStyle w:val="ListParagraph"/>
      </w:pPr>
      <w:r>
        <w:rPr>
          <w:sz w:val="22"/>
        </w:rPr>
        <w:t>D. Do độ cao địa hình tăng dần</w:t>
      </w:r>
    </w:p>
    <w:p/>
    <w:p>
      <w:r>
        <w:rPr>
          <w:b/>
          <w:sz w:val="24"/>
        </w:rPr>
        <w:t>Câu 7: Hiện tượng nào sau đây là biểu hiện của quy luật địa đới trong khí hậu?</w:t>
      </w:r>
    </w:p>
    <w:p>
      <w:pPr>
        <w:pStyle w:val="ListParagraph"/>
      </w:pPr>
      <w:r>
        <w:rPr>
          <w:sz w:val="22"/>
        </w:rPr>
        <w:t>A. Sự phân hóa khí hậu theo độ cao</w:t>
      </w:r>
    </w:p>
    <w:p>
      <w:pPr>
        <w:pStyle w:val="ListParagraph"/>
      </w:pPr>
      <w:r>
        <w:rPr>
          <w:sz w:val="22"/>
        </w:rPr>
        <w:t>B. Sự hình thành các đới khí hậu từ xích đạo về cực</w:t>
      </w:r>
    </w:p>
    <w:p>
      <w:pPr>
        <w:pStyle w:val="ListParagraph"/>
      </w:pPr>
      <w:r>
        <w:rPr>
          <w:sz w:val="22"/>
        </w:rPr>
        <w:t>C. Sự phân hóa khí hậu theo kinh độ</w:t>
      </w:r>
    </w:p>
    <w:p>
      <w:pPr>
        <w:pStyle w:val="ListParagraph"/>
      </w:pPr>
      <w:r>
        <w:rPr>
          <w:sz w:val="22"/>
        </w:rPr>
        <w:t>D. Sự khác biệt khí hậu giữa lục địa và đại dương</w:t>
      </w:r>
    </w:p>
    <w:p/>
    <w:p>
      <w:r>
        <w:rPr>
          <w:b/>
          <w:sz w:val="24"/>
        </w:rPr>
        <w:t>Câu 8: Khu vực nào sau đây có lượng mưa trung bình năm thấp nhất?</w:t>
      </w:r>
    </w:p>
    <w:p>
      <w:pPr>
        <w:pStyle w:val="ListParagraph"/>
      </w:pPr>
      <w:r>
        <w:rPr>
          <w:sz w:val="22"/>
        </w:rPr>
        <w:t>A. Ôn đới hải dương</w:t>
      </w:r>
    </w:p>
    <w:p>
      <w:pPr>
        <w:pStyle w:val="ListParagraph"/>
      </w:pPr>
      <w:r>
        <w:rPr>
          <w:sz w:val="22"/>
        </w:rPr>
        <w:t>B. Xích đạo</w:t>
      </w:r>
    </w:p>
    <w:p>
      <w:pPr>
        <w:pStyle w:val="ListParagraph"/>
      </w:pPr>
      <w:r>
        <w:rPr>
          <w:sz w:val="22"/>
        </w:rPr>
        <w:t>C. Cực</w:t>
      </w:r>
    </w:p>
    <w:p>
      <w:pPr>
        <w:pStyle w:val="ListParagraph"/>
      </w:pPr>
      <w:r>
        <w:rPr>
          <w:sz w:val="22"/>
        </w:rPr>
        <w:t>D. Chí tuyến lục địa</w:t>
      </w:r>
    </w:p>
    <w:p/>
    <w:p>
      <w:r>
        <w:rPr>
          <w:b/>
          <w:sz w:val="24"/>
        </w:rPr>
        <w:t>Câu 9: Nhân tố nào sau đây ảnh hưởng mạnh mẽ đến sự phân hóa khí hậu giữa sườn đón gió và sườn khuất gió?</w:t>
      </w:r>
    </w:p>
    <w:p>
      <w:pPr>
        <w:pStyle w:val="ListParagraph"/>
      </w:pPr>
      <w:r>
        <w:rPr>
          <w:sz w:val="22"/>
        </w:rPr>
        <w:t>A. Dòng biển</w:t>
      </w:r>
    </w:p>
    <w:p>
      <w:pPr>
        <w:pStyle w:val="ListParagraph"/>
      </w:pPr>
      <w:r>
        <w:rPr>
          <w:sz w:val="22"/>
        </w:rPr>
        <w:t>B. Bức xạ mặt trời</w:t>
      </w:r>
    </w:p>
    <w:p>
      <w:pPr>
        <w:pStyle w:val="ListParagraph"/>
      </w:pPr>
      <w:r>
        <w:rPr>
          <w:sz w:val="22"/>
        </w:rPr>
        <w:t>C. Địa hình</w:t>
      </w:r>
    </w:p>
    <w:p>
      <w:pPr>
        <w:pStyle w:val="ListParagraph"/>
      </w:pPr>
      <w:r>
        <w:rPr>
          <w:sz w:val="22"/>
        </w:rPr>
        <w:t>D. Vĩ độ</w:t>
      </w:r>
    </w:p>
    <w:p/>
    <w:p>
      <w:r>
        <w:rPr>
          <w:b/>
          <w:sz w:val="24"/>
        </w:rPr>
        <w:t>Câu 10: Biểu hiện nào sau đây chứng tỏ khí hậu có tính địa phương?</w:t>
      </w:r>
    </w:p>
    <w:p>
      <w:pPr>
        <w:pStyle w:val="ListParagraph"/>
      </w:pPr>
      <w:r>
        <w:rPr>
          <w:sz w:val="22"/>
        </w:rPr>
        <w:t>A. Nhiệt độ giảm theo độ cao</w:t>
      </w:r>
    </w:p>
    <w:p>
      <w:pPr>
        <w:pStyle w:val="ListParagraph"/>
      </w:pPr>
      <w:r>
        <w:rPr>
          <w:sz w:val="22"/>
        </w:rPr>
        <w:t>B. Khí hậu thay đổi theo mùa</w:t>
      </w:r>
    </w:p>
    <w:p>
      <w:pPr>
        <w:pStyle w:val="ListParagraph"/>
      </w:pPr>
      <w:r>
        <w:rPr>
          <w:sz w:val="22"/>
        </w:rPr>
        <w:t>C. Các đới khí hậu phân bố theo vĩ độ</w:t>
      </w:r>
    </w:p>
    <w:p>
      <w:pPr>
        <w:pStyle w:val="ListParagraph"/>
      </w:pPr>
      <w:r>
        <w:rPr>
          <w:sz w:val="22"/>
        </w:rPr>
        <w:t>D. Sự khác biệt khí hậu giữa ven biển và nội địa</w:t>
      </w:r>
    </w:p>
    <w:p/>
    <w:p>
      <w:r>
        <w:t>──────────────────────────────────────────────────</w:t>
      </w:r>
    </w:p>
    <w:p>
      <w:r>
        <w:rPr>
          <w:b/>
        </w:rPr>
        <w:t>BẢNG ĐÁP ÁN &amp; LỜI GIẢI CHI TIẾT</w:t>
      </w:r>
    </w:p>
    <w:p>
      <w:r>
        <w:rPr>
          <w:b/>
        </w:rPr>
        <w:t>Câu 1: Đáp án đúng: B</w:t>
      </w:r>
    </w:p>
    <w:p>
      <w:r>
        <w:rPr>
          <w:i/>
        </w:rPr>
        <w:t>Giải thích: Góc chiếu của tia sáng mặt trời thay đổi theo vĩ độ, quyết định lượng bức xạ mặt trời nhận được, tạo nên sự phân hóa khí hậu theo vĩ độ.</w:t>
      </w:r>
    </w:p>
    <w:p>
      <w:r>
        <w:rPr>
          <w:b/>
        </w:rPr>
        <w:t>Câu 2: Đáp án đúng: C</w:t>
      </w:r>
    </w:p>
    <w:p>
      <w:r>
        <w:rPr>
          <w:i/>
        </w:rPr>
        <w:t>Giải thích: Khối khí cực lục địa hình thành trên vùng cực, có tính chất lạnh và khô.</w:t>
      </w:r>
    </w:p>
    <w:p>
      <w:r>
        <w:rPr>
          <w:b/>
        </w:rPr>
        <w:t>Câu 3: Đáp án đúng: D</w:t>
      </w:r>
    </w:p>
    <w:p>
      <w:r>
        <w:rPr>
          <w:i/>
        </w:rPr>
        <w:t>Giải thích: Frông lạnh hình thành khi khối khí lạnh (ôn đới) đẩy khối khí nóng (chí tuyến) lên cao.</w:t>
      </w:r>
    </w:p>
    <w:p>
      <w:r>
        <w:rPr>
          <w:b/>
        </w:rPr>
        <w:t>Câu 4: Đáp án đúng: B</w:t>
      </w:r>
    </w:p>
    <w:p>
      <w:r>
        <w:rPr>
          <w:i/>
        </w:rPr>
        <w:t>Giải thích: Dải hội tụ nhiệt đới hoạt động mạnh ở vùng xích đạo, gây mưa nhiều quanh năm.</w:t>
      </w:r>
    </w:p>
    <w:p>
      <w:r>
        <w:rPr>
          <w:b/>
        </w:rPr>
        <w:t>Câu 5: Đáp án đúng: A</w:t>
      </w:r>
    </w:p>
    <w:p>
      <w:r>
        <w:rPr>
          <w:i/>
        </w:rPr>
        <w:t>Giải thích: Gió Tây ôn đới thổi từ áp cao chí tuyến về áp thấp ôn đới.</w:t>
      </w:r>
    </w:p>
    <w:p>
      <w:r>
        <w:rPr>
          <w:b/>
        </w:rPr>
        <w:t>Câu 6: Đáp án đúng: A</w:t>
      </w:r>
    </w:p>
    <w:p>
      <w:r>
        <w:rPr>
          <w:i/>
        </w:rPr>
        <w:t>Giải thích: Góc chiếu tia sáng mặt trời giảm dần từ xích đạo về cực làm lượng nhiệt nhận được giảm, nhiệt độ không khí giảm.</w:t>
      </w:r>
    </w:p>
    <w:p>
      <w:r>
        <w:rPr>
          <w:b/>
        </w:rPr>
        <w:t>Câu 7: Đáp án đúng: B</w:t>
      </w:r>
    </w:p>
    <w:p>
      <w:r>
        <w:rPr>
          <w:i/>
        </w:rPr>
        <w:t>Giải thích: Quy luật địa đới thể hiện rõ qua sự hình thành các đới khí hậu từ xích đạo về cực.</w:t>
      </w:r>
    </w:p>
    <w:p>
      <w:r>
        <w:rPr>
          <w:b/>
        </w:rPr>
        <w:t>Câu 8: Đáp án đúng: C</w:t>
      </w:r>
    </w:p>
    <w:p>
      <w:r>
        <w:rPr>
          <w:i/>
        </w:rPr>
        <w:t>Giải thích: Vùng cực có nhiệt độ thấp, không khí khô, lượng mưa trung bình năm thấp nhất.</w:t>
      </w:r>
    </w:p>
    <w:p>
      <w:r>
        <w:rPr>
          <w:b/>
        </w:rPr>
        <w:t>Câu 9: Đáp án đúng: C</w:t>
      </w:r>
    </w:p>
    <w:p>
      <w:r>
        <w:rPr>
          <w:i/>
        </w:rPr>
        <w:t>Giải thích: Địa hình tạo nên sự khác biệt về lượng mưa và nhiệt độ giữa sườn đón gió và sườn khuất gió.</w:t>
      </w:r>
    </w:p>
    <w:p>
      <w:r>
        <w:rPr>
          <w:b/>
        </w:rPr>
        <w:t>Câu 10: Đáp án đúng: D</w:t>
      </w:r>
    </w:p>
    <w:p>
      <w:r>
        <w:rPr>
          <w:i/>
        </w:rPr>
        <w:t>Giải thích: Tính địa phương thể hiện qua sự khác biệt khí hậu giữa các khu vực gần nhau như ven biển và nội địa.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