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PHẦN II: CÂU HỎI TRẮC NGHIỆM ĐÚNG / SAI (4 CÂU)</w:t>
      </w:r>
    </w:p>
    <w:p>
      <w:pPr>
        <w:jc w:val="center"/>
      </w:pPr>
      <w:r>
        <w:rPr>
          <w:sz w:val="22"/>
        </w:rPr>
        <w:t>Số câu: 24    Thời gian: _____ phút    Họ và tên: _________________________</w:t>
      </w:r>
    </w:p>
    <w:p/>
    <w:p>
      <w:r>
        <w:rPr>
          <w:b/>
          <w:sz w:val="24"/>
        </w:rPr>
        <w:t>Câu 1: Cho đoạn thông tin sau: "Việt Nam nằm trên bán đảo Đông Dương, gần trung tâm khu vực Đông Nam Á. Trên đất liền, nước ta tiếp giáp với ba quốc gia có chung đường biên giới; vùng biển tiếp giáp với nhiều quốc gia và mở rộng ra Biển Đông. Vị trí địa lí đã quy định đặc điểm cơ bản của thiên nhiên nước ta mang tính chất nhiệt đới ẩm gió mùa và tạo nhiều thuận lợi trong phát triển kinh tế." a) Trên đất liền, nước ta có đường biên giới tiếp giáp với 3 quốc gia là Trung Quốc, Lào và Cam-pu-chia.</w:t>
      </w:r>
    </w:p>
    <w:p>
      <w:pPr>
        <w:pStyle w:val="ListParagraph"/>
      </w:pPr>
      <w:r>
        <w:rPr>
          <w:sz w:val="22"/>
        </w:rPr>
        <w:t>A. Đúng</w:t>
      </w:r>
    </w:p>
    <w:p>
      <w:pPr>
        <w:pStyle w:val="ListParagraph"/>
      </w:pPr>
      <w:r>
        <w:rPr>
          <w:sz w:val="22"/>
        </w:rPr>
        <w:t>B. Sai</w:t>
      </w:r>
    </w:p>
    <w:p/>
    <w:p>
      <w:r>
        <w:rPr>
          <w:b/>
          <w:sz w:val="24"/>
        </w:rPr>
        <w:t>Câu 2: Cho đoạn thông tin sau: "Việt Nam nằm trên bán đảo Đông Dương, gần trung tâm khu vực Đông Nam Á. Trên đất liền, nước ta tiếp giáp với ba quốc gia có chung đường biên giới; vùng biển tiếp giáp với nhiều quốc gia và mở rộng ra Biển Đông. Vị trí địa lí đã quy định đặc điểm cơ bản của thiên nhiên nước ta mang tính chất nhiệt đới ẩm gió mùa và tạo nhiều thuận lợi trong phát triển kinh tế." b) Vị trí ven biển giúp nước ta có điều kiện giao lưu thuận lợi bằng đường biển với các nước trong khu vực và trên thế giới.</w:t>
      </w:r>
    </w:p>
    <w:p>
      <w:pPr>
        <w:pStyle w:val="ListParagraph"/>
      </w:pPr>
      <w:r>
        <w:rPr>
          <w:sz w:val="22"/>
        </w:rPr>
        <w:t>A. Đúng</w:t>
      </w:r>
    </w:p>
    <w:p>
      <w:pPr>
        <w:pStyle w:val="ListParagraph"/>
      </w:pPr>
      <w:r>
        <w:rPr>
          <w:sz w:val="22"/>
        </w:rPr>
        <w:t>B. Sai</w:t>
      </w:r>
    </w:p>
    <w:p/>
    <w:p>
      <w:r>
        <w:rPr>
          <w:b/>
          <w:sz w:val="24"/>
        </w:rPr>
        <w:t>Câu 3: Cho đoạn thông tin sau: "Việt Nam nằm trên bán đảo Đông Dương, gần trung tâm khu vực Đông Nam Á. Trên đất liền, nước ta tiếp giáp với ba quốc gia có chung đường biên giới; vùng biển tiếp giáp với nhiều quốc gia và mở rộng ra Biển Đông. Vị trí địa lí đã quy định đặc điểm cơ bản của thiên nhiên nước ta mang tính chất nhiệt đới ẩm gió mùa và tạo nhiều thuận lợi trong phát triển kinh tế." c) Việt Nam nằm hoàn toàn ở vị trí trung tâm địa lí của bán đảo Đông Dương.</w:t>
      </w:r>
    </w:p>
    <w:p>
      <w:pPr>
        <w:pStyle w:val="ListParagraph"/>
      </w:pPr>
      <w:r>
        <w:rPr>
          <w:sz w:val="22"/>
        </w:rPr>
        <w:t>A. Đúng</w:t>
      </w:r>
    </w:p>
    <w:p>
      <w:pPr>
        <w:pStyle w:val="ListParagraph"/>
      </w:pPr>
      <w:r>
        <w:rPr>
          <w:sz w:val="22"/>
        </w:rPr>
        <w:t>B. Sai</w:t>
      </w:r>
    </w:p>
    <w:p/>
    <w:p>
      <w:r>
        <w:rPr>
          <w:b/>
          <w:sz w:val="24"/>
        </w:rPr>
        <w:t>Câu 4: Cho đoạn thông tin sau: "Việt Nam nằm trên bán đảo Đông Dương, gần trung tâm khu vực Đông Nam Á. Trên đất liền, nước ta tiếp giáp với ba quốc gia có chung đường biên giới; vùng biển tiếp giáp với nhiều quốc gia và mở rộng ra Biển Đông. Vị trí địa lí đã quy định đặc điểm cơ bản của thiên nhiên nước ta mang tính chất nhiệt đới ẩm gió mùa và tạo nhiều thuận lợi trong phát triển kinh tế." d) Do nằm hoàn toàn trong vùng nội chí tuyến nên nước ta chịu ảnh hưởng của khối khí lạnh gây mùa đông lạnh, ít mưa.</w:t>
      </w:r>
    </w:p>
    <w:p>
      <w:pPr>
        <w:pStyle w:val="ListParagraph"/>
      </w:pPr>
      <w:r>
        <w:rPr>
          <w:sz w:val="22"/>
        </w:rPr>
        <w:t>A. Đúng</w:t>
      </w:r>
    </w:p>
    <w:p>
      <w:pPr>
        <w:pStyle w:val="ListParagraph"/>
      </w:pPr>
      <w:r>
        <w:rPr>
          <w:sz w:val="22"/>
        </w:rPr>
        <w:t>B. Sai</w:t>
      </w:r>
    </w:p>
    <w:p/>
    <w:p>
      <w:r>
        <w:rPr>
          <w:b/>
          <w:sz w:val="24"/>
        </w:rPr>
        <w:t>Câu 5: Cho đoạn thông tin sau: "Miền Tây Bắc và Bắc Trung Bộ có địa hình cao nhất cả nước với dãy núi Hoàng Liên Sơn sừng sững, hướng nghiêng chung tây bắc - đông nam. Địa hình đồi núi hiểm trở kết hợp với vị trí địa lí đã tạo nên sự phân hóa khí hậu phức tạp: mùa đông ngắn và ấm hơn miền Bắc và Đông Bắc Bắc Bộ, trong khi mùa hạ chịu ảnh hưởng sâu sắc của hiệu ứng phơn khô nóng." a) Đầu mùa hạ, miền chịu tác động của hiện tượng phơn khô nóng chủ yếu do khối khí nhiệt đới ẩm Bắc Ấn Độ Dương vượt qua các dãy núi biên giới Việt - Lào.</w:t>
      </w:r>
    </w:p>
    <w:p>
      <w:pPr>
        <w:pStyle w:val="ListParagraph"/>
      </w:pPr>
      <w:r>
        <w:rPr>
          <w:sz w:val="22"/>
        </w:rPr>
        <w:t>A. Đúng</w:t>
      </w:r>
    </w:p>
    <w:p>
      <w:pPr>
        <w:pStyle w:val="ListParagraph"/>
      </w:pPr>
      <w:r>
        <w:rPr>
          <w:sz w:val="22"/>
        </w:rPr>
        <w:t>B. Sai</w:t>
      </w:r>
    </w:p>
    <w:p/>
    <w:p>
      <w:r>
        <w:rPr>
          <w:b/>
          <w:sz w:val="24"/>
        </w:rPr>
        <w:t>Câu 6: Cho đoạn thông tin sau: "Miền Tây Bắc và Bắc Trung Bộ có địa hình cao nhất cả nước với dãy núi Hoàng Liên Sơn sừng sững, hướng nghiêng chung tây bắc - đông nam. Địa hình đồi núi hiểm trở kết hợp với vị trí địa lí đã tạo nên sự phân hóa khí hậu phức tạp: mùa đông ngắn và ấm hơn miền Bắc và Đông Bắc Bắc Bộ, trong khi mùa hạ chịu ảnh hưởng sâu sắc của hiệu ứng phơn khô nóng." b) Địa hình miền có độ cao lớn nhất nước ta chủ yếu do tác động của vận động nâng lên mạnh mẽ trong giai đoạn Tân kiến tạo.</w:t>
      </w:r>
    </w:p>
    <w:p>
      <w:pPr>
        <w:pStyle w:val="ListParagraph"/>
      </w:pPr>
      <w:r>
        <w:rPr>
          <w:sz w:val="22"/>
        </w:rPr>
        <w:t>A. Đúng</w:t>
      </w:r>
    </w:p>
    <w:p>
      <w:pPr>
        <w:pStyle w:val="ListParagraph"/>
      </w:pPr>
      <w:r>
        <w:rPr>
          <w:sz w:val="22"/>
        </w:rPr>
        <w:t>B. Sai</w:t>
      </w:r>
    </w:p>
    <w:p/>
    <w:p>
      <w:r>
        <w:rPr>
          <w:b/>
          <w:sz w:val="24"/>
        </w:rPr>
        <w:t>Câu 7: Cho đoạn thông tin sau: "Miền Tây Bắc và Bắc Trung Bộ có địa hình cao nhất cả nước với dãy núi Hoàng Liên Sơn sừng sững, hướng nghiêng chung tây bắc - đông nam. Địa hình đồi núi hiểm trở kết hợp với vị trí địa lí đã tạo nên sự phân hóa khí hậu phức tạp: mùa đông ngắn và ấm hơn miền Bắc và Đông Bắc Bắc Bộ, trong khi mùa hạ chịu ảnh hưởng sâu sắc của hiệu ứng phơn khô nóng." c) Miền Tây Bắc và Bắc Trung Bộ có đủ ba đai cao khí hậu là do tác động trực tiếp và liên tục của gió mùa Đông Bắc.</w:t>
      </w:r>
    </w:p>
    <w:p>
      <w:pPr>
        <w:pStyle w:val="ListParagraph"/>
      </w:pPr>
      <w:r>
        <w:rPr>
          <w:sz w:val="22"/>
        </w:rPr>
        <w:t>A. Đúng</w:t>
      </w:r>
    </w:p>
    <w:p>
      <w:pPr>
        <w:pStyle w:val="ListParagraph"/>
      </w:pPr>
      <w:r>
        <w:rPr>
          <w:sz w:val="22"/>
        </w:rPr>
        <w:t>B. Sai</w:t>
      </w:r>
    </w:p>
    <w:p/>
    <w:p>
      <w:r>
        <w:rPr>
          <w:b/>
          <w:sz w:val="24"/>
        </w:rPr>
        <w:t>Câu 8: Cho đoạn thông tin sau: "Miền Tây Bắc và Bắc Trung Bộ có địa hình cao nhất cả nước với dãy núi Hoàng Liên Sơn sừng sững, hướng nghiêng chung tây bắc - đông nam. Địa hình đồi núi hiểm trở kết hợp với vị trí địa lí đã tạo nên sự phân hóa khí hậu phức tạp: mùa đông ngắn và ấm hơn miền Bắc và Đông Bắc Bắc Bộ, trong khi mùa hạ chịu ảnh hưởng sâu sắc của hiệu ứng phơn khô nóng." d) Các đặc điểm tự nhiên nêu trên thuộc về vùng lãnh thổ miền Nam Trung Bộ và Nam Bộ.</w:t>
      </w:r>
    </w:p>
    <w:p>
      <w:pPr>
        <w:pStyle w:val="ListParagraph"/>
      </w:pPr>
      <w:r>
        <w:rPr>
          <w:sz w:val="22"/>
        </w:rPr>
        <w:t>A. Đúng</w:t>
      </w:r>
    </w:p>
    <w:p>
      <w:pPr>
        <w:pStyle w:val="ListParagraph"/>
      </w:pPr>
      <w:r>
        <w:rPr>
          <w:sz w:val="22"/>
        </w:rPr>
        <w:t>B. Sai</w:t>
      </w:r>
    </w:p>
    <w:p/>
    <w:p>
      <w:r>
        <w:rPr>
          <w:b/>
          <w:sz w:val="24"/>
        </w:rPr>
        <w:t>Câu 9: Cho đoạn thông tin sau: "Khí hậu Việt Nam mang tính chất nhiệt đới ẩm gió mùa với sự luân phiên của hai mùa gió chính: gió mùa mùa đông và gió mùa mùa hạ. Sự hoạt động của các khối khí kết hợp với bức chắn địa hình đã tạo nên sự phân mùa khí hậu và sự khác biệt sâu sắc giữa các vùng miền trong cả nước." a) Gió mùa Đông Bắc hoạt động từ tháng 11 đến tháng 4 năm sau, làm cho toàn bộ lãnh thổ nước ta từ Bắc vào Nam đều có mùa đông lạnh dưới 18°C.</w:t>
      </w:r>
    </w:p>
    <w:p>
      <w:pPr>
        <w:pStyle w:val="ListParagraph"/>
      </w:pPr>
      <w:r>
        <w:rPr>
          <w:sz w:val="22"/>
        </w:rPr>
        <w:t>A. Đúng</w:t>
      </w:r>
    </w:p>
    <w:p>
      <w:pPr>
        <w:pStyle w:val="ListParagraph"/>
      </w:pPr>
      <w:r>
        <w:rPr>
          <w:sz w:val="22"/>
        </w:rPr>
        <w:t>B. Sai</w:t>
      </w:r>
    </w:p>
    <w:p/>
    <w:p>
      <w:r>
        <w:rPr>
          <w:b/>
          <w:sz w:val="24"/>
        </w:rPr>
        <w:t>Câu 10: Cho đoạn thông tin sau: "Khí hậu Việt Nam mang tính chất nhiệt đới ẩm gió mùa với sự luân phiên của hai mùa gió chính: gió mùa mùa đông và gió mùa mùa hạ. Sự hoạt động của các khối khí kết hợp với bức chắn địa hình đã tạo nên sự phân mùa khí hậu và sự khác biệt sâu sắc giữa các vùng miền trong cả nước." b) Nửa sau mùa đông, gió mùa Đông Bắc đi lệch qua biển nên gây ra hiện tượng mưa phùn đặc trưng ở vùng ven biển và đồng bằng Bắc Bộ.</w:t>
      </w:r>
    </w:p>
    <w:p>
      <w:pPr>
        <w:pStyle w:val="ListParagraph"/>
      </w:pPr>
      <w:r>
        <w:rPr>
          <w:sz w:val="22"/>
        </w:rPr>
        <w:t>A. Đúng</w:t>
      </w:r>
    </w:p>
    <w:p>
      <w:pPr>
        <w:pStyle w:val="ListParagraph"/>
      </w:pPr>
      <w:r>
        <w:rPr>
          <w:sz w:val="22"/>
        </w:rPr>
        <w:t>B. Sai</w:t>
      </w:r>
    </w:p>
    <w:p/>
    <w:p>
      <w:r>
        <w:rPr>
          <w:b/>
          <w:sz w:val="24"/>
        </w:rPr>
        <w:t>Câu 11: Cho đoạn thông tin sau: "Khí hậu Việt Nam mang tính chất nhiệt đới ẩm gió mùa với sự luân phiên của hai mùa gió chính: gió mùa mùa đông và gió mùa mùa hạ. Sự hoạt động của các khối khí kết hợp với bức chắn địa hình đã tạo nên sự phân mùa khí hậu và sự khác biệt sâu sắc giữa các vùng miền trong cả nước." c) Dãy Bạch Mã ngăn cản gió mùa Đông Bắc di chuyển sâu xuống phía Nam, tạo thành ranh giới phân chia hai miền khí hậu Bắc - Nam.</w:t>
      </w:r>
    </w:p>
    <w:p>
      <w:pPr>
        <w:pStyle w:val="ListParagraph"/>
      </w:pPr>
      <w:r>
        <w:rPr>
          <w:sz w:val="22"/>
        </w:rPr>
        <w:t>A. Đúng</w:t>
      </w:r>
    </w:p>
    <w:p>
      <w:pPr>
        <w:pStyle w:val="ListParagraph"/>
      </w:pPr>
      <w:r>
        <w:rPr>
          <w:sz w:val="22"/>
        </w:rPr>
        <w:t>B. Sai</w:t>
      </w:r>
    </w:p>
    <w:p/>
    <w:p>
      <w:r>
        <w:rPr>
          <w:b/>
          <w:sz w:val="24"/>
        </w:rPr>
        <w:t>Câu 12: Cho đoạn thông tin sau: "Khí hậu Việt Nam mang tính chất nhiệt đới ẩm gió mùa với sự luân phiên của hai mùa gió chính: gió mùa mùa đông và gió mùa mùa hạ. Sự hoạt động của các khối khí kết hợp với bức chắn địa hình đã tạo nên sự phân mùa khí hậu và sự khác biệt sâu sắc giữa các vùng miền trong cả nước." d) Gió Tây Nam vào giữa và cuối mùa hạ có nguồn gốc từ khối khí nhiệt đới ẩm Bắc Ấn Độ Dương.</w:t>
      </w:r>
    </w:p>
    <w:p>
      <w:pPr>
        <w:pStyle w:val="ListParagraph"/>
      </w:pPr>
      <w:r>
        <w:rPr>
          <w:sz w:val="22"/>
        </w:rPr>
        <w:t>A. Đúng</w:t>
      </w:r>
    </w:p>
    <w:p>
      <w:pPr>
        <w:pStyle w:val="ListParagraph"/>
      </w:pPr>
      <w:r>
        <w:rPr>
          <w:sz w:val="22"/>
        </w:rPr>
        <w:t>B. Sai</w:t>
      </w:r>
    </w:p>
    <w:p/>
    <w:p>
      <w:r>
        <w:rPr>
          <w:b/>
          <w:sz w:val="24"/>
        </w:rPr>
        <w:t>Câu 13: Cho đoạn thông tin sau về tài nguyên rừng và đất ở nước ta: "Tài nguyên rừng và đất của nước ta có vai trò đặc biệt quan trọng đối với cân bằng sinh thái và phát triển kinh tế. Tuy nhiên, do sức ép của dân số và phương thức khai thác chưa hợp lí, hiện tượng thoái hóa đất và suy giảm chất lượng rừng tự nhiên vẫn đang là những thách thức môi trường lớn." a) Biện pháp quan trọng nhất để bảo vệ và phát triển tài nguyên rừng hiện nay là đẩy mạnh khai thác gỗ tự nhiên phục vụ chế biến xuất khẩu.</w:t>
      </w:r>
    </w:p>
    <w:p>
      <w:pPr>
        <w:pStyle w:val="ListParagraph"/>
      </w:pPr>
      <w:r>
        <w:rPr>
          <w:sz w:val="22"/>
        </w:rPr>
        <w:t>A. Đúng</w:t>
      </w:r>
    </w:p>
    <w:p>
      <w:pPr>
        <w:pStyle w:val="ListParagraph"/>
      </w:pPr>
      <w:r>
        <w:rPr>
          <w:sz w:val="22"/>
        </w:rPr>
        <w:t>B. Sai</w:t>
      </w:r>
    </w:p>
    <w:p/>
    <w:p>
      <w:r>
        <w:rPr>
          <w:b/>
          <w:sz w:val="24"/>
        </w:rPr>
        <w:t>Câu 14: Cho đoạn thông tin sau về tài nguyên rừng và đất ở nước ta: "Tài nguyên rừng và đất của nước ta có vai trò đặc biệt quan trọng đối với cân bằng sinh thái và phát triển kinh tế. Tuy nhiên, do sức ép của dân số và phương thức khai thác chưa hợp lí, hiện tượng thoái hóa đất và suy giảm chất lượng rừng tự nhiên vẫn đang là những thách thức môi trường lớn." b) Ở vùng đồi núi, việc phát triển mô hình nông - lâm kết hợp là giải pháp hữu hiệu vừa nâng cao hiệu quả kinh tế vừa chống xói mòn, bảo vệ đất.</w:t>
      </w:r>
    </w:p>
    <w:p>
      <w:pPr>
        <w:pStyle w:val="ListParagraph"/>
      </w:pPr>
      <w:r>
        <w:rPr>
          <w:sz w:val="22"/>
        </w:rPr>
        <w:t>A. Đúng</w:t>
      </w:r>
    </w:p>
    <w:p>
      <w:pPr>
        <w:pStyle w:val="ListParagraph"/>
      </w:pPr>
      <w:r>
        <w:rPr>
          <w:sz w:val="22"/>
        </w:rPr>
        <w:t>B. Sai</w:t>
      </w:r>
    </w:p>
    <w:p/>
    <w:p>
      <w:r>
        <w:rPr>
          <w:b/>
          <w:sz w:val="24"/>
        </w:rPr>
        <w:t>Câu 15: Cho đoạn thông tin sau về tài nguyên rừng và đất ở nước ta: "Tài nguyên rừng và đất của nước ta có vai trò đặc biệt quan trọng đối với cân bằng sinh thái và phát triển kinh tế. Tuy nhiên, do sức ép của dân số và phương thức khai thác chưa hợp lí, hiện tượng thoái hóa đất và suy giảm chất lượng rừng tự nhiên vẫn đang là những thách thức môi trường lớn." c) Hiện tượng đất bị nhiễm phèn, nhiễm mặn và suy thoái do hóa chất nông nghiệp là thách thức phổ biến ở vùng đồi núi dốc.</w:t>
      </w:r>
    </w:p>
    <w:p>
      <w:pPr>
        <w:pStyle w:val="ListParagraph"/>
      </w:pPr>
      <w:r>
        <w:rPr>
          <w:sz w:val="22"/>
        </w:rPr>
        <w:t>A. Đúng</w:t>
      </w:r>
    </w:p>
    <w:p>
      <w:pPr>
        <w:pStyle w:val="ListParagraph"/>
      </w:pPr>
      <w:r>
        <w:rPr>
          <w:sz w:val="22"/>
        </w:rPr>
        <w:t>B. Sai</w:t>
      </w:r>
    </w:p>
    <w:p/>
    <w:p>
      <w:r>
        <w:rPr>
          <w:b/>
          <w:sz w:val="24"/>
        </w:rPr>
        <w:t>Câu 16: Cho đoạn thông tin sau về tài nguyên rừng và đất ở nước ta: "Tài nguyên rừng và đất của nước ta có vai trò đặc biệt quan trọng đối với cân bằng sinh thái và phát triển kinh tế. Tuy nhiên, do sức ép của dân số và phương thức khai thác chưa hợp lí, hiện tượng thoái hóa đất và suy giảm chất lượng rừng tự nhiên vẫn đang là những thách thức môi trường lớn." d) Độ che phủ rừng của nước ta những năm gần đây có xu hướng tăng lên nhưng chất lượng rừng tự nhiên giàu gỗ quý vẫn còn thấp.</w:t>
      </w:r>
    </w:p>
    <w:p>
      <w:pPr>
        <w:pStyle w:val="ListParagraph"/>
      </w:pPr>
      <w:r>
        <w:rPr>
          <w:sz w:val="22"/>
        </w:rPr>
        <w:t>A. Đúng</w:t>
      </w:r>
    </w:p>
    <w:p>
      <w:pPr>
        <w:pStyle w:val="ListParagraph"/>
      </w:pPr>
      <w:r>
        <w:rPr>
          <w:sz w:val="22"/>
        </w:rPr>
        <w:t>B. Sai</w:t>
      </w:r>
    </w:p>
    <w:p/>
    <w:p>
      <w:r>
        <w:rPr>
          <w:b/>
          <w:sz w:val="24"/>
        </w:rPr>
        <w:t>Câu 17: Theo quy luật đai cao, cứ lên cao 100m thì nhiệt độ không khí sẽ giảm 0,6°C. Khi nhiệt độ không khí tại chân núi (độ cao 0m) đo được là 25°C thì nhiệt độ không khí tại độ cao 1 500m của ngọn núi đó là bao nhiêu °C?</w:t>
      </w:r>
    </w:p>
    <w:p/>
    <w:p>
      <w:r>
        <w:rPr>
          <w:b/>
          <w:sz w:val="24"/>
        </w:rPr>
        <w:t>Câu 18: Cho bảng số liệu nhiệt độ trung bình các tháng tại trạm quan trắc Đà Nẵng năm 2024 (°C): Tháng: 1 2 3 4 5 6 7 8 9 10 11 12; Nhiệt độ: 22,1 23,4 25,8 28,2 30,1 30,5 29,8 29,4 27,8 26,2 24,5 22,6. Căn cứ vào bảng số liệu trên, hãy cho biết nhiệt độ không khí trung bình năm 2024 của trạm Đà Nẵng là bao nhiêu °C? (Làm tròn kết quả đến một chữ số thập phân).</w:t>
      </w:r>
    </w:p>
    <w:p/>
    <w:p>
      <w:r>
        <w:rPr>
          <w:b/>
          <w:sz w:val="24"/>
        </w:rPr>
        <w:t>Câu 19: Năm 2024, tổng diện tích rừng của nước ta là 14 874,3 nghìn ha, trong đó diện tích rừng tự nhiên là 10 134,1 nghìn ha. Hãy cho biết tỉ trọng diện tích rừng tự nhiên chiếm bao nhiêu phần trăm (%) trong tổng diện tích rừng của nước ta năm 2024? (Làm tròn kết quả đến một chữ số thập phân).</w:t>
      </w:r>
    </w:p>
    <w:p/>
    <w:p>
      <w:r>
        <w:rPr>
          <w:b/>
          <w:sz w:val="24"/>
        </w:rPr>
        <w:t>Câu 20: Cho bảng số liệu nhiệt độ trung bình các tháng năm 2024 tại trạm quan trắc Tuyên Quang (°C): Tháng: 1 2 3 4 5 6 7 8 9 10 11 12; Nhiệt độ: 16,8 18,2 21,5 25,6 28,4 29,5 29,3 28,7 27,6 24,8 20,5 17,2. Căn cứ vào bảng số liệu, hãy cho biết biên độ nhiệt độ năm 2024 tại trạm quan trắc Tuyên Quang là bao nhiêu °C? (Làm tròn kết quả đến một chữ số thập phân).</w:t>
      </w:r>
    </w:p>
    <w:p/>
    <w:p>
      <w:r>
        <w:rPr>
          <w:b/>
          <w:sz w:val="24"/>
        </w:rPr>
        <w:t>Câu 21: Đỉnh núi Phan-xi-păng có độ cao 3 147m. Nếu tại cùng một thời điểm, nhiệt độ đo được tại đỉnh núi là 3,1°C thì nhiệt độ không khí tại chân núi (độ cao 0m) xấp xỉ là bao nhiêu °C? Biết rằng trong điều kiện bình thường, cứ lên cao 100m nhiệt độ không khí giảm 0,6°C. (Làm tròn kết quả đến một chữ số thập phân).</w:t>
      </w:r>
    </w:p>
    <w:p/>
    <w:p>
      <w:r>
        <w:rPr>
          <w:b/>
          <w:sz w:val="24"/>
        </w:rPr>
        <w:t>Câu 22: Một khối khí ẩm di chuyển vượt qua một dãy núi cao 2 000m. Tại chân sườn đón gió (độ cao 0m), nhiệt độ đo được là 28°C. Không khí bốc lên sườn đón gió gây mưa (lên cao 100m nhiệt độ giảm 0,6°C). Sau khi vượt qua đỉnh núi sang sườn khuất gió, không khí khô hạ xuống chân núi bên kia (hạ xuống 100m nhiệt độ tăng 1,0°C). Hỏi nhiệt độ không khí tại chân sườn khuất gió (độ cao 0m) là bao nhiêu °C?</w:t>
      </w:r>
    </w:p>
    <w:p/>
    <w:p>
      <w:r>
        <w:rPr>
          <w:b/>
          <w:sz w:val="24"/>
        </w:rPr>
        <w:t>Câu 23: Năm 2024, tổng diện tích rừng trồng của nước ta đạt 4 740,2 nghìn ha trên tổng diện tích rừng cả nước là 14 874,3 nghìn ha. Hãy tính tỉ trọng diện tích rừng trồng chiếm bao nhiêu % trong tổng diện tích rừng nước ta năm 2024? (Làm tròn kết quả đến một chữ số thập phân).</w:t>
      </w:r>
    </w:p>
    <w:p/>
    <w:p>
      <w:r>
        <w:rPr>
          <w:b/>
          <w:sz w:val="24"/>
        </w:rPr>
        <w:t>Câu 24: Trạm khí tượng Cà Mau năm 2024 có nhiệt độ tháng cao nhất là 29,2°C (tháng 4) và nhiệt độ tháng thấp nhất là 26,1°C (tháng 1). Hãy cho biết biên độ nhiệt độ năm tại trạm Tuyên Quang (ở Câu 4) cao hơn biên độ nhiệt độ năm tại trạm Cà Mau là bao nhiêu °C? (Làm tròn kết quả đến một chữ số thập phân).</w:t>
      </w:r>
    </w:p>
    <w:p/>
    <w:p>
      <w:r>
        <w:t>──────────────────────────────────────────────────</w:t>
      </w:r>
    </w:p>
    <w:p>
      <w:r>
        <w:rPr>
          <w:b/>
        </w:rPr>
        <w:t>BẢNG ĐÁP ÁN &amp; LỜI GIẢI CHI TIẾT</w:t>
      </w:r>
    </w:p>
    <w:p>
      <w:r>
        <w:rPr>
          <w:b/>
        </w:rPr>
        <w:t>Câu 1: Đáp án đúng: A</w:t>
      </w:r>
    </w:p>
    <w:p>
      <w:r>
        <w:rPr>
          <w:b/>
        </w:rPr>
        <w:t>Câu 2: Đáp án đúng: A</w:t>
      </w:r>
    </w:p>
    <w:p>
      <w:r>
        <w:rPr>
          <w:b/>
        </w:rPr>
        <w:t>Câu 3: Đáp án đúng: B</w:t>
      </w:r>
    </w:p>
    <w:p>
      <w:r>
        <w:rPr>
          <w:b/>
        </w:rPr>
        <w:t>Câu 4: Đáp án đúng: B</w:t>
      </w:r>
    </w:p>
    <w:p>
      <w:r>
        <w:rPr>
          <w:b/>
        </w:rPr>
        <w:t>Câu 5: Đáp án đúng: A</w:t>
      </w:r>
    </w:p>
    <w:p>
      <w:r>
        <w:rPr>
          <w:b/>
        </w:rPr>
        <w:t>Câu 6: Đáp án đúng: A</w:t>
      </w:r>
    </w:p>
    <w:p>
      <w:r>
        <w:rPr>
          <w:b/>
        </w:rPr>
        <w:t>Câu 7: Đáp án đúng: B</w:t>
      </w:r>
    </w:p>
    <w:p>
      <w:r>
        <w:rPr>
          <w:b/>
        </w:rPr>
        <w:t>Câu 8: Đáp án đúng: B</w:t>
      </w:r>
    </w:p>
    <w:p>
      <w:r>
        <w:rPr>
          <w:b/>
        </w:rPr>
        <w:t>Câu 9: Đáp án đúng: B</w:t>
      </w:r>
    </w:p>
    <w:p>
      <w:r>
        <w:rPr>
          <w:b/>
        </w:rPr>
        <w:t>Câu 10: Đáp án đúng: A</w:t>
      </w:r>
    </w:p>
    <w:p>
      <w:r>
        <w:rPr>
          <w:b/>
        </w:rPr>
        <w:t>Câu 11: Đáp án đúng: A</w:t>
      </w:r>
    </w:p>
    <w:p>
      <w:r>
        <w:rPr>
          <w:b/>
        </w:rPr>
        <w:t>Câu 12: Đáp án đúng: A</w:t>
      </w:r>
    </w:p>
    <w:p>
      <w:r>
        <w:rPr>
          <w:b/>
        </w:rPr>
        <w:t>Câu 13: Đáp án đúng: B</w:t>
      </w:r>
    </w:p>
    <w:p>
      <w:r>
        <w:rPr>
          <w:b/>
        </w:rPr>
        <w:t>Câu 14: Đáp án đúng: A</w:t>
      </w:r>
    </w:p>
    <w:p>
      <w:r>
        <w:rPr>
          <w:b/>
        </w:rPr>
        <w:t>Câu 15: Đáp án đúng: B</w:t>
      </w:r>
    </w:p>
    <w:p>
      <w:r>
        <w:rPr>
          <w:b/>
        </w:rPr>
        <w:t>Câu 16: Đáp án đúng: A</w:t>
      </w:r>
    </w:p>
    <w:p>
      <w:r>
        <w:rPr>
          <w:b/>
        </w:rPr>
        <w:t>Câu 17: Đáp án đúng: 16</w:t>
      </w:r>
    </w:p>
    <w:p>
      <w:r>
        <w:rPr>
          <w:b/>
        </w:rPr>
        <w:t>Câu 18: Đáp án đúng: 26,7</w:t>
      </w:r>
    </w:p>
    <w:p>
      <w:r>
        <w:rPr>
          <w:b/>
        </w:rPr>
        <w:t>Câu 19: Đáp án đúng: 68,1</w:t>
      </w:r>
    </w:p>
    <w:p>
      <w:r>
        <w:rPr>
          <w:b/>
        </w:rPr>
        <w:t>Câu 20: Đáp án đúng: 12,7</w:t>
      </w:r>
    </w:p>
    <w:p>
      <w:r>
        <w:rPr>
          <w:b/>
        </w:rPr>
        <w:t>Câu 21: Đáp án đúng: 22,0</w:t>
      </w:r>
    </w:p>
    <w:p>
      <w:r>
        <w:rPr>
          <w:b/>
        </w:rPr>
        <w:t>Câu 22: Đáp án đúng: 36</w:t>
      </w:r>
    </w:p>
    <w:p>
      <w:r>
        <w:rPr>
          <w:b/>
        </w:rPr>
        <w:t>Câu 23: Đáp án đúng: 31,9</w:t>
      </w:r>
    </w:p>
    <w:p>
      <w:r>
        <w:rPr>
          <w:b/>
        </w:rPr>
        <w:t>Câu 24: Đáp án đúng: 9,6</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