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can't / catch / I / a / ball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Sắp xếp các từ sau thành câu đúng: can't / catch / I / a / ball</w:t>
      </w:r>
    </w:p>
    <w:p>
      <w:pPr>
        <w:pStyle w:val="ListParagraph"/>
      </w:pPr>
      <w:r>
        <w:rPr>
          <w:sz w:val="22"/>
        </w:rPr>
        <w:t>A. I can't catch a ball.</w:t>
      </w:r>
    </w:p>
    <w:p>
      <w:pPr>
        <w:pStyle w:val="ListParagraph"/>
      </w:pPr>
      <w:r>
        <w:rPr>
          <w:sz w:val="22"/>
        </w:rPr>
        <w:t>B. I can't a ball catch.</w:t>
      </w:r>
    </w:p>
    <w:p>
      <w:pPr>
        <w:pStyle w:val="ListParagraph"/>
      </w:pPr>
      <w:r>
        <w:rPr>
          <w:sz w:val="22"/>
        </w:rPr>
        <w:t>C. Can't I catch a ball.</w:t>
      </w:r>
    </w:p>
    <w:p>
      <w:pPr>
        <w:pStyle w:val="ListParagraph"/>
      </w:pPr>
      <w:r>
        <w:rPr>
          <w:sz w:val="22"/>
        </w:rPr>
        <w:t>D. I catch can't a ball.</w:t>
      </w:r>
    </w:p>
    <w:p/>
    <w:p>
      <w:r>
        <w:rPr>
          <w:b/>
          <w:sz w:val="24"/>
        </w:rPr>
        <w:t>Câu 2: Sắp xếp các từ sau thành câu đúng: apple / in / The / is / box / the</w:t>
      </w:r>
    </w:p>
    <w:p>
      <w:pPr>
        <w:pStyle w:val="ListParagraph"/>
      </w:pPr>
      <w:r>
        <w:rPr>
          <w:sz w:val="22"/>
        </w:rPr>
        <w:t>A. The apple is in the box.</w:t>
      </w:r>
    </w:p>
    <w:p>
      <w:pPr>
        <w:pStyle w:val="ListParagraph"/>
      </w:pPr>
      <w:r>
        <w:rPr>
          <w:sz w:val="22"/>
        </w:rPr>
        <w:t>B. The apple in is the box.</w:t>
      </w:r>
    </w:p>
    <w:p>
      <w:pPr>
        <w:pStyle w:val="ListParagraph"/>
      </w:pPr>
      <w:r>
        <w:rPr>
          <w:sz w:val="22"/>
        </w:rPr>
        <w:t>C. Apple the is in the box.</w:t>
      </w:r>
    </w:p>
    <w:p>
      <w:pPr>
        <w:pStyle w:val="ListParagraph"/>
      </w:pPr>
      <w:r>
        <w:rPr>
          <w:sz w:val="22"/>
        </w:rPr>
        <w:t>D. The box is in the apple.</w:t>
      </w:r>
    </w:p>
    <w:p/>
    <w:p>
      <w:r>
        <w:rPr>
          <w:b/>
          <w:sz w:val="24"/>
        </w:rPr>
        <w:t>Câu 3: Sắp xếp các từ sau thành câu đúng: you / Can / throw / a / ball</w:t>
      </w:r>
    </w:p>
    <w:p>
      <w:pPr>
        <w:pStyle w:val="ListParagraph"/>
      </w:pPr>
      <w:r>
        <w:rPr>
          <w:sz w:val="22"/>
        </w:rPr>
        <w:t>A. Can you throw a ball?</w:t>
      </w:r>
    </w:p>
    <w:p>
      <w:pPr>
        <w:pStyle w:val="ListParagraph"/>
      </w:pPr>
      <w:r>
        <w:rPr>
          <w:sz w:val="22"/>
        </w:rPr>
        <w:t>B. You can throw a ball?</w:t>
      </w:r>
    </w:p>
    <w:p>
      <w:pPr>
        <w:pStyle w:val="ListParagraph"/>
      </w:pPr>
      <w:r>
        <w:rPr>
          <w:sz w:val="22"/>
        </w:rPr>
        <w:t>C. Can throw you a ball?</w:t>
      </w:r>
    </w:p>
    <w:p>
      <w:pPr>
        <w:pStyle w:val="ListParagraph"/>
      </w:pPr>
      <w:r>
        <w:rPr>
          <w:sz w:val="22"/>
        </w:rPr>
        <w:t>D. Throw you can a ball?</w:t>
      </w:r>
    </w:p>
    <w:p/>
    <w:p>
      <w:r>
        <w:rPr>
          <w:b/>
          <w:sz w:val="24"/>
        </w:rPr>
        <w:t>Câu 4: Sắp xếp các từ sau thành câu đúng: you / Do / like / bread</w:t>
      </w:r>
    </w:p>
    <w:p>
      <w:pPr>
        <w:pStyle w:val="ListParagraph"/>
      </w:pPr>
      <w:r>
        <w:rPr>
          <w:sz w:val="22"/>
        </w:rPr>
        <w:t>A. Do you like bread?</w:t>
      </w:r>
    </w:p>
    <w:p>
      <w:pPr>
        <w:pStyle w:val="ListParagraph"/>
      </w:pPr>
      <w:r>
        <w:rPr>
          <w:sz w:val="22"/>
        </w:rPr>
        <w:t>B. You do like bread?</w:t>
      </w:r>
    </w:p>
    <w:p>
      <w:pPr>
        <w:pStyle w:val="ListParagraph"/>
      </w:pPr>
      <w:r>
        <w:rPr>
          <w:sz w:val="22"/>
        </w:rPr>
        <w:t>C. Like you do bread?</w:t>
      </w:r>
    </w:p>
    <w:p>
      <w:pPr>
        <w:pStyle w:val="ListParagraph"/>
      </w:pPr>
      <w:r>
        <w:rPr>
          <w:sz w:val="22"/>
        </w:rPr>
        <w:t>D. Do like you bread?</w:t>
      </w:r>
    </w:p>
    <w:p/>
    <w:p>
      <w:r>
        <w:rPr>
          <w:b/>
          <w:sz w:val="24"/>
        </w:rPr>
        <w:t>Câu 5: Sắp xếp các từ sau thành câu đúng: is / the / ball / Where</w:t>
      </w:r>
    </w:p>
    <w:p>
      <w:pPr>
        <w:pStyle w:val="ListParagraph"/>
      </w:pPr>
      <w:r>
        <w:rPr>
          <w:sz w:val="22"/>
        </w:rPr>
        <w:t>A. Where is the ball?</w:t>
      </w:r>
    </w:p>
    <w:p>
      <w:pPr>
        <w:pStyle w:val="ListParagraph"/>
      </w:pPr>
      <w:r>
        <w:rPr>
          <w:sz w:val="22"/>
        </w:rPr>
        <w:t>B. Where the ball is?</w:t>
      </w:r>
    </w:p>
    <w:p>
      <w:pPr>
        <w:pStyle w:val="ListParagraph"/>
      </w:pPr>
      <w:r>
        <w:rPr>
          <w:sz w:val="22"/>
        </w:rPr>
        <w:t>C. The ball is where?</w:t>
      </w:r>
    </w:p>
    <w:p>
      <w:pPr>
        <w:pStyle w:val="ListParagraph"/>
      </w:pPr>
      <w:r>
        <w:rPr>
          <w:sz w:val="22"/>
        </w:rPr>
        <w:t>D. Is where the ball?</w:t>
      </w:r>
    </w:p>
    <w:p/>
    <w:p>
      <w:r>
        <w:rPr>
          <w:b/>
          <w:sz w:val="24"/>
        </w:rPr>
        <w:t>Câu 6: Sắp xếp các từ sau thành câu đúng: ball / The / is / under / table / the</w:t>
      </w:r>
    </w:p>
    <w:p>
      <w:pPr>
        <w:pStyle w:val="ListParagraph"/>
      </w:pPr>
      <w:r>
        <w:rPr>
          <w:sz w:val="22"/>
        </w:rPr>
        <w:t>A. The ball is under the table.</w:t>
      </w:r>
    </w:p>
    <w:p>
      <w:pPr>
        <w:pStyle w:val="ListParagraph"/>
      </w:pPr>
      <w:r>
        <w:rPr>
          <w:sz w:val="22"/>
        </w:rPr>
        <w:t>B. The ball under is the table.</w:t>
      </w:r>
    </w:p>
    <w:p>
      <w:pPr>
        <w:pStyle w:val="ListParagraph"/>
      </w:pPr>
      <w:r>
        <w:rPr>
          <w:sz w:val="22"/>
        </w:rPr>
        <w:t>C. Ball the is under the table.</w:t>
      </w:r>
    </w:p>
    <w:p>
      <w:pPr>
        <w:pStyle w:val="ListParagraph"/>
      </w:pPr>
      <w:r>
        <w:rPr>
          <w:sz w:val="22"/>
        </w:rPr>
        <w:t>D. The table is under the ball.</w:t>
      </w:r>
    </w:p>
    <w:p/>
    <w:p>
      <w:r>
        <w:rPr>
          <w:b/>
          <w:sz w:val="24"/>
        </w:rPr>
        <w:t>Câu 7: Sắp xếp các từ sau thành câu đúng: can't / She / kick / the / ball</w:t>
      </w:r>
    </w:p>
    <w:p>
      <w:pPr>
        <w:pStyle w:val="ListParagraph"/>
      </w:pPr>
      <w:r>
        <w:rPr>
          <w:sz w:val="22"/>
        </w:rPr>
        <w:t>A. She can't kick the ball.</w:t>
      </w:r>
    </w:p>
    <w:p>
      <w:pPr>
        <w:pStyle w:val="ListParagraph"/>
      </w:pPr>
      <w:r>
        <w:rPr>
          <w:sz w:val="22"/>
        </w:rPr>
        <w:t>B. She can't the ball kick.</w:t>
      </w:r>
    </w:p>
    <w:p>
      <w:pPr>
        <w:pStyle w:val="ListParagraph"/>
      </w:pPr>
      <w:r>
        <w:rPr>
          <w:sz w:val="22"/>
        </w:rPr>
        <w:t>C. Can't she kick the ball.</w:t>
      </w:r>
    </w:p>
    <w:p>
      <w:pPr>
        <w:pStyle w:val="ListParagraph"/>
      </w:pPr>
      <w:r>
        <w:rPr>
          <w:sz w:val="22"/>
        </w:rPr>
        <w:t>D. She kick can't the ball.</w:t>
      </w:r>
    </w:p>
    <w:p/>
    <w:p>
      <w:r>
        <w:rPr>
          <w:b/>
          <w:sz w:val="24"/>
        </w:rPr>
        <w:t>Câu 8: Sắp xếp các từ sau thành câu đúng: above / the / bed / It / is</w:t>
      </w:r>
    </w:p>
    <w:p>
      <w:pPr>
        <w:pStyle w:val="ListParagraph"/>
      </w:pPr>
      <w:r>
        <w:rPr>
          <w:sz w:val="22"/>
        </w:rPr>
        <w:t>A. It is above the bed.</w:t>
      </w:r>
    </w:p>
    <w:p>
      <w:pPr>
        <w:pStyle w:val="ListParagraph"/>
      </w:pPr>
      <w:r>
        <w:rPr>
          <w:sz w:val="22"/>
        </w:rPr>
        <w:t>B. It above is the bed.</w:t>
      </w:r>
    </w:p>
    <w:p>
      <w:pPr>
        <w:pStyle w:val="ListParagraph"/>
      </w:pPr>
      <w:r>
        <w:rPr>
          <w:sz w:val="22"/>
        </w:rPr>
        <w:t>C. Above the bed it is.</w:t>
      </w:r>
    </w:p>
    <w:p>
      <w:pPr>
        <w:pStyle w:val="ListParagraph"/>
      </w:pPr>
      <w:r>
        <w:rPr>
          <w:sz w:val="22"/>
        </w:rPr>
        <w:t>D. The bed is above it.</w:t>
      </w:r>
    </w:p>
    <w:p/>
    <w:p>
      <w:r>
        <w:rPr>
          <w:b/>
          <w:sz w:val="24"/>
        </w:rPr>
        <w:t>Câu 9: Sắp xếp các từ sau thành câu đúng: don't / want / We / noodles</w:t>
      </w:r>
    </w:p>
    <w:p>
      <w:pPr>
        <w:pStyle w:val="ListParagraph"/>
      </w:pPr>
      <w:r>
        <w:rPr>
          <w:sz w:val="22"/>
        </w:rPr>
        <w:t>A. We don't want noodles.</w:t>
      </w:r>
    </w:p>
    <w:p>
      <w:pPr>
        <w:pStyle w:val="ListParagraph"/>
      </w:pPr>
      <w:r>
        <w:rPr>
          <w:sz w:val="22"/>
        </w:rPr>
        <w:t>B. We don't noodles want.</w:t>
      </w:r>
    </w:p>
    <w:p>
      <w:pPr>
        <w:pStyle w:val="ListParagraph"/>
      </w:pPr>
      <w:r>
        <w:rPr>
          <w:sz w:val="22"/>
        </w:rPr>
        <w:t>C. Don't we want noodles.</w:t>
      </w:r>
    </w:p>
    <w:p>
      <w:pPr>
        <w:pStyle w:val="ListParagraph"/>
      </w:pPr>
      <w:r>
        <w:rPr>
          <w:sz w:val="22"/>
        </w:rPr>
        <w:t>D. We want don't noodles.</w:t>
      </w:r>
    </w:p>
    <w:p/>
    <w:p>
      <w:r>
        <w:rPr>
          <w:b/>
          <w:sz w:val="24"/>
        </w:rPr>
        <w:t>Câu 10: Sắp xếp các từ sau thành câu đúng: she / Does / eat / bananas</w:t>
      </w:r>
    </w:p>
    <w:p>
      <w:pPr>
        <w:pStyle w:val="ListParagraph"/>
      </w:pPr>
      <w:r>
        <w:rPr>
          <w:sz w:val="22"/>
        </w:rPr>
        <w:t>A. Does she eat bananas?</w:t>
      </w:r>
    </w:p>
    <w:p>
      <w:pPr>
        <w:pStyle w:val="ListParagraph"/>
      </w:pPr>
      <w:r>
        <w:rPr>
          <w:sz w:val="22"/>
        </w:rPr>
        <w:t>B. She does eat bananas?</w:t>
      </w:r>
    </w:p>
    <w:p>
      <w:pPr>
        <w:pStyle w:val="ListParagraph"/>
      </w:pPr>
      <w:r>
        <w:rPr>
          <w:sz w:val="22"/>
        </w:rPr>
        <w:t>C. Eat she does bananas?</w:t>
      </w:r>
    </w:p>
    <w:p>
      <w:pPr>
        <w:pStyle w:val="ListParagraph"/>
      </w:pPr>
      <w:r>
        <w:rPr>
          <w:sz w:val="22"/>
        </w:rPr>
        <w:t>D. Does eat she bananas?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