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toán lớp 8: các công thức toán 8</w:t>
      </w:r>
    </w:p>
    <w:p>
      <w:pPr>
        <w:jc w:val="center"/>
      </w:pPr>
      <w:r>
        <w:rPr>
          <w:sz w:val="22"/>
        </w:rPr>
        <w:t>Số câu: 10    Thời gian: _____ phút    Họ và tên: _________________________</w:t>
      </w:r>
    </w:p>
    <w:p/>
    <w:p>
      <w:r>
        <w:rPr>
          <w:b/>
          <w:sz w:val="24"/>
        </w:rPr>
        <w:t>Câu 1: Khai triển hằng đẳng thức (a + b)^2 ta được kết quả nào?</w:t>
      </w:r>
    </w:p>
    <w:p>
      <w:pPr>
        <w:pStyle w:val="ListParagraph"/>
      </w:pPr>
      <w:r>
        <w:rPr>
          <w:sz w:val="22"/>
        </w:rPr>
        <w:t>A. a^2 + b^2</w:t>
      </w:r>
    </w:p>
    <w:p>
      <w:pPr>
        <w:pStyle w:val="ListParagraph"/>
      </w:pPr>
      <w:r>
        <w:rPr>
          <w:sz w:val="22"/>
        </w:rPr>
        <w:t>B. a^2 + ab + b^2</w:t>
      </w:r>
    </w:p>
    <w:p>
      <w:pPr>
        <w:pStyle w:val="ListParagraph"/>
      </w:pPr>
      <w:r>
        <w:rPr>
          <w:sz w:val="22"/>
        </w:rPr>
        <w:t>C. a^2 + 2ab + b^2</w:t>
      </w:r>
    </w:p>
    <w:p>
      <w:pPr>
        <w:pStyle w:val="ListParagraph"/>
      </w:pPr>
      <w:r>
        <w:rPr>
          <w:sz w:val="22"/>
        </w:rPr>
        <w:t>D. a^2 - 2ab + b^2</w:t>
      </w:r>
    </w:p>
    <w:p/>
    <w:p>
      <w:r>
        <w:rPr>
          <w:b/>
          <w:sz w:val="24"/>
        </w:rPr>
        <w:t>Câu 2: Hiệu hai lập phương a^3 - b^3 được phân tích thành nhân tử là:</w:t>
      </w:r>
    </w:p>
    <w:p>
      <w:pPr>
        <w:pStyle w:val="ListParagraph"/>
      </w:pPr>
      <w:r>
        <w:rPr>
          <w:sz w:val="22"/>
        </w:rPr>
        <w:t>A. (a - b)(a^2 + ab + b^2)</w:t>
      </w:r>
    </w:p>
    <w:p>
      <w:pPr>
        <w:pStyle w:val="ListParagraph"/>
      </w:pPr>
      <w:r>
        <w:rPr>
          <w:sz w:val="22"/>
        </w:rPr>
        <w:t>B. (a - b)^3</w:t>
      </w:r>
    </w:p>
    <w:p>
      <w:pPr>
        <w:pStyle w:val="ListParagraph"/>
      </w:pPr>
      <w:r>
        <w:rPr>
          <w:sz w:val="22"/>
        </w:rPr>
        <w:t>C. (a - b)(a^2 - ab + b^2)</w:t>
      </w:r>
    </w:p>
    <w:p>
      <w:pPr>
        <w:pStyle w:val="ListParagraph"/>
      </w:pPr>
      <w:r>
        <w:rPr>
          <w:sz w:val="22"/>
        </w:rPr>
        <w:t>D. (a + b)(a^2 - ab + b^2)</w:t>
      </w:r>
    </w:p>
    <w:p/>
    <w:p>
      <w:r>
        <w:rPr>
          <w:b/>
          <w:sz w:val="24"/>
        </w:rPr>
        <w:t>Câu 3: Phân tích đa thức x^2 - 9 thành nhân tử ta được:</w:t>
      </w:r>
    </w:p>
    <w:p>
      <w:pPr>
        <w:pStyle w:val="ListParagraph"/>
      </w:pPr>
      <w:r>
        <w:rPr>
          <w:sz w:val="22"/>
        </w:rPr>
        <w:t>A. (x + 3)^2</w:t>
      </w:r>
    </w:p>
    <w:p>
      <w:pPr>
        <w:pStyle w:val="ListParagraph"/>
      </w:pPr>
      <w:r>
        <w:rPr>
          <w:sz w:val="22"/>
        </w:rPr>
        <w:t>B. (x - 3)^2</w:t>
      </w:r>
    </w:p>
    <w:p>
      <w:pPr>
        <w:pStyle w:val="ListParagraph"/>
      </w:pPr>
      <w:r>
        <w:rPr>
          <w:sz w:val="22"/>
        </w:rPr>
        <w:t>C. (x - 3)(x + 3)</w:t>
      </w:r>
    </w:p>
    <w:p>
      <w:pPr>
        <w:pStyle w:val="ListParagraph"/>
      </w:pPr>
      <w:r>
        <w:rPr>
          <w:sz w:val="22"/>
        </w:rPr>
        <w:t>D. (x - 9)(x + 1)</w:t>
      </w:r>
    </w:p>
    <w:p/>
    <w:p>
      <w:r>
        <w:rPr>
          <w:b/>
          <w:sz w:val="24"/>
        </w:rPr>
        <w:t>Câu 4: Rút gọn phân thức (x^2 - 4)/(x - 2) (với x khác 2) ta được:</w:t>
      </w:r>
    </w:p>
    <w:p>
      <w:pPr>
        <w:pStyle w:val="ListParagraph"/>
      </w:pPr>
      <w:r>
        <w:rPr>
          <w:sz w:val="22"/>
        </w:rPr>
        <w:t>A. 2x</w:t>
      </w:r>
    </w:p>
    <w:p>
      <w:pPr>
        <w:pStyle w:val="ListParagraph"/>
      </w:pPr>
      <w:r>
        <w:rPr>
          <w:sz w:val="22"/>
        </w:rPr>
        <w:t>B. x - 2</w:t>
      </w:r>
    </w:p>
    <w:p>
      <w:pPr>
        <w:pStyle w:val="ListParagraph"/>
      </w:pPr>
      <w:r>
        <w:rPr>
          <w:sz w:val="22"/>
        </w:rPr>
        <w:t>C. x + 2</w:t>
      </w:r>
    </w:p>
    <w:p>
      <w:pPr>
        <w:pStyle w:val="ListParagraph"/>
      </w:pPr>
      <w:r>
        <w:rPr>
          <w:sz w:val="22"/>
        </w:rPr>
        <w:t>D. x^2 + 2</w:t>
      </w:r>
    </w:p>
    <w:p/>
    <w:p>
      <w:r>
        <w:rPr>
          <w:b/>
          <w:sz w:val="24"/>
        </w:rPr>
        <w:t>Câu 5: Nghiệm của phương trình bậc nhất 3x - 6 = 0 là:</w:t>
      </w:r>
    </w:p>
    <w:p>
      <w:pPr>
        <w:pStyle w:val="ListParagraph"/>
      </w:pPr>
      <w:r>
        <w:rPr>
          <w:sz w:val="22"/>
        </w:rPr>
        <w:t>A. x = 3</w:t>
      </w:r>
    </w:p>
    <w:p>
      <w:pPr>
        <w:pStyle w:val="ListParagraph"/>
      </w:pPr>
      <w:r>
        <w:rPr>
          <w:sz w:val="22"/>
        </w:rPr>
        <w:t>B. x = 6</w:t>
      </w:r>
    </w:p>
    <w:p>
      <w:pPr>
        <w:pStyle w:val="ListParagraph"/>
      </w:pPr>
      <w:r>
        <w:rPr>
          <w:sz w:val="22"/>
        </w:rPr>
        <w:t>C. x = -2</w:t>
      </w:r>
    </w:p>
    <w:p>
      <w:pPr>
        <w:pStyle w:val="ListParagraph"/>
      </w:pPr>
      <w:r>
        <w:rPr>
          <w:sz w:val="22"/>
        </w:rPr>
        <w:t>D. x = 2</w:t>
      </w:r>
    </w:p>
    <w:p/>
    <w:p>
      <w:r>
        <w:rPr>
          <w:b/>
          <w:sz w:val="24"/>
        </w:rPr>
        <w:t>Câu 6: Diện tích tam giác có đáy a và chiều cao tương ứng h được tính bằng công thức:</w:t>
      </w:r>
    </w:p>
    <w:p>
      <w:pPr>
        <w:pStyle w:val="ListParagraph"/>
      </w:pPr>
      <w:r>
        <w:rPr>
          <w:sz w:val="22"/>
        </w:rPr>
        <w:t>A. S = 2a.h</w:t>
      </w:r>
    </w:p>
    <w:p>
      <w:pPr>
        <w:pStyle w:val="ListParagraph"/>
      </w:pPr>
      <w:r>
        <w:rPr>
          <w:sz w:val="22"/>
        </w:rPr>
        <w:t>B. S = a.h</w:t>
      </w:r>
    </w:p>
    <w:p>
      <w:pPr>
        <w:pStyle w:val="ListParagraph"/>
      </w:pPr>
      <w:r>
        <w:rPr>
          <w:sz w:val="22"/>
        </w:rPr>
        <w:t>C. S = (a.h)/2</w:t>
      </w:r>
    </w:p>
    <w:p>
      <w:pPr>
        <w:pStyle w:val="ListParagraph"/>
      </w:pPr>
      <w:r>
        <w:rPr>
          <w:sz w:val="22"/>
        </w:rPr>
        <w:t>D. S = (a + h)/2</w:t>
      </w:r>
    </w:p>
    <w:p/>
    <w:p>
      <w:r>
        <w:rPr>
          <w:b/>
          <w:sz w:val="24"/>
        </w:rPr>
        <w:t>Câu 7: Trong tam giác vuông, theo định lí Py-ta-go ta có:</w:t>
      </w:r>
    </w:p>
    <w:p>
      <w:pPr>
        <w:pStyle w:val="ListParagraph"/>
      </w:pPr>
      <w:r>
        <w:rPr>
          <w:sz w:val="22"/>
        </w:rPr>
        <w:t>A. a^2 = b^2 + c^2</w:t>
      </w:r>
    </w:p>
    <w:p>
      <w:pPr>
        <w:pStyle w:val="ListParagraph"/>
      </w:pPr>
      <w:r>
        <w:rPr>
          <w:sz w:val="22"/>
        </w:rPr>
        <w:t>B. a^2 = 2bc</w:t>
      </w:r>
    </w:p>
    <w:p>
      <w:pPr>
        <w:pStyle w:val="ListParagraph"/>
      </w:pPr>
      <w:r>
        <w:rPr>
          <w:sz w:val="22"/>
        </w:rPr>
        <w:t>C. a = b + c</w:t>
      </w:r>
    </w:p>
    <w:p>
      <w:pPr>
        <w:pStyle w:val="ListParagraph"/>
      </w:pPr>
      <w:r>
        <w:rPr>
          <w:sz w:val="22"/>
        </w:rPr>
        <w:t>D. a^2 = b^2 - c^2</w:t>
      </w:r>
    </w:p>
    <w:p/>
    <w:p>
      <w:r>
        <w:rPr>
          <w:b/>
          <w:sz w:val="24"/>
        </w:rPr>
        <w:t>Câu 8: Diện tích hình thang có hai đáy a, b và chiều cao h là:</w:t>
      </w:r>
    </w:p>
    <w:p>
      <w:pPr>
        <w:pStyle w:val="ListParagraph"/>
      </w:pPr>
      <w:r>
        <w:rPr>
          <w:sz w:val="22"/>
        </w:rPr>
        <w:t>A. S = ((a + b).h)/2</w:t>
      </w:r>
    </w:p>
    <w:p>
      <w:pPr>
        <w:pStyle w:val="ListParagraph"/>
      </w:pPr>
      <w:r>
        <w:rPr>
          <w:sz w:val="22"/>
        </w:rPr>
        <w:t>B. S = a.b.h</w:t>
      </w:r>
    </w:p>
    <w:p>
      <w:pPr>
        <w:pStyle w:val="ListParagraph"/>
      </w:pPr>
      <w:r>
        <w:rPr>
          <w:sz w:val="22"/>
        </w:rPr>
        <w:t>C. S = (a + b).h</w:t>
      </w:r>
    </w:p>
    <w:p>
      <w:pPr>
        <w:pStyle w:val="ListParagraph"/>
      </w:pPr>
      <w:r>
        <w:rPr>
          <w:sz w:val="22"/>
        </w:rPr>
        <w:t>D. S = (a.b)/2</w:t>
      </w:r>
    </w:p>
    <w:p/>
    <w:p>
      <w:r>
        <w:rPr>
          <w:b/>
          <w:sz w:val="24"/>
        </w:rPr>
        <w:t>Câu 9: Hằng đẳng thức lập phương của một tổng (a + b)^3 bằng:</w:t>
      </w:r>
    </w:p>
    <w:p>
      <w:pPr>
        <w:pStyle w:val="ListParagraph"/>
      </w:pPr>
      <w:r>
        <w:rPr>
          <w:sz w:val="22"/>
        </w:rPr>
        <w:t>A. a^3 + 3a^2b + 3ab^2 + b^3</w:t>
      </w:r>
    </w:p>
    <w:p>
      <w:pPr>
        <w:pStyle w:val="ListParagraph"/>
      </w:pPr>
      <w:r>
        <w:rPr>
          <w:sz w:val="22"/>
        </w:rPr>
        <w:t>B. a^3 + 3ab + b^3</w:t>
      </w:r>
    </w:p>
    <w:p>
      <w:pPr>
        <w:pStyle w:val="ListParagraph"/>
      </w:pPr>
      <w:r>
        <w:rPr>
          <w:sz w:val="22"/>
        </w:rPr>
        <w:t>C. a^3 - 3a^2b + 3ab^2 - b^3</w:t>
      </w:r>
    </w:p>
    <w:p>
      <w:pPr>
        <w:pStyle w:val="ListParagraph"/>
      </w:pPr>
      <w:r>
        <w:rPr>
          <w:sz w:val="22"/>
        </w:rPr>
        <w:t>D. a^3 + b^3</w:t>
      </w:r>
    </w:p>
    <w:p/>
    <w:p>
      <w:r>
        <w:rPr>
          <w:b/>
          <w:sz w:val="24"/>
        </w:rPr>
        <w:t>Câu 10: Phân thức (x^2 - 1)/(x + 1) (với x khác -1) sau khi rút gọn bằng:</w:t>
      </w:r>
    </w:p>
    <w:p>
      <w:pPr>
        <w:pStyle w:val="ListParagraph"/>
      </w:pPr>
      <w:r>
        <w:rPr>
          <w:sz w:val="22"/>
        </w:rPr>
        <w:t>A. x - 1</w:t>
      </w:r>
    </w:p>
    <w:p>
      <w:pPr>
        <w:pStyle w:val="ListParagraph"/>
      </w:pPr>
      <w:r>
        <w:rPr>
          <w:sz w:val="22"/>
        </w:rPr>
        <w:t>B. x^2 - 1</w:t>
      </w:r>
    </w:p>
    <w:p>
      <w:pPr>
        <w:pStyle w:val="ListParagraph"/>
      </w:pPr>
      <w:r>
        <w:rPr>
          <w:sz w:val="22"/>
        </w:rPr>
        <w:t>C. 1 - x</w:t>
      </w:r>
    </w:p>
    <w:p>
      <w:pPr>
        <w:pStyle w:val="ListParagraph"/>
      </w:pPr>
      <w:r>
        <w:rPr>
          <w:sz w:val="22"/>
        </w:rPr>
        <w:t>D. x + 1</w:t>
      </w:r>
    </w:p>
    <w:p/>
    <w:p>
      <w:r>
        <w:t>──────────────────────────────────────────────────</w:t>
      </w:r>
    </w:p>
    <w:p>
      <w:r>
        <w:rPr>
          <w:b/>
        </w:rPr>
        <w:t>BẢNG ĐÁP ÁN &amp; LỜI GIẢI CHI TIẾT</w:t>
      </w:r>
    </w:p>
    <w:p>
      <w:r>
        <w:rPr>
          <w:b/>
        </w:rPr>
        <w:t>Câu 1: Đáp án đúng: C</w:t>
      </w:r>
    </w:p>
    <w:p>
      <w:r>
        <w:rPr>
          <w:i/>
        </w:rPr>
        <w:t>Giải thích: Bình phương của một tổng bằng bình phương số thứ nhất cộng hai lần tích hai số cộng bình phương số thứ hai: a^2 + 2ab + b^2.</w:t>
      </w:r>
    </w:p>
    <w:p>
      <w:r>
        <w:rPr>
          <w:b/>
        </w:rPr>
        <w:t>Câu 2: Đáp án đúng: A</w:t>
      </w:r>
    </w:p>
    <w:p>
      <w:r>
        <w:rPr>
          <w:i/>
        </w:rPr>
        <w:t>Giải thích: Hiệu hai lập phương bằng hiệu hai số nhân với bình phương thiếu của tổng: (a - b)(a^2 + ab + b^2).</w:t>
      </w:r>
    </w:p>
    <w:p>
      <w:r>
        <w:rPr>
          <w:b/>
        </w:rPr>
        <w:t>Câu 3: Đáp án đúng: C</w:t>
      </w:r>
    </w:p>
    <w:p>
      <w:r>
        <w:rPr>
          <w:i/>
        </w:rPr>
        <w:t>Giải thích: x^2 - 9 = x^2 - 3^2 là hiệu hai bình phương, bằng (x - 3)(x + 3).</w:t>
      </w:r>
    </w:p>
    <w:p>
      <w:r>
        <w:rPr>
          <w:b/>
        </w:rPr>
        <w:t>Câu 4: Đáp án đúng: C</w:t>
      </w:r>
    </w:p>
    <w:p>
      <w:r>
        <w:rPr>
          <w:i/>
        </w:rPr>
        <w:t>Giải thích: Tử số x^2 - 4 = (x - 2)(x + 2), chia cho mẫu x - 2 được x + 2.</w:t>
      </w:r>
    </w:p>
    <w:p>
      <w:r>
        <w:rPr>
          <w:b/>
        </w:rPr>
        <w:t>Câu 5: Đáp án đúng: D</w:t>
      </w:r>
    </w:p>
    <w:p>
      <w:r>
        <w:rPr>
          <w:i/>
        </w:rPr>
        <w:t>Giải thích: Từ 3x - 6 = 0 suy ra 3x = 6 nên x = 2.</w:t>
      </w:r>
    </w:p>
    <w:p>
      <w:r>
        <w:rPr>
          <w:b/>
        </w:rPr>
        <w:t>Câu 6: Đáp án đúng: C</w:t>
      </w:r>
    </w:p>
    <w:p>
      <w:r>
        <w:rPr>
          <w:i/>
        </w:rPr>
        <w:t>Giải thích: Diện tích tam giác bằng nửa tích của cạnh đáy và chiều cao tương ứng: S = (a.h)/2.</w:t>
      </w:r>
    </w:p>
    <w:p>
      <w:r>
        <w:rPr>
          <w:b/>
        </w:rPr>
        <w:t>Câu 7: Đáp án đúng: A</w:t>
      </w:r>
    </w:p>
    <w:p>
      <w:r>
        <w:rPr>
          <w:i/>
        </w:rPr>
        <w:t>Giải thích: Bình phương cạnh huyền bằng tổng bình phương hai cạnh góc vuông: a^2 = b^2 + c^2.</w:t>
      </w:r>
    </w:p>
    <w:p>
      <w:r>
        <w:rPr>
          <w:b/>
        </w:rPr>
        <w:t>Câu 8: Đáp án đúng: A</w:t>
      </w:r>
    </w:p>
    <w:p>
      <w:r>
        <w:rPr>
          <w:i/>
        </w:rPr>
        <w:t>Giải thích: Diện tích hình thang bằng nửa tích của tổng hai đáy với chiều cao: S = ((a + b).h)/2.</w:t>
      </w:r>
    </w:p>
    <w:p>
      <w:r>
        <w:rPr>
          <w:b/>
        </w:rPr>
        <w:t>Câu 9: Đáp án đúng: A</w:t>
      </w:r>
    </w:p>
    <w:p>
      <w:r>
        <w:rPr>
          <w:i/>
        </w:rPr>
        <w:t>Giải thích: Lập phương của một tổng bằng lập phương số thứ nhất cộng ba lần bình phương số thứ nhất nhân số thứ hai, cộng ba lần số thứ nhất nhân bình phương số thứ hai, cộng lập phương số thứ hai: a^3 + 3a^2b + 3ab^2 + b^3.</w:t>
      </w:r>
    </w:p>
    <w:p>
      <w:r>
        <w:rPr>
          <w:b/>
        </w:rPr>
        <w:t>Câu 10: Đáp án đúng: A</w:t>
      </w:r>
    </w:p>
    <w:p>
      <w:r>
        <w:rPr>
          <w:i/>
        </w:rPr>
        <w:t>Giải thích: Tử số x^2 - 1 = (x - 1)(x + 1), chia cho mẫu x + 1 được x - 1.</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