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TIÊU CHUẨN VÀNG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