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toán lớp 2 phép chia: Trắc nghiệm toán lớp 2 phép chia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Có 12 quả cam chia đều vào 3 giỏ. Hỏi mỗi giỏ có mấy quả cam?</w:t>
      </w:r>
    </w:p>
    <w:p>
      <w:pPr>
        <w:pStyle w:val="ListParagraph"/>
      </w:pPr>
      <w:r>
        <w:rPr>
          <w:sz w:val="22"/>
        </w:rPr>
        <w:t>A. 4 quả</w:t>
      </w:r>
    </w:p>
    <w:p>
      <w:pPr>
        <w:pStyle w:val="ListParagraph"/>
      </w:pPr>
      <w:r>
        <w:rPr>
          <w:sz w:val="22"/>
        </w:rPr>
        <w:t>B. 6 quả</w:t>
      </w:r>
    </w:p>
    <w:p>
      <w:pPr>
        <w:pStyle w:val="ListParagraph"/>
      </w:pPr>
      <w:r>
        <w:rPr>
          <w:sz w:val="22"/>
        </w:rPr>
        <w:t>C. 3 quả</w:t>
      </w:r>
    </w:p>
    <w:p>
      <w:pPr>
        <w:pStyle w:val="ListParagraph"/>
      </w:pPr>
      <w:r>
        <w:rPr>
          <w:sz w:val="22"/>
        </w:rPr>
        <w:t>D. 5 quả</w:t>
      </w:r>
    </w:p>
    <w:p/>
    <w:p>
      <w:r>
        <w:rPr>
          <w:b/>
          <w:sz w:val="24"/>
        </w:rPr>
        <w:t>Câu 2: Phép chia nào dưới đây có kết quả bằng 5?</w:t>
      </w:r>
    </w:p>
    <w:p>
      <w:pPr>
        <w:pStyle w:val="ListParagraph"/>
      </w:pPr>
      <w:r>
        <w:rPr>
          <w:sz w:val="22"/>
        </w:rPr>
        <w:t>A. 18 : 3</w:t>
      </w:r>
    </w:p>
    <w:p>
      <w:pPr>
        <w:pStyle w:val="ListParagraph"/>
      </w:pPr>
      <w:r>
        <w:rPr>
          <w:sz w:val="22"/>
        </w:rPr>
        <w:t>B. 20 : 5</w:t>
      </w:r>
    </w:p>
    <w:p>
      <w:pPr>
        <w:pStyle w:val="ListParagraph"/>
      </w:pPr>
      <w:r>
        <w:rPr>
          <w:sz w:val="22"/>
        </w:rPr>
        <w:t>C. 15 : 3</w:t>
      </w:r>
    </w:p>
    <w:p>
      <w:pPr>
        <w:pStyle w:val="ListParagraph"/>
      </w:pPr>
      <w:r>
        <w:rPr>
          <w:sz w:val="22"/>
        </w:rPr>
        <w:t>D. 10 : 5</w:t>
      </w:r>
    </w:p>
    <w:p/>
    <w:p>
      <w:r>
        <w:rPr>
          <w:b/>
          <w:sz w:val="24"/>
        </w:rPr>
        <w:t>Câu 3: Có 18 học sinh xếp thành 2 hàng đều nhau. Hỏi mỗi hàng có bao nhiêu học sinh?</w:t>
      </w:r>
    </w:p>
    <w:p>
      <w:pPr>
        <w:pStyle w:val="ListParagraph"/>
      </w:pPr>
      <w:r>
        <w:rPr>
          <w:sz w:val="22"/>
        </w:rPr>
        <w:t>A. 9 học sinh</w:t>
      </w:r>
    </w:p>
    <w:p>
      <w:pPr>
        <w:pStyle w:val="ListParagraph"/>
      </w:pPr>
      <w:r>
        <w:rPr>
          <w:sz w:val="22"/>
        </w:rPr>
        <w:t>B. 10 học sinh</w:t>
      </w:r>
    </w:p>
    <w:p>
      <w:pPr>
        <w:pStyle w:val="ListParagraph"/>
      </w:pPr>
      <w:r>
        <w:rPr>
          <w:sz w:val="22"/>
        </w:rPr>
        <w:t>C. 7 học sinh</w:t>
      </w:r>
    </w:p>
    <w:p>
      <w:pPr>
        <w:pStyle w:val="ListParagraph"/>
      </w:pPr>
      <w:r>
        <w:rPr>
          <w:sz w:val="22"/>
        </w:rPr>
        <w:t>D. 8 học sinh</w:t>
      </w:r>
    </w:p>
    <w:p/>
    <w:p>
      <w:r>
        <w:rPr>
          <w:b/>
          <w:sz w:val="24"/>
        </w:rPr>
        <w:t>Câu 4: Điền số thích hợp vào chỗ chấm: 24 : 4 = ...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5: Có 20 viên bi chia đều cho 4 bạn. Hỏi mỗi bạn được mấy viên bi?</w:t>
      </w:r>
    </w:p>
    <w:p>
      <w:pPr>
        <w:pStyle w:val="ListParagraph"/>
      </w:pPr>
      <w:r>
        <w:rPr>
          <w:sz w:val="22"/>
        </w:rPr>
        <w:t>A. 4 viên</w:t>
      </w:r>
    </w:p>
    <w:p>
      <w:pPr>
        <w:pStyle w:val="ListParagraph"/>
      </w:pPr>
      <w:r>
        <w:rPr>
          <w:sz w:val="22"/>
        </w:rPr>
        <w:t>B. 3 viên</w:t>
      </w:r>
    </w:p>
    <w:p>
      <w:pPr>
        <w:pStyle w:val="ListParagraph"/>
      </w:pPr>
      <w:r>
        <w:rPr>
          <w:sz w:val="22"/>
        </w:rPr>
        <w:t>C. 6 viên</w:t>
      </w:r>
    </w:p>
    <w:p>
      <w:pPr>
        <w:pStyle w:val="ListParagraph"/>
      </w:pPr>
      <w:r>
        <w:rPr>
          <w:sz w:val="22"/>
        </w:rPr>
        <w:t>D. 5 viên</w:t>
      </w:r>
    </w:p>
    <w:p/>
    <w:p>
      <w:r>
        <w:rPr>
          <w:b/>
          <w:sz w:val="24"/>
        </w:rPr>
        <w:t>Câu 6: Phép chia nào dưới đây có kết quả lớn nhất?</w:t>
      </w:r>
    </w:p>
    <w:p>
      <w:pPr>
        <w:pStyle w:val="ListParagraph"/>
      </w:pPr>
      <w:r>
        <w:rPr>
          <w:sz w:val="22"/>
        </w:rPr>
        <w:t>A. 16 : 4</w:t>
      </w:r>
    </w:p>
    <w:p>
      <w:pPr>
        <w:pStyle w:val="ListParagraph"/>
      </w:pPr>
      <w:r>
        <w:rPr>
          <w:sz w:val="22"/>
        </w:rPr>
        <w:t>B. 20 : 5</w:t>
      </w:r>
    </w:p>
    <w:p>
      <w:pPr>
        <w:pStyle w:val="ListParagraph"/>
      </w:pPr>
      <w:r>
        <w:rPr>
          <w:sz w:val="22"/>
        </w:rPr>
        <w:t>C. 12 : 2</w:t>
      </w:r>
    </w:p>
    <w:p>
      <w:pPr>
        <w:pStyle w:val="ListParagraph"/>
      </w:pPr>
      <w:r>
        <w:rPr>
          <w:sz w:val="22"/>
        </w:rPr>
        <w:t>D. 18 : 3</w:t>
      </w:r>
    </w:p>
    <w:p/>
    <w:p>
      <w:r>
        <w:rPr>
          <w:b/>
          <w:sz w:val="24"/>
        </w:rPr>
        <w:t>Câu 7: Có 30 cái kẹo chia đều vào 5 túi. Hỏi mỗi túi có mấy cái kẹo?</w:t>
      </w:r>
    </w:p>
    <w:p>
      <w:pPr>
        <w:pStyle w:val="ListParagraph"/>
      </w:pPr>
      <w:r>
        <w:rPr>
          <w:sz w:val="22"/>
        </w:rPr>
        <w:t>A. 7 cái</w:t>
      </w:r>
    </w:p>
    <w:p>
      <w:pPr>
        <w:pStyle w:val="ListParagraph"/>
      </w:pPr>
      <w:r>
        <w:rPr>
          <w:sz w:val="22"/>
        </w:rPr>
        <w:t>B. 5 cái</w:t>
      </w:r>
    </w:p>
    <w:p>
      <w:pPr>
        <w:pStyle w:val="ListParagraph"/>
      </w:pPr>
      <w:r>
        <w:rPr>
          <w:sz w:val="22"/>
        </w:rPr>
        <w:t>C. 6 cái</w:t>
      </w:r>
    </w:p>
    <w:p>
      <w:pPr>
        <w:pStyle w:val="ListParagraph"/>
      </w:pPr>
      <w:r>
        <w:rPr>
          <w:sz w:val="22"/>
        </w:rPr>
        <w:t>D. 8 cái</w:t>
      </w:r>
    </w:p>
    <w:p/>
    <w:p>
      <w:r>
        <w:rPr>
          <w:b/>
          <w:sz w:val="24"/>
        </w:rPr>
        <w:t>Câu 8: Điền số thích hợp vào chỗ chấm: ... : 3 = 7</w:t>
      </w:r>
    </w:p>
    <w:p>
      <w:pPr>
        <w:pStyle w:val="ListParagraph"/>
      </w:pPr>
      <w:r>
        <w:rPr>
          <w:sz w:val="22"/>
        </w:rPr>
        <w:t>A. 21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9: Có 16 bông hoa cắm đều vào 2 lọ. Hỏi mỗi lọ có mấy bông hoa?</w:t>
      </w:r>
    </w:p>
    <w:p>
      <w:pPr>
        <w:pStyle w:val="ListParagraph"/>
      </w:pPr>
      <w:r>
        <w:rPr>
          <w:sz w:val="22"/>
        </w:rPr>
        <w:t>A. 6 bông</w:t>
      </w:r>
    </w:p>
    <w:p>
      <w:pPr>
        <w:pStyle w:val="ListParagraph"/>
      </w:pPr>
      <w:r>
        <w:rPr>
          <w:sz w:val="22"/>
        </w:rPr>
        <w:t>B. 7 bông</w:t>
      </w:r>
    </w:p>
    <w:p>
      <w:pPr>
        <w:pStyle w:val="ListParagraph"/>
      </w:pPr>
      <w:r>
        <w:rPr>
          <w:sz w:val="22"/>
        </w:rPr>
        <w:t>C. 9 bông</w:t>
      </w:r>
    </w:p>
    <w:p>
      <w:pPr>
        <w:pStyle w:val="ListParagraph"/>
      </w:pPr>
      <w:r>
        <w:rPr>
          <w:sz w:val="22"/>
        </w:rPr>
        <w:t>D. 8 bông</w:t>
      </w:r>
    </w:p>
    <w:p/>
    <w:p>
      <w:r>
        <w:rPr>
          <w:b/>
          <w:sz w:val="24"/>
        </w:rPr>
        <w:t>Câu 10: Phép chia nào dưới đây có kết quả bằng 4?</w:t>
      </w:r>
    </w:p>
    <w:p>
      <w:pPr>
        <w:pStyle w:val="ListParagraph"/>
      </w:pPr>
      <w:r>
        <w:rPr>
          <w:sz w:val="22"/>
        </w:rPr>
        <w:t>A. 18 : 2</w:t>
      </w:r>
    </w:p>
    <w:p>
      <w:pPr>
        <w:pStyle w:val="ListParagraph"/>
      </w:pPr>
      <w:r>
        <w:rPr>
          <w:sz w:val="22"/>
        </w:rPr>
        <w:t>B. 20 : 4</w:t>
      </w:r>
    </w:p>
    <w:p>
      <w:pPr>
        <w:pStyle w:val="ListParagraph"/>
      </w:pPr>
      <w:r>
        <w:rPr>
          <w:sz w:val="22"/>
        </w:rPr>
        <w:t>C. 15 : 5</w:t>
      </w:r>
    </w:p>
    <w:p>
      <w:pPr>
        <w:pStyle w:val="ListParagraph"/>
      </w:pPr>
      <w:r>
        <w:rPr>
          <w:sz w:val="22"/>
        </w:rPr>
        <w:t>D. 12 : 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12 chia 3 bằng 4, nên mỗi giỏ có 4 quả cam.</w:t>
      </w:r>
    </w:p>
    <w:p>
      <w:r>
        <w:rPr>
          <w:b/>
        </w:rPr>
        <w:t>Câu 2: Đáp án đúng: C</w:t>
      </w:r>
    </w:p>
    <w:p>
      <w:r>
        <w:rPr>
          <w:i/>
        </w:rPr>
        <w:t>Giải thích: 15 chia 3 bằng 5.</w:t>
      </w:r>
    </w:p>
    <w:p>
      <w:r>
        <w:rPr>
          <w:b/>
        </w:rPr>
        <w:t>Câu 3: Đáp án đúng: A</w:t>
      </w:r>
    </w:p>
    <w:p>
      <w:r>
        <w:rPr>
          <w:i/>
        </w:rPr>
        <w:t>Giải thích: 18 chia 2 bằng 9, nên mỗi hàng có 9 học sinh.</w:t>
      </w:r>
    </w:p>
    <w:p>
      <w:r>
        <w:rPr>
          <w:b/>
        </w:rPr>
        <w:t>Câu 4: Đáp án đúng: A</w:t>
      </w:r>
    </w:p>
    <w:p>
      <w:r>
        <w:rPr>
          <w:i/>
        </w:rPr>
        <w:t>Giải thích: 24 chia 4 bằng 6.</w:t>
      </w:r>
    </w:p>
    <w:p>
      <w:r>
        <w:rPr>
          <w:b/>
        </w:rPr>
        <w:t>Câu 5: Đáp án đúng: D</w:t>
      </w:r>
    </w:p>
    <w:p>
      <w:r>
        <w:rPr>
          <w:i/>
        </w:rPr>
        <w:t>Giải thích: 20 chia 4 bằng 5, nên mỗi bạn được 5 viên bi.</w:t>
      </w:r>
    </w:p>
    <w:p>
      <w:r>
        <w:rPr>
          <w:b/>
        </w:rPr>
        <w:t>Câu 6: Đáp án đúng: C</w:t>
      </w:r>
    </w:p>
    <w:p>
      <w:r>
        <w:rPr>
          <w:i/>
        </w:rPr>
        <w:t>Giải thích: 12 chia 2 bằng 6, lớn hơn các kết quả 4, 6, 4 của các phép chia còn lại.</w:t>
      </w:r>
    </w:p>
    <w:p>
      <w:r>
        <w:rPr>
          <w:b/>
        </w:rPr>
        <w:t>Câu 7: Đáp án đúng: C</w:t>
      </w:r>
    </w:p>
    <w:p>
      <w:r>
        <w:rPr>
          <w:i/>
        </w:rPr>
        <w:t>Giải thích: 30 chia 5 bằng 6, nên mỗi túi có 6 cái kẹo.</w:t>
      </w:r>
    </w:p>
    <w:p>
      <w:r>
        <w:rPr>
          <w:b/>
        </w:rPr>
        <w:t>Câu 8: Đáp án đúng: A</w:t>
      </w:r>
    </w:p>
    <w:p>
      <w:r>
        <w:rPr>
          <w:i/>
        </w:rPr>
        <w:t>Giải thích: 21 chia 3 bằng 7.</w:t>
      </w:r>
    </w:p>
    <w:p>
      <w:r>
        <w:rPr>
          <w:b/>
        </w:rPr>
        <w:t>Câu 9: Đáp án đúng: D</w:t>
      </w:r>
    </w:p>
    <w:p>
      <w:r>
        <w:rPr>
          <w:i/>
        </w:rPr>
        <w:t>Giải thích: 16 chia 2 bằng 8, nên mỗi lọ có 8 bông hoa.</w:t>
      </w:r>
    </w:p>
    <w:p>
      <w:r>
        <w:rPr>
          <w:b/>
        </w:rPr>
        <w:t>Câu 10: Đáp án đúng: D</w:t>
      </w:r>
    </w:p>
    <w:p>
      <w:r>
        <w:rPr>
          <w:i/>
        </w:rPr>
        <w:t>Giải thích: 12 chia 3 bằng 4.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