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 football on Sundays.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played</w:t>
      </w:r>
    </w:p>
    <w:p>
      <w:pPr>
        <w:pStyle w:val="ListParagraph"/>
      </w:pPr>
      <w:r>
        <w:rPr>
          <w:sz w:val="22"/>
        </w:rPr>
        <w:t>D. playing</w:t>
      </w:r>
    </w:p>
    <w:p/>
    <w:p>
      <w:r>
        <w:rPr>
          <w:b/>
          <w:sz w:val="24"/>
        </w:rPr>
        <w:t>Câu 3: My brother ____ coffee in the morning.</w:t>
      </w:r>
    </w:p>
    <w:p>
      <w:pPr>
        <w:pStyle w:val="ListParagraph"/>
      </w:pPr>
      <w:r>
        <w:rPr>
          <w:sz w:val="22"/>
        </w:rPr>
        <w:t>A. drink</w:t>
      </w:r>
    </w:p>
    <w:p>
      <w:pPr>
        <w:pStyle w:val="ListParagraph"/>
      </w:pPr>
      <w:r>
        <w:rPr>
          <w:sz w:val="22"/>
        </w:rPr>
        <w:t>B. drinks</w:t>
      </w:r>
    </w:p>
    <w:p>
      <w:pPr>
        <w:pStyle w:val="ListParagraph"/>
      </w:pPr>
      <w:r>
        <w:rPr>
          <w:sz w:val="22"/>
        </w:rPr>
        <w:t>C. drinking</w:t>
      </w:r>
    </w:p>
    <w:p>
      <w:pPr>
        <w:pStyle w:val="ListParagraph"/>
      </w:pPr>
      <w:r>
        <w:rPr>
          <w:sz w:val="22"/>
        </w:rPr>
        <w:t>D. drank</w:t>
      </w:r>
    </w:p>
    <w:p/>
    <w:p>
      <w:r>
        <w:rPr>
          <w:b/>
          <w:sz w:val="24"/>
        </w:rPr>
        <w:t>Câu 4: We ____ not like spicy food.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____ he live in London?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6: The sun 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rose</w:t>
      </w:r>
    </w:p>
    <w:p>
      <w:pPr>
        <w:pStyle w:val="ListParagraph"/>
      </w:pPr>
      <w:r>
        <w:rPr>
          <w:sz w:val="22"/>
        </w:rPr>
        <w:t>D. rising</w:t>
      </w:r>
    </w:p>
    <w:p/>
    <w:p>
      <w:r>
        <w:rPr>
          <w:b/>
          <w:sz w:val="24"/>
        </w:rPr>
        <w:t>Câu 7: I usually ____ up at 6 o'clock.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gets</w:t>
      </w:r>
    </w:p>
    <w:p>
      <w:pPr>
        <w:pStyle w:val="ListParagraph"/>
      </w:pPr>
      <w:r>
        <w:rPr>
          <w:sz w:val="22"/>
        </w:rPr>
        <w:t>C. got</w:t>
      </w:r>
    </w:p>
    <w:p>
      <w:pPr>
        <w:pStyle w:val="ListParagraph"/>
      </w:pPr>
      <w:r>
        <w:rPr>
          <w:sz w:val="22"/>
        </w:rPr>
        <w:t>D. getting</w:t>
      </w:r>
    </w:p>
    <w:p/>
    <w:p>
      <w:r>
        <w:rPr>
          <w:b/>
          <w:sz w:val="24"/>
        </w:rPr>
        <w:t>Câu 8: Lan and Mai ____ English every evening.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studies</w:t>
      </w:r>
    </w:p>
    <w:p>
      <w:pPr>
        <w:pStyle w:val="ListParagraph"/>
      </w:pPr>
      <w:r>
        <w:rPr>
          <w:sz w:val="22"/>
        </w:rPr>
        <w:t>C. studied</w:t>
      </w:r>
    </w:p>
    <w:p>
      <w:pPr>
        <w:pStyle w:val="ListParagraph"/>
      </w:pPr>
      <w:r>
        <w:rPr>
          <w:sz w:val="22"/>
        </w:rPr>
        <w:t>D. studying</w:t>
      </w:r>
    </w:p>
    <w:p/>
    <w:p>
      <w:r>
        <w:rPr>
          <w:b/>
          <w:sz w:val="24"/>
        </w:rPr>
        <w:t>Câu 9: It ____ often rain in summer.</w:t>
      </w:r>
    </w:p>
    <w:p>
      <w:pPr>
        <w:pStyle w:val="ListParagraph"/>
      </w:pPr>
      <w:r>
        <w:rPr>
          <w:sz w:val="22"/>
        </w:rPr>
        <w:t>A. don't</w:t>
      </w:r>
    </w:p>
    <w:p>
      <w:pPr>
        <w:pStyle w:val="ListParagraph"/>
      </w:pPr>
      <w:r>
        <w:rPr>
          <w:sz w:val="22"/>
        </w:rPr>
        <w:t>B. doesn't</w:t>
      </w:r>
    </w:p>
    <w:p>
      <w:pPr>
        <w:pStyle w:val="ListParagraph"/>
      </w:pPr>
      <w:r>
        <w:rPr>
          <w:sz w:val="22"/>
        </w:rPr>
        <w:t>C. isn't</w:t>
      </w:r>
    </w:p>
    <w:p>
      <w:pPr>
        <w:pStyle w:val="ListParagraph"/>
      </w:pPr>
      <w:r>
        <w:rPr>
          <w:sz w:val="22"/>
        </w:rPr>
        <w:t>D. aren't</w:t>
      </w:r>
    </w:p>
    <w:p/>
    <w:p>
      <w:r>
        <w:rPr>
          <w:b/>
          <w:sz w:val="24"/>
        </w:rPr>
        <w:t>Câu 10: Nam ____ TV after dinner.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watched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