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1 - Phép cộng không nhớ phạm vi 100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23 + 45 = ?</w:t>
      </w:r>
    </w:p>
    <w:p>
      <w:pPr>
        <w:pStyle w:val="ListParagraph"/>
      </w:pPr>
      <w:r>
        <w:rPr>
          <w:sz w:val="22"/>
        </w:rPr>
        <w:t>A. 58</w:t>
      </w:r>
    </w:p>
    <w:p>
      <w:pPr>
        <w:pStyle w:val="ListParagraph"/>
      </w:pPr>
      <w:r>
        <w:rPr>
          <w:sz w:val="22"/>
        </w:rPr>
        <w:t>B. 68</w:t>
      </w:r>
    </w:p>
    <w:p>
      <w:pPr>
        <w:pStyle w:val="ListParagraph"/>
      </w:pPr>
      <w:r>
        <w:rPr>
          <w:sz w:val="22"/>
        </w:rPr>
        <w:t>C. 78</w:t>
      </w:r>
    </w:p>
    <w:p>
      <w:pPr>
        <w:pStyle w:val="ListParagraph"/>
      </w:pPr>
      <w:r>
        <w:rPr>
          <w:sz w:val="22"/>
        </w:rPr>
        <w:t>D. 67</w:t>
      </w:r>
    </w:p>
    <w:p/>
    <w:p>
      <w:r>
        <w:rPr>
          <w:b/>
          <w:sz w:val="24"/>
        </w:rPr>
        <w:t>Câu 2: 34 + 52 = ?</w:t>
      </w:r>
    </w:p>
    <w:p>
      <w:pPr>
        <w:pStyle w:val="ListParagraph"/>
      </w:pPr>
      <w:r>
        <w:rPr>
          <w:sz w:val="22"/>
        </w:rPr>
        <w:t>A. 86</w:t>
      </w:r>
    </w:p>
    <w:p>
      <w:pPr>
        <w:pStyle w:val="ListParagraph"/>
      </w:pPr>
      <w:r>
        <w:rPr>
          <w:sz w:val="22"/>
        </w:rPr>
        <w:t>B. 85</w:t>
      </w:r>
    </w:p>
    <w:p>
      <w:pPr>
        <w:pStyle w:val="ListParagraph"/>
      </w:pPr>
      <w:r>
        <w:rPr>
          <w:sz w:val="22"/>
        </w:rPr>
        <w:t>C. 96</w:t>
      </w:r>
    </w:p>
    <w:p>
      <w:pPr>
        <w:pStyle w:val="ListParagraph"/>
      </w:pPr>
      <w:r>
        <w:rPr>
          <w:sz w:val="22"/>
        </w:rPr>
        <w:t>D. 76</w:t>
      </w:r>
    </w:p>
    <w:p/>
    <w:p>
      <w:r>
        <w:rPr>
          <w:b/>
          <w:sz w:val="24"/>
        </w:rPr>
        <w:t>Câu 3: 41 + 27 = ?</w:t>
      </w:r>
    </w:p>
    <w:p>
      <w:pPr>
        <w:pStyle w:val="ListParagraph"/>
      </w:pPr>
      <w:r>
        <w:rPr>
          <w:sz w:val="22"/>
        </w:rPr>
        <w:t>A. 67</w:t>
      </w:r>
    </w:p>
    <w:p>
      <w:pPr>
        <w:pStyle w:val="ListParagraph"/>
      </w:pPr>
      <w:r>
        <w:rPr>
          <w:sz w:val="22"/>
        </w:rPr>
        <w:t>B. 78</w:t>
      </w:r>
    </w:p>
    <w:p>
      <w:pPr>
        <w:pStyle w:val="ListParagraph"/>
      </w:pPr>
      <w:r>
        <w:rPr>
          <w:sz w:val="22"/>
        </w:rPr>
        <w:t>C. 68</w:t>
      </w:r>
    </w:p>
    <w:p>
      <w:pPr>
        <w:pStyle w:val="ListParagraph"/>
      </w:pPr>
      <w:r>
        <w:rPr>
          <w:sz w:val="22"/>
        </w:rPr>
        <w:t>D. 58</w:t>
      </w:r>
    </w:p>
    <w:p/>
    <w:p>
      <w:r>
        <w:rPr>
          <w:b/>
          <w:sz w:val="24"/>
        </w:rPr>
        <w:t>Câu 4: 15 + 62 = ?</w:t>
      </w:r>
    </w:p>
    <w:p>
      <w:pPr>
        <w:pStyle w:val="ListParagraph"/>
      </w:pPr>
      <w:r>
        <w:rPr>
          <w:sz w:val="22"/>
        </w:rPr>
        <w:t>A. 76</w:t>
      </w:r>
    </w:p>
    <w:p>
      <w:pPr>
        <w:pStyle w:val="ListParagraph"/>
      </w:pPr>
      <w:r>
        <w:rPr>
          <w:sz w:val="22"/>
        </w:rPr>
        <w:t>B. 77</w:t>
      </w:r>
    </w:p>
    <w:p>
      <w:pPr>
        <w:pStyle w:val="ListParagraph"/>
      </w:pPr>
      <w:r>
        <w:rPr>
          <w:sz w:val="22"/>
        </w:rPr>
        <w:t>C. 87</w:t>
      </w:r>
    </w:p>
    <w:p>
      <w:pPr>
        <w:pStyle w:val="ListParagraph"/>
      </w:pPr>
      <w:r>
        <w:rPr>
          <w:sz w:val="22"/>
        </w:rPr>
        <w:t>D. 67</w:t>
      </w:r>
    </w:p>
    <w:p/>
    <w:p>
      <w:r>
        <w:rPr>
          <w:b/>
          <w:sz w:val="24"/>
        </w:rPr>
        <w:t>Câu 5: 53 + 24 = ?</w:t>
      </w:r>
    </w:p>
    <w:p>
      <w:pPr>
        <w:pStyle w:val="ListParagraph"/>
      </w:pPr>
      <w:r>
        <w:rPr>
          <w:sz w:val="22"/>
        </w:rPr>
        <w:t>A. 76</w:t>
      </w:r>
    </w:p>
    <w:p>
      <w:pPr>
        <w:pStyle w:val="ListParagraph"/>
      </w:pPr>
      <w:r>
        <w:rPr>
          <w:sz w:val="22"/>
        </w:rPr>
        <w:t>B. 87</w:t>
      </w:r>
    </w:p>
    <w:p>
      <w:pPr>
        <w:pStyle w:val="ListParagraph"/>
      </w:pPr>
      <w:r>
        <w:rPr>
          <w:sz w:val="22"/>
        </w:rPr>
        <w:t>C. 67</w:t>
      </w:r>
    </w:p>
    <w:p>
      <w:pPr>
        <w:pStyle w:val="ListParagraph"/>
      </w:pPr>
      <w:r>
        <w:rPr>
          <w:sz w:val="22"/>
        </w:rPr>
        <w:t>D. 77</w:t>
      </w:r>
    </w:p>
    <w:p/>
    <w:p>
      <w:r>
        <w:rPr>
          <w:b/>
          <w:sz w:val="24"/>
        </w:rPr>
        <w:t>Câu 6: 72 + 16 = ?</w:t>
      </w:r>
    </w:p>
    <w:p>
      <w:pPr>
        <w:pStyle w:val="ListParagraph"/>
      </w:pPr>
      <w:r>
        <w:rPr>
          <w:sz w:val="22"/>
        </w:rPr>
        <w:t>A. 87</w:t>
      </w:r>
    </w:p>
    <w:p>
      <w:pPr>
        <w:pStyle w:val="ListParagraph"/>
      </w:pPr>
      <w:r>
        <w:rPr>
          <w:sz w:val="22"/>
        </w:rPr>
        <w:t>B. 98</w:t>
      </w:r>
    </w:p>
    <w:p>
      <w:pPr>
        <w:pStyle w:val="ListParagraph"/>
      </w:pPr>
      <w:r>
        <w:rPr>
          <w:sz w:val="22"/>
        </w:rPr>
        <w:t>C. 88</w:t>
      </w:r>
    </w:p>
    <w:p>
      <w:pPr>
        <w:pStyle w:val="ListParagraph"/>
      </w:pPr>
      <w:r>
        <w:rPr>
          <w:sz w:val="22"/>
        </w:rPr>
        <w:t>D. 78</w:t>
      </w:r>
    </w:p>
    <w:p/>
    <w:p>
      <w:r>
        <w:rPr>
          <w:b/>
          <w:sz w:val="24"/>
        </w:rPr>
        <w:t>Câu 7: 30 + 45 = ?</w:t>
      </w:r>
    </w:p>
    <w:p>
      <w:pPr>
        <w:pStyle w:val="ListParagraph"/>
      </w:pPr>
      <w:r>
        <w:rPr>
          <w:sz w:val="22"/>
        </w:rPr>
        <w:t>A. 74</w:t>
      </w:r>
    </w:p>
    <w:p>
      <w:pPr>
        <w:pStyle w:val="ListParagraph"/>
      </w:pPr>
      <w:r>
        <w:rPr>
          <w:sz w:val="22"/>
        </w:rPr>
        <w:t>B. 85</w:t>
      </w:r>
    </w:p>
    <w:p>
      <w:pPr>
        <w:pStyle w:val="ListParagraph"/>
      </w:pPr>
      <w:r>
        <w:rPr>
          <w:sz w:val="22"/>
        </w:rPr>
        <w:t>C. 65</w:t>
      </w:r>
    </w:p>
    <w:p>
      <w:pPr>
        <w:pStyle w:val="ListParagraph"/>
      </w:pPr>
      <w:r>
        <w:rPr>
          <w:sz w:val="22"/>
        </w:rPr>
        <w:t>D. 75</w:t>
      </w:r>
    </w:p>
    <w:p/>
    <w:p>
      <w:r>
        <w:rPr>
          <w:b/>
          <w:sz w:val="24"/>
        </w:rPr>
        <w:t>Câu 8: 61 + 28 = ?</w:t>
      </w:r>
    </w:p>
    <w:p>
      <w:pPr>
        <w:pStyle w:val="ListParagraph"/>
      </w:pPr>
      <w:r>
        <w:rPr>
          <w:sz w:val="22"/>
        </w:rPr>
        <w:t>A. 88</w:t>
      </w:r>
    </w:p>
    <w:p>
      <w:pPr>
        <w:pStyle w:val="ListParagraph"/>
      </w:pPr>
      <w:r>
        <w:rPr>
          <w:sz w:val="22"/>
        </w:rPr>
        <w:t>B. 99</w:t>
      </w:r>
    </w:p>
    <w:p>
      <w:pPr>
        <w:pStyle w:val="ListParagraph"/>
      </w:pPr>
      <w:r>
        <w:rPr>
          <w:sz w:val="22"/>
        </w:rPr>
        <w:t>C. 89</w:t>
      </w:r>
    </w:p>
    <w:p>
      <w:pPr>
        <w:pStyle w:val="ListParagraph"/>
      </w:pPr>
      <w:r>
        <w:rPr>
          <w:sz w:val="22"/>
        </w:rPr>
        <w:t>D. 79</w:t>
      </w:r>
    </w:p>
    <w:p/>
    <w:p>
      <w:r>
        <w:rPr>
          <w:b/>
          <w:sz w:val="24"/>
        </w:rPr>
        <w:t>Câu 9: 44 + 33 = ?</w:t>
      </w:r>
    </w:p>
    <w:p>
      <w:pPr>
        <w:pStyle w:val="ListParagraph"/>
      </w:pPr>
      <w:r>
        <w:rPr>
          <w:sz w:val="22"/>
        </w:rPr>
        <w:t>A. 76</w:t>
      </w:r>
    </w:p>
    <w:p>
      <w:pPr>
        <w:pStyle w:val="ListParagraph"/>
      </w:pPr>
      <w:r>
        <w:rPr>
          <w:sz w:val="22"/>
        </w:rPr>
        <w:t>B. 87</w:t>
      </w:r>
    </w:p>
    <w:p>
      <w:pPr>
        <w:pStyle w:val="ListParagraph"/>
      </w:pPr>
      <w:r>
        <w:rPr>
          <w:sz w:val="22"/>
        </w:rPr>
        <w:t>C. 67</w:t>
      </w:r>
    </w:p>
    <w:p>
      <w:pPr>
        <w:pStyle w:val="ListParagraph"/>
      </w:pPr>
      <w:r>
        <w:rPr>
          <w:sz w:val="22"/>
        </w:rPr>
        <w:t>D. 77</w:t>
      </w:r>
    </w:p>
    <w:p/>
    <w:p>
      <w:r>
        <w:rPr>
          <w:b/>
          <w:sz w:val="24"/>
        </w:rPr>
        <w:t>Câu 10: 25 + 43 = ?</w:t>
      </w:r>
    </w:p>
    <w:p>
      <w:pPr>
        <w:pStyle w:val="ListParagraph"/>
      </w:pPr>
      <w:r>
        <w:rPr>
          <w:sz w:val="22"/>
        </w:rPr>
        <w:t>A. 68</w:t>
      </w:r>
    </w:p>
    <w:p>
      <w:pPr>
        <w:pStyle w:val="ListParagraph"/>
      </w:pPr>
      <w:r>
        <w:rPr>
          <w:sz w:val="22"/>
        </w:rPr>
        <w:t>B. 67</w:t>
      </w:r>
    </w:p>
    <w:p>
      <w:pPr>
        <w:pStyle w:val="ListParagraph"/>
      </w:pPr>
      <w:r>
        <w:rPr>
          <w:sz w:val="22"/>
        </w:rPr>
        <w:t>C. 78</w:t>
      </w:r>
    </w:p>
    <w:p>
      <w:pPr>
        <w:pStyle w:val="ListParagraph"/>
      </w:pPr>
      <w:r>
        <w:rPr>
          <w:sz w:val="22"/>
        </w:rPr>
        <w:t>D. 58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