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môn KHTN 7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Quang hợp ở thực vật là gì?</w:t>
      </w:r>
    </w:p>
    <w:p>
      <w:pPr>
        <w:pStyle w:val="ListParagraph"/>
      </w:pPr>
      <w:r>
        <w:rPr>
          <w:sz w:val="22"/>
        </w:rPr>
        <w:t>A. Quá trình phân giải chất hữu cơ để giải phóng năng lượng.</w:t>
      </w:r>
    </w:p>
    <w:p>
      <w:pPr>
        <w:pStyle w:val="ListParagraph"/>
      </w:pPr>
      <w:r>
        <w:rPr>
          <w:sz w:val="22"/>
        </w:rPr>
        <w:t>B. Quá trình tổng hợp chất hữu cơ từ nước và khí carbon dioxide nhờ năng lượng ánh sáng và diệp lục.</w:t>
      </w:r>
    </w:p>
    <w:p>
      <w:pPr>
        <w:pStyle w:val="ListParagraph"/>
      </w:pPr>
      <w:r>
        <w:rPr>
          <w:sz w:val="22"/>
        </w:rPr>
        <w:t>C. Quá trình hấp thụ khí oxygen và thải khí carbon dioxide.</w:t>
      </w:r>
    </w:p>
    <w:p>
      <w:pPr>
        <w:pStyle w:val="ListParagraph"/>
      </w:pPr>
      <w:r>
        <w:rPr>
          <w:sz w:val="22"/>
        </w:rPr>
        <w:t>D. Quá trình vận chuyển nước và muối khoáng trong cây.</w:t>
      </w:r>
    </w:p>
    <w:p/>
    <w:p>
      <w:r>
        <w:rPr>
          <w:b/>
          <w:sz w:val="24"/>
        </w:rPr>
        <w:t>Câu 2: Nguyên liệu của quá trình quang hợp ở cây xanh là gì?</w:t>
      </w:r>
    </w:p>
    <w:p>
      <w:pPr>
        <w:pStyle w:val="ListParagraph"/>
      </w:pPr>
      <w:r>
        <w:rPr>
          <w:sz w:val="22"/>
        </w:rPr>
        <w:t>A. Khí oxygen và nước.</w:t>
      </w:r>
    </w:p>
    <w:p>
      <w:pPr>
        <w:pStyle w:val="ListParagraph"/>
      </w:pPr>
      <w:r>
        <w:rPr>
          <w:sz w:val="22"/>
        </w:rPr>
        <w:t>B. Khí carbon dioxide và nước.</w:t>
      </w:r>
    </w:p>
    <w:p>
      <w:pPr>
        <w:pStyle w:val="ListParagraph"/>
      </w:pPr>
      <w:r>
        <w:rPr>
          <w:sz w:val="22"/>
        </w:rPr>
        <w:t>C. Khí carbon dioxide và khí oxygen.</w:t>
      </w:r>
    </w:p>
    <w:p>
      <w:pPr>
        <w:pStyle w:val="ListParagraph"/>
      </w:pPr>
      <w:r>
        <w:rPr>
          <w:sz w:val="22"/>
        </w:rPr>
        <w:t>D. Glucose và khí oxygen.</w:t>
      </w:r>
    </w:p>
    <w:p/>
    <w:p>
      <w:r>
        <w:rPr>
          <w:b/>
          <w:sz w:val="24"/>
        </w:rPr>
        <w:t>Câu 3: Sản phẩm của quá trình quang hợp ở cây xanh là gì?</w:t>
      </w:r>
    </w:p>
    <w:p>
      <w:pPr>
        <w:pStyle w:val="ListParagraph"/>
      </w:pPr>
      <w:r>
        <w:rPr>
          <w:sz w:val="22"/>
        </w:rPr>
        <w:t>A. Glucose và khí oxygen.</w:t>
      </w:r>
    </w:p>
    <w:p>
      <w:pPr>
        <w:pStyle w:val="ListParagraph"/>
      </w:pPr>
      <w:r>
        <w:rPr>
          <w:sz w:val="22"/>
        </w:rPr>
        <w:t>B. Nước và khí carbon dioxide.</w:t>
      </w:r>
    </w:p>
    <w:p>
      <w:pPr>
        <w:pStyle w:val="ListParagraph"/>
      </w:pPr>
      <w:r>
        <w:rPr>
          <w:sz w:val="22"/>
        </w:rPr>
        <w:t>C. Glucose và khí carbon dioxide.</w:t>
      </w:r>
    </w:p>
    <w:p>
      <w:pPr>
        <w:pStyle w:val="ListParagraph"/>
      </w:pPr>
      <w:r>
        <w:rPr>
          <w:sz w:val="22"/>
        </w:rPr>
        <w:t>D. Nước và khí oxygen.</w:t>
      </w:r>
    </w:p>
    <w:p/>
    <w:p>
      <w:r>
        <w:rPr>
          <w:b/>
          <w:sz w:val="24"/>
        </w:rPr>
        <w:t>Câu 4: Phương trình quang hợp nào sau đây đúng?</w:t>
      </w:r>
    </w:p>
    <w:p>
      <w:pPr>
        <w:pStyle w:val="ListParagraph"/>
      </w:pPr>
      <w:r>
        <w:rPr>
          <w:sz w:val="22"/>
        </w:rPr>
        <w:t>A. $6CO_2 + 6H_2O \rightarrow C_6H_{12}O_6 + 6O_2$ (ánh sáng, diệp lục)</w:t>
      </w:r>
    </w:p>
    <w:p>
      <w:pPr>
        <w:pStyle w:val="ListParagraph"/>
      </w:pPr>
      <w:r>
        <w:rPr>
          <w:sz w:val="22"/>
        </w:rPr>
        <w:t>B. $C_6H_{12}O_6 + 6O_2 \rightarrow 6CO_2 + 6H_2O$ + năng lượng</w:t>
      </w:r>
    </w:p>
    <w:p>
      <w:pPr>
        <w:pStyle w:val="ListParagraph"/>
      </w:pPr>
      <w:r>
        <w:rPr>
          <w:sz w:val="22"/>
        </w:rPr>
        <w:t>C. $6CO_2 + 6H_2O \rightarrow C_6H_{12}O_6 + 6CO_2$</w:t>
      </w:r>
    </w:p>
    <w:p>
      <w:pPr>
        <w:pStyle w:val="ListParagraph"/>
      </w:pPr>
      <w:r>
        <w:rPr>
          <w:sz w:val="22"/>
        </w:rPr>
        <w:t>D. $C_6H_{12}O_6 + 6CO_2 \rightarrow 6H_2O + 6O_2$</w:t>
      </w:r>
    </w:p>
    <w:p/>
    <w:p>
      <w:r>
        <w:rPr>
          <w:b/>
          <w:sz w:val="24"/>
        </w:rPr>
        <w:t>Câu 5: Cơ quan chính thực hiện quang hợp ở thực vật là gì?</w:t>
      </w:r>
    </w:p>
    <w:p>
      <w:pPr>
        <w:pStyle w:val="ListParagraph"/>
      </w:pPr>
      <w:r>
        <w:rPr>
          <w:sz w:val="22"/>
        </w:rPr>
        <w:t>A. Rễ.</w:t>
      </w:r>
    </w:p>
    <w:p>
      <w:pPr>
        <w:pStyle w:val="ListParagraph"/>
      </w:pPr>
      <w:r>
        <w:rPr>
          <w:sz w:val="22"/>
        </w:rPr>
        <w:t>B. Thân.</w:t>
      </w:r>
    </w:p>
    <w:p>
      <w:pPr>
        <w:pStyle w:val="ListParagraph"/>
      </w:pPr>
      <w:r>
        <w:rPr>
          <w:sz w:val="22"/>
        </w:rPr>
        <w:t>C. Lá.</w:t>
      </w:r>
    </w:p>
    <w:p>
      <w:pPr>
        <w:pStyle w:val="ListParagraph"/>
      </w:pPr>
      <w:r>
        <w:rPr>
          <w:sz w:val="22"/>
        </w:rPr>
        <w:t>D. Hoa.</w:t>
      </w:r>
    </w:p>
    <w:p/>
    <w:p>
      <w:r>
        <w:rPr>
          <w:b/>
          <w:sz w:val="24"/>
        </w:rPr>
        <w:t>Câu 6: Sắc tố nào trong lục lạp có vai trò hấp thụ ánh sáng để quang hợp?</w:t>
      </w:r>
    </w:p>
    <w:p>
      <w:pPr>
        <w:pStyle w:val="ListParagraph"/>
      </w:pPr>
      <w:r>
        <w:rPr>
          <w:sz w:val="22"/>
        </w:rPr>
        <w:t>A. Diệp lục.</w:t>
      </w:r>
    </w:p>
    <w:p>
      <w:pPr>
        <w:pStyle w:val="ListParagraph"/>
      </w:pPr>
      <w:r>
        <w:rPr>
          <w:sz w:val="22"/>
        </w:rPr>
        <w:t>B. Carotenoid.</w:t>
      </w:r>
    </w:p>
    <w:p>
      <w:pPr>
        <w:pStyle w:val="ListParagraph"/>
      </w:pPr>
      <w:r>
        <w:rPr>
          <w:sz w:val="22"/>
        </w:rPr>
        <w:t>C. Hemoglobin.</w:t>
      </w:r>
    </w:p>
    <w:p>
      <w:pPr>
        <w:pStyle w:val="ListParagraph"/>
      </w:pPr>
      <w:r>
        <w:rPr>
          <w:sz w:val="22"/>
        </w:rPr>
        <w:t>D. Melanin.</w:t>
      </w:r>
    </w:p>
    <w:p/>
    <w:p>
      <w:r>
        <w:rPr>
          <w:b/>
          <w:sz w:val="24"/>
        </w:rPr>
        <w:t>Câu 7: Đặc điểm nào của lá giúp lá thực hiện tốt chức năng quang hợp?</w:t>
      </w:r>
    </w:p>
    <w:p>
      <w:pPr>
        <w:pStyle w:val="ListParagraph"/>
      </w:pPr>
      <w:r>
        <w:rPr>
          <w:sz w:val="22"/>
        </w:rPr>
        <w:t>A. Phiến lá rộng, mỏng, có nhiều gân lá.</w:t>
      </w:r>
    </w:p>
    <w:p>
      <w:pPr>
        <w:pStyle w:val="ListParagraph"/>
      </w:pPr>
      <w:r>
        <w:rPr>
          <w:sz w:val="22"/>
        </w:rPr>
        <w:t>B. Có nhiều khí khổng ở biểu bì lá.</w:t>
      </w:r>
    </w:p>
    <w:p>
      <w:pPr>
        <w:pStyle w:val="ListParagraph"/>
      </w:pPr>
      <w:r>
        <w:rPr>
          <w:sz w:val="22"/>
        </w:rPr>
        <w:t>C. Tế bào thịt lá chứa nhiều lục lạp.</w:t>
      </w:r>
    </w:p>
    <w:p>
      <w:pPr>
        <w:pStyle w:val="ListParagraph"/>
      </w:pPr>
      <w:r>
        <w:rPr>
          <w:sz w:val="22"/>
        </w:rPr>
        <w:t>D. Cả A, B và C đều đúng.</w:t>
      </w:r>
    </w:p>
    <w:p/>
    <w:p>
      <w:r>
        <w:rPr>
          <w:b/>
          <w:sz w:val="24"/>
        </w:rPr>
        <w:t>Câu 8: Trong quang hợp, khí carbon dioxide được cây xanh lấy từ môi trường ngoài qua con đường nào?</w:t>
      </w:r>
    </w:p>
    <w:p>
      <w:pPr>
        <w:pStyle w:val="ListParagraph"/>
      </w:pPr>
      <w:r>
        <w:rPr>
          <w:sz w:val="22"/>
        </w:rPr>
        <w:t>A. Rễ.</w:t>
      </w:r>
    </w:p>
    <w:p>
      <w:pPr>
        <w:pStyle w:val="ListParagraph"/>
      </w:pPr>
      <w:r>
        <w:rPr>
          <w:sz w:val="22"/>
        </w:rPr>
        <w:t>B. Khí khổng ở lá.</w:t>
      </w:r>
    </w:p>
    <w:p>
      <w:pPr>
        <w:pStyle w:val="ListParagraph"/>
      </w:pPr>
      <w:r>
        <w:rPr>
          <w:sz w:val="22"/>
        </w:rPr>
        <w:t>C. Mạch gỗ.</w:t>
      </w:r>
    </w:p>
    <w:p>
      <w:pPr>
        <w:pStyle w:val="ListParagraph"/>
      </w:pPr>
      <w:r>
        <w:rPr>
          <w:sz w:val="22"/>
        </w:rPr>
        <w:t>D. Hoa.</w:t>
      </w:r>
    </w:p>
    <w:p/>
    <w:p>
      <w:r>
        <w:rPr>
          <w:b/>
          <w:sz w:val="24"/>
        </w:rPr>
        <w:t>Câu 9: Vai trò của quang hợp là gì?</w:t>
      </w:r>
    </w:p>
    <w:p>
      <w:pPr>
        <w:pStyle w:val="ListParagraph"/>
      </w:pPr>
      <w:r>
        <w:rPr>
          <w:sz w:val="22"/>
        </w:rPr>
        <w:t>A. Tổng hợp chất hữu cơ cung cấp cho các sinh vật.</w:t>
      </w:r>
    </w:p>
    <w:p>
      <w:pPr>
        <w:pStyle w:val="ListParagraph"/>
      </w:pPr>
      <w:r>
        <w:rPr>
          <w:sz w:val="22"/>
        </w:rPr>
        <w:t>B. Giải phóng khí oxygen vào khí quyển.</w:t>
      </w:r>
    </w:p>
    <w:p>
      <w:pPr>
        <w:pStyle w:val="ListParagraph"/>
      </w:pPr>
      <w:r>
        <w:rPr>
          <w:sz w:val="22"/>
        </w:rPr>
        <w:t>C. Điều hòa khí hậu, giảm ô nhiễm không khí.</w:t>
      </w:r>
    </w:p>
    <w:p>
      <w:pPr>
        <w:pStyle w:val="ListParagraph"/>
      </w:pPr>
      <w:r>
        <w:rPr>
          <w:sz w:val="22"/>
        </w:rPr>
        <w:t>D. Cả A, B và C đều đúng.</w:t>
      </w:r>
    </w:p>
    <w:p/>
    <w:p>
      <w:r>
        <w:rPr>
          <w:b/>
          <w:sz w:val="24"/>
        </w:rPr>
        <w:t>Câu 10: Yếu tố nào sau đây ảnh hưởng đến quá trình quang hợp?</w:t>
      </w:r>
    </w:p>
    <w:p>
      <w:pPr>
        <w:pStyle w:val="ListParagraph"/>
      </w:pPr>
      <w:r>
        <w:rPr>
          <w:sz w:val="22"/>
        </w:rPr>
        <w:t>A. Ánh sáng, nồng độ CO2, nhiệt độ, nước.</w:t>
      </w:r>
    </w:p>
    <w:p>
      <w:pPr>
        <w:pStyle w:val="ListParagraph"/>
      </w:pPr>
      <w:r>
        <w:rPr>
          <w:sz w:val="22"/>
        </w:rPr>
        <w:t>B. Ánh sáng, nồng độ O2, nhiệt độ, nước.</w:t>
      </w:r>
    </w:p>
    <w:p>
      <w:pPr>
        <w:pStyle w:val="ListParagraph"/>
      </w:pPr>
      <w:r>
        <w:rPr>
          <w:sz w:val="22"/>
        </w:rPr>
        <w:t>C. Nồng độ N2, ánh sáng, nhiệt độ.</w:t>
      </w:r>
    </w:p>
    <w:p>
      <w:pPr>
        <w:pStyle w:val="ListParagraph"/>
      </w:pPr>
      <w:r>
        <w:rPr>
          <w:sz w:val="22"/>
        </w:rPr>
        <w:t>D. Chỉ có ánh sáng.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