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30 phút môn Lịch sử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Cách mạng công nghiệp lần thứ nhất bắt đầu ở quốc gia nào?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2: Phát minh nào được coi là khởi đầu của Cách mạng công nghiệp lần thứ nhất?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Máy kéo sợi Jenny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Máy điện báo</w:t>
      </w:r>
    </w:p>
    <w:p/>
    <w:p>
      <w:r>
        <w:rPr>
          <w:b/>
          <w:sz w:val="24"/>
        </w:rPr>
        <w:t>Câu 3: Ai đã phát minh ra máy hơi nước cải tiến, đóng góp quan trọng cho Cách mạng công nghiệp lần thứ nhất?</w:t>
      </w:r>
    </w:p>
    <w:p>
      <w:pPr>
        <w:pStyle w:val="ListParagraph"/>
      </w:pPr>
      <w:r>
        <w:rPr>
          <w:sz w:val="22"/>
        </w:rPr>
        <w:t>A. James Watt</w:t>
      </w:r>
    </w:p>
    <w:p>
      <w:pPr>
        <w:pStyle w:val="ListParagraph"/>
      </w:pPr>
      <w:r>
        <w:rPr>
          <w:sz w:val="22"/>
        </w:rPr>
        <w:t>B. Thomas Edison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Nikola Tesla</w:t>
      </w:r>
    </w:p>
    <w:p/>
    <w:p>
      <w:r>
        <w:rPr>
          <w:b/>
          <w:sz w:val="24"/>
        </w:rPr>
        <w:t>Câu 4: Cách mạng công nghiệp lần thứ hai diễn ra chủ yếu vào khoảng thời gian nào?</w:t>
      </w:r>
    </w:p>
    <w:p>
      <w:pPr>
        <w:pStyle w:val="ListParagraph"/>
      </w:pPr>
      <w:r>
        <w:rPr>
          <w:sz w:val="22"/>
        </w:rPr>
        <w:t>A. Cuối thế kỷ 18 đến đầu thế kỷ 19</w:t>
      </w:r>
    </w:p>
    <w:p>
      <w:pPr>
        <w:pStyle w:val="ListParagraph"/>
      </w:pPr>
      <w:r>
        <w:rPr>
          <w:sz w:val="22"/>
        </w:rPr>
        <w:t>B. Nửa sau thế kỷ 19 đến đầu thế kỷ 20</w:t>
      </w:r>
    </w:p>
    <w:p>
      <w:pPr>
        <w:pStyle w:val="ListParagraph"/>
      </w:pPr>
      <w:r>
        <w:rPr>
          <w:sz w:val="22"/>
        </w:rPr>
        <w:t>C. Giữa thế kỷ 20</w:t>
      </w:r>
    </w:p>
    <w:p>
      <w:pPr>
        <w:pStyle w:val="ListParagraph"/>
      </w:pPr>
      <w:r>
        <w:rPr>
          <w:sz w:val="22"/>
        </w:rPr>
        <w:t>D. Đầu thế kỷ 21</w:t>
      </w:r>
    </w:p>
    <w:p/>
    <w:p>
      <w:r>
        <w:rPr>
          <w:b/>
          <w:sz w:val="24"/>
        </w:rPr>
        <w:t>Câu 5: Thành tựu nổi bật nào sau đây thuộc Cách mạng công nghiệp lần thứ hai?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dệt</w:t>
      </w:r>
    </w:p>
    <w:p>
      <w:pPr>
        <w:pStyle w:val="ListParagraph"/>
      </w:pPr>
      <w:r>
        <w:rPr>
          <w:sz w:val="22"/>
        </w:rPr>
        <w:t>D. Xa kéo sợi</w:t>
      </w:r>
    </w:p>
    <w:p/>
    <w:p>
      <w:r>
        <w:rPr>
          <w:b/>
          <w:sz w:val="24"/>
        </w:rPr>
        <w:t>Câu 6: Ai được coi là cha đẻ của bóng đèn sợi đốt, một thành tựu của Cách mạng công nghiệp lần thứ hai?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James Watt</w:t>
      </w:r>
    </w:p>
    <w:p>
      <w:pPr>
        <w:pStyle w:val="ListParagraph"/>
      </w:pPr>
      <w:r>
        <w:rPr>
          <w:sz w:val="22"/>
        </w:rPr>
        <w:t>C. Michael Faraday</w:t>
      </w:r>
    </w:p>
    <w:p>
      <w:pPr>
        <w:pStyle w:val="ListParagraph"/>
      </w:pPr>
      <w:r>
        <w:rPr>
          <w:sz w:val="22"/>
        </w:rPr>
        <w:t>D. George Stephenson</w:t>
      </w:r>
    </w:p>
    <w:p/>
    <w:p>
      <w:r>
        <w:rPr>
          <w:b/>
          <w:sz w:val="24"/>
        </w:rPr>
        <w:t>Câu 7: Hệ thống sản xuất dây chuyền được áp dụng phổ biến trong Cách mạng công nghiệp lần thứ hai nhờ đóng góp của ai?</w:t>
      </w:r>
    </w:p>
    <w:p>
      <w:pPr>
        <w:pStyle w:val="ListParagraph"/>
      </w:pPr>
      <w:r>
        <w:rPr>
          <w:sz w:val="22"/>
        </w:rPr>
        <w:t>A. Henry Ford</w:t>
      </w:r>
    </w:p>
    <w:p>
      <w:pPr>
        <w:pStyle w:val="ListParagraph"/>
      </w:pPr>
      <w:r>
        <w:rPr>
          <w:sz w:val="22"/>
        </w:rPr>
        <w:t>B. James Watt</w:t>
      </w:r>
    </w:p>
    <w:p>
      <w:pPr>
        <w:pStyle w:val="ListParagraph"/>
      </w:pPr>
      <w:r>
        <w:rPr>
          <w:sz w:val="22"/>
        </w:rPr>
        <w:t>C. Thomas Edison</w:t>
      </w:r>
    </w:p>
    <w:p>
      <w:pPr>
        <w:pStyle w:val="ListParagraph"/>
      </w:pPr>
      <w:r>
        <w:rPr>
          <w:sz w:val="22"/>
        </w:rPr>
        <w:t>D. Alexander Graham Bell</w:t>
      </w:r>
    </w:p>
    <w:p/>
    <w:p>
      <w:r>
        <w:rPr>
          <w:b/>
          <w:sz w:val="24"/>
        </w:rPr>
        <w:t>Câu 8: Phát minh nào sau đây KHÔNG thuộc Cách mạng công nghiệp lần thứ nhất?</w:t>
      </w:r>
    </w:p>
    <w:p>
      <w:pPr>
        <w:pStyle w:val="ListParagraph"/>
      </w:pPr>
      <w:r>
        <w:rPr>
          <w:sz w:val="22"/>
        </w:rPr>
        <w:t>A. Máy kéo sợi Jenny</w:t>
      </w:r>
    </w:p>
    <w:p>
      <w:pPr>
        <w:pStyle w:val="ListParagraph"/>
      </w:pPr>
      <w:r>
        <w:rPr>
          <w:sz w:val="22"/>
        </w:rPr>
        <w:t>B. Máy hơi nước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Lò luyện gang</w:t>
      </w:r>
    </w:p>
    <w:p/>
    <w:p>
      <w:r>
        <w:rPr>
          <w:b/>
          <w:sz w:val="24"/>
        </w:rPr>
        <w:t>Câu 9: Cách mạng công nghiệp lần thứ nhất đã thay thế lao động thủ công bằng gì?</w:t>
      </w:r>
    </w:p>
    <w:p>
      <w:pPr>
        <w:pStyle w:val="ListParagraph"/>
      </w:pPr>
      <w:r>
        <w:rPr>
          <w:sz w:val="22"/>
        </w:rPr>
        <w:t>A. Máy móc chạy bằng hơi nước</w:t>
      </w:r>
    </w:p>
    <w:p>
      <w:pPr>
        <w:pStyle w:val="ListParagraph"/>
      </w:pPr>
      <w:r>
        <w:rPr>
          <w:sz w:val="22"/>
        </w:rPr>
        <w:t>B. Máy móc chạy bằng điện</w:t>
      </w:r>
    </w:p>
    <w:p>
      <w:pPr>
        <w:pStyle w:val="ListParagraph"/>
      </w:pPr>
      <w:r>
        <w:rPr>
          <w:sz w:val="22"/>
        </w:rPr>
        <w:t>C. Robot tự động</w:t>
      </w:r>
    </w:p>
    <w:p>
      <w:pPr>
        <w:pStyle w:val="ListParagraph"/>
      </w:pPr>
      <w:r>
        <w:rPr>
          <w:sz w:val="22"/>
        </w:rPr>
        <w:t>D. Máy tính</w:t>
      </w:r>
    </w:p>
    <w:p/>
    <w:p>
      <w:r>
        <w:rPr>
          <w:b/>
          <w:sz w:val="24"/>
        </w:rPr>
        <w:t>Câu 10: Thành tựu nào của Cách mạng công nghiệp lần thứ hai đã thay đổi cách con người liên lạc?</w:t>
      </w:r>
    </w:p>
    <w:p>
      <w:pPr>
        <w:pStyle w:val="ListParagraph"/>
      </w:pPr>
      <w:r>
        <w:rPr>
          <w:sz w:val="22"/>
        </w:rPr>
        <w:t>A. Điện thoại</w:t>
      </w:r>
    </w:p>
    <w:p>
      <w:pPr>
        <w:pStyle w:val="ListParagraph"/>
      </w:pPr>
      <w:r>
        <w:rPr>
          <w:sz w:val="22"/>
        </w:rPr>
        <w:t>B. Máy hơi nước</w:t>
      </w:r>
    </w:p>
    <w:p>
      <w:pPr>
        <w:pStyle w:val="ListParagraph"/>
      </w:pPr>
      <w:r>
        <w:rPr>
          <w:sz w:val="22"/>
        </w:rPr>
        <w:t>C. Máy dệt</w:t>
      </w:r>
    </w:p>
    <w:p>
      <w:pPr>
        <w:pStyle w:val="ListParagraph"/>
      </w:pPr>
      <w:r>
        <w:rPr>
          <w:sz w:val="22"/>
        </w:rPr>
        <w:t>D. Xe đạp</w:t>
      </w:r>
    </w:p>
    <w:p/>
    <w:p>
      <w:r>
        <w:rPr>
          <w:b/>
          <w:sz w:val="24"/>
        </w:rPr>
        <w:t>Câu 11: Quốc gia nào đi đầu trong Cách mạng công nghiệp lần thứ hai?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Cả B và C</w:t>
      </w:r>
    </w:p>
    <w:p/>
    <w:p>
      <w:r>
        <w:rPr>
          <w:b/>
          <w:sz w:val="24"/>
        </w:rPr>
        <w:t>Câu 12: Phát minh nào sau đây thuộc Cách mạng công nghiệp lần thứ nhất?</w:t>
      </w:r>
    </w:p>
    <w:p>
      <w:pPr>
        <w:pStyle w:val="ListParagraph"/>
      </w:pPr>
      <w:r>
        <w:rPr>
          <w:sz w:val="22"/>
        </w:rPr>
        <w:t>A. Máy điện báo</w:t>
      </w:r>
    </w:p>
    <w:p>
      <w:pPr>
        <w:pStyle w:val="ListParagraph"/>
      </w:pPr>
      <w:r>
        <w:rPr>
          <w:sz w:val="22"/>
        </w:rPr>
        <w:t>B. Máy kéo sợi Jenny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Bóng đèn sợi đốt</w:t>
      </w:r>
    </w:p>
    <w:p/>
    <w:p>
      <w:r>
        <w:rPr>
          <w:b/>
          <w:sz w:val="24"/>
        </w:rPr>
        <w:t>Câu 13: Cách mạng công nghiệp lần thứ hai đã đưa ngành công nghiệp nào trở thành ngành sản xuất chủ đạo?</w:t>
      </w:r>
    </w:p>
    <w:p>
      <w:pPr>
        <w:pStyle w:val="ListParagraph"/>
      </w:pPr>
      <w:r>
        <w:rPr>
          <w:sz w:val="22"/>
        </w:rPr>
        <w:t>A. Công nghiệp dệt</w:t>
      </w:r>
    </w:p>
    <w:p>
      <w:pPr>
        <w:pStyle w:val="ListParagraph"/>
      </w:pPr>
      <w:r>
        <w:rPr>
          <w:sz w:val="22"/>
        </w:rPr>
        <w:t>B. Công nghiệp cơ khí</w:t>
      </w:r>
    </w:p>
    <w:p>
      <w:pPr>
        <w:pStyle w:val="ListParagraph"/>
      </w:pPr>
      <w:r>
        <w:rPr>
          <w:sz w:val="22"/>
        </w:rPr>
        <w:t>C. Công nghiệp điện</w:t>
      </w:r>
    </w:p>
    <w:p>
      <w:pPr>
        <w:pStyle w:val="ListParagraph"/>
      </w:pPr>
      <w:r>
        <w:rPr>
          <w:sz w:val="22"/>
        </w:rPr>
        <w:t>D. Công nghiệp hóa chất</w:t>
      </w:r>
    </w:p>
    <w:p/>
    <w:p>
      <w:r>
        <w:rPr>
          <w:b/>
          <w:sz w:val="24"/>
        </w:rPr>
        <w:t>Câu 14: Ai đã phát minh ra máy điện báo?</w:t>
      </w:r>
    </w:p>
    <w:p>
      <w:pPr>
        <w:pStyle w:val="ListParagraph"/>
      </w:pPr>
      <w:r>
        <w:rPr>
          <w:sz w:val="22"/>
        </w:rPr>
        <w:t>A. Samuel Morse</w:t>
      </w:r>
    </w:p>
    <w:p>
      <w:pPr>
        <w:pStyle w:val="ListParagraph"/>
      </w:pPr>
      <w:r>
        <w:rPr>
          <w:sz w:val="22"/>
        </w:rPr>
        <w:t>B. Alexander Graham Bell</w:t>
      </w:r>
    </w:p>
    <w:p>
      <w:pPr>
        <w:pStyle w:val="ListParagraph"/>
      </w:pPr>
      <w:r>
        <w:rPr>
          <w:sz w:val="22"/>
        </w:rPr>
        <w:t>C. Thomas Edison</w:t>
      </w:r>
    </w:p>
    <w:p>
      <w:pPr>
        <w:pStyle w:val="ListParagraph"/>
      </w:pPr>
      <w:r>
        <w:rPr>
          <w:sz w:val="22"/>
        </w:rPr>
        <w:t>D. Nikola Tesla</w:t>
      </w:r>
    </w:p>
    <w:p/>
    <w:p>
      <w:r>
        <w:rPr>
          <w:b/>
          <w:sz w:val="24"/>
        </w:rPr>
        <w:t>Câu 15: Thành tựu nào sau đây là của Cách mạng công nghiệp lần thứ hai?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kéo sợi Jenny</w:t>
      </w:r>
    </w:p>
    <w:p>
      <w:pPr>
        <w:pStyle w:val="ListParagraph"/>
      </w:pPr>
      <w:r>
        <w:rPr>
          <w:sz w:val="22"/>
        </w:rPr>
        <w:t>D. Lò luyện gang</w:t>
      </w:r>
    </w:p>
    <w:p/>
    <w:p>
      <w:r>
        <w:rPr>
          <w:b/>
          <w:sz w:val="24"/>
        </w:rPr>
        <w:t>Câu 16: Cách mạng công nghiệp lần thứ nhất đã tác động đến xã hội như thế nào?</w:t>
      </w:r>
    </w:p>
    <w:p>
      <w:pPr>
        <w:pStyle w:val="ListParagraph"/>
      </w:pPr>
      <w:r>
        <w:rPr>
          <w:sz w:val="22"/>
        </w:rPr>
        <w:t>A. Hình thành giai cấp công nhân</w:t>
      </w:r>
    </w:p>
    <w:p>
      <w:pPr>
        <w:pStyle w:val="ListParagraph"/>
      </w:pPr>
      <w:r>
        <w:rPr>
          <w:sz w:val="22"/>
        </w:rPr>
        <w:t>B. Hình thành giai cấp tư sản công nghiệp</w:t>
      </w:r>
    </w:p>
    <w:p>
      <w:pPr>
        <w:pStyle w:val="ListParagraph"/>
      </w:pPr>
      <w:r>
        <w:rPr>
          <w:sz w:val="22"/>
        </w:rPr>
        <w:t>C. Tăng cường đô thị hóa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17: Phát minh nào sau đây KHÔNG thuộc Cách mạng công nghiệp lần thứ hai?</w:t>
      </w:r>
    </w:p>
    <w:p>
      <w:pPr>
        <w:pStyle w:val="ListParagraph"/>
      </w:pPr>
      <w:r>
        <w:rPr>
          <w:sz w:val="22"/>
        </w:rPr>
        <w:t>A. Động cơ đốt trong</w:t>
      </w:r>
    </w:p>
    <w:p>
      <w:pPr>
        <w:pStyle w:val="ListParagraph"/>
      </w:pPr>
      <w:r>
        <w:rPr>
          <w:sz w:val="22"/>
        </w:rPr>
        <w:t>B. Máy bay</w:t>
      </w:r>
    </w:p>
    <w:p>
      <w:pPr>
        <w:pStyle w:val="ListParagraph"/>
      </w:pPr>
      <w:r>
        <w:rPr>
          <w:sz w:val="22"/>
        </w:rPr>
        <w:t>C. Máy hơi nước</w:t>
      </w:r>
    </w:p>
    <w:p>
      <w:pPr>
        <w:pStyle w:val="ListParagraph"/>
      </w:pPr>
      <w:r>
        <w:rPr>
          <w:sz w:val="22"/>
        </w:rPr>
        <w:t>D. Điện thoại</w:t>
      </w:r>
    </w:p>
    <w:p/>
    <w:p>
      <w:r>
        <w:rPr>
          <w:b/>
          <w:sz w:val="24"/>
        </w:rPr>
        <w:t>Câu 18: Cách mạng công nghiệp lần thứ hai đã sử dụng nguồn năng lượng nào là chính?</w:t>
      </w:r>
    </w:p>
    <w:p>
      <w:pPr>
        <w:pStyle w:val="ListParagraph"/>
      </w:pPr>
      <w:r>
        <w:rPr>
          <w:sz w:val="22"/>
        </w:rPr>
        <w:t>A. Than đá</w:t>
      </w:r>
    </w:p>
    <w:p>
      <w:pPr>
        <w:pStyle w:val="ListParagraph"/>
      </w:pPr>
      <w:r>
        <w:rPr>
          <w:sz w:val="22"/>
        </w:rPr>
        <w:t>B. Dầu mỏ</w:t>
      </w:r>
    </w:p>
    <w:p>
      <w:pPr>
        <w:pStyle w:val="ListParagraph"/>
      </w:pPr>
      <w:r>
        <w:rPr>
          <w:sz w:val="22"/>
        </w:rPr>
        <w:t>C. Điện</w:t>
      </w:r>
    </w:p>
    <w:p>
      <w:pPr>
        <w:pStyle w:val="ListParagraph"/>
      </w:pPr>
      <w:r>
        <w:rPr>
          <w:sz w:val="22"/>
        </w:rPr>
        <w:t>D. Cả B và C</w:t>
      </w:r>
    </w:p>
    <w:p/>
    <w:p>
      <w:r>
        <w:rPr>
          <w:b/>
          <w:sz w:val="24"/>
        </w:rPr>
        <w:t>Câu 19: Ai đã phát minh ra máy bay, một thành tựu của Cách mạng công nghiệp lần thứ hai?</w:t>
      </w:r>
    </w:p>
    <w:p>
      <w:pPr>
        <w:pStyle w:val="ListParagraph"/>
      </w:pPr>
      <w:r>
        <w:rPr>
          <w:sz w:val="22"/>
        </w:rPr>
        <w:t>A. Anh em Wright</w:t>
      </w:r>
    </w:p>
    <w:p>
      <w:pPr>
        <w:pStyle w:val="ListParagraph"/>
      </w:pPr>
      <w:r>
        <w:rPr>
          <w:sz w:val="22"/>
        </w:rPr>
        <w:t>B. Henry Ford</w:t>
      </w:r>
    </w:p>
    <w:p>
      <w:pPr>
        <w:pStyle w:val="ListParagraph"/>
      </w:pPr>
      <w:r>
        <w:rPr>
          <w:sz w:val="22"/>
        </w:rPr>
        <w:t>C. Thomas Edison</w:t>
      </w:r>
    </w:p>
    <w:p>
      <w:pPr>
        <w:pStyle w:val="ListParagraph"/>
      </w:pPr>
      <w:r>
        <w:rPr>
          <w:sz w:val="22"/>
        </w:rPr>
        <w:t>D. Alexander Graham Bell</w:t>
      </w:r>
    </w:p>
    <w:p/>
    <w:p>
      <w:r>
        <w:rPr>
          <w:b/>
          <w:sz w:val="24"/>
        </w:rPr>
        <w:t>Câu 20: Cách mạng công nghiệp lần thứ nhất đã làm thay đổi ngành giao thông vận tải như thế nào?</w:t>
      </w:r>
    </w:p>
    <w:p>
      <w:pPr>
        <w:pStyle w:val="ListParagraph"/>
      </w:pPr>
      <w:r>
        <w:rPr>
          <w:sz w:val="22"/>
        </w:rPr>
        <w:t>A. Phát minh đầu máy xe lửa</w:t>
      </w:r>
    </w:p>
    <w:p>
      <w:pPr>
        <w:pStyle w:val="ListParagraph"/>
      </w:pPr>
      <w:r>
        <w:rPr>
          <w:sz w:val="22"/>
        </w:rPr>
        <w:t>B. Phát minh ô tô</w:t>
      </w:r>
    </w:p>
    <w:p>
      <w:pPr>
        <w:pStyle w:val="ListParagraph"/>
      </w:pPr>
      <w:r>
        <w:rPr>
          <w:sz w:val="22"/>
        </w:rPr>
        <w:t>C. Phát minh máy bay</w:t>
      </w:r>
    </w:p>
    <w:p>
      <w:pPr>
        <w:pStyle w:val="ListParagraph"/>
      </w:pPr>
      <w:r>
        <w:rPr>
          <w:sz w:val="22"/>
        </w:rPr>
        <w:t>D. Phát minh tàu điện ngầm</w:t>
      </w:r>
    </w:p>
    <w:p/>
    <w:p>
      <w:r>
        <w:rPr>
          <w:b/>
          <w:sz w:val="24"/>
        </w:rPr>
        <w:t>Câu 21: Thành tựu nào sau đây của Cách mạng công nghiệp lần thứ hai đã giúp sản xuất hàng loạt?</w:t>
      </w:r>
    </w:p>
    <w:p>
      <w:pPr>
        <w:pStyle w:val="ListParagraph"/>
      </w:pPr>
      <w:r>
        <w:rPr>
          <w:sz w:val="22"/>
        </w:rPr>
        <w:t>A. Dây chuyền lắp ráp</w:t>
      </w:r>
    </w:p>
    <w:p>
      <w:pPr>
        <w:pStyle w:val="ListParagraph"/>
      </w:pPr>
      <w:r>
        <w:rPr>
          <w:sz w:val="22"/>
        </w:rPr>
        <w:t>B. Máy hơi nước</w:t>
      </w:r>
    </w:p>
    <w:p>
      <w:pPr>
        <w:pStyle w:val="ListParagraph"/>
      </w:pPr>
      <w:r>
        <w:rPr>
          <w:sz w:val="22"/>
        </w:rPr>
        <w:t>C. Máy kéo sợi</w:t>
      </w:r>
    </w:p>
    <w:p>
      <w:pPr>
        <w:pStyle w:val="ListParagraph"/>
      </w:pPr>
      <w:r>
        <w:rPr>
          <w:sz w:val="22"/>
        </w:rPr>
        <w:t>D. Lò cao</w:t>
      </w:r>
    </w:p>
    <w:p/>
    <w:p>
      <w:r>
        <w:rPr>
          <w:b/>
          <w:sz w:val="24"/>
        </w:rPr>
        <w:t>Câu 22: Cách mạng công nghiệp lần thứ nhất bắt đầu từ ngành công nghiệp nào?</w:t>
      </w:r>
    </w:p>
    <w:p>
      <w:pPr>
        <w:pStyle w:val="ListParagraph"/>
      </w:pPr>
      <w:r>
        <w:rPr>
          <w:sz w:val="22"/>
        </w:rPr>
        <w:t>A. Công nghiệp dệt</w:t>
      </w:r>
    </w:p>
    <w:p>
      <w:pPr>
        <w:pStyle w:val="ListParagraph"/>
      </w:pPr>
      <w:r>
        <w:rPr>
          <w:sz w:val="22"/>
        </w:rPr>
        <w:t>B. Công nghiệp khai khoáng</w:t>
      </w:r>
    </w:p>
    <w:p>
      <w:pPr>
        <w:pStyle w:val="ListParagraph"/>
      </w:pPr>
      <w:r>
        <w:rPr>
          <w:sz w:val="22"/>
        </w:rPr>
        <w:t>C. Công nghiệp cơ khí</w:t>
      </w:r>
    </w:p>
    <w:p>
      <w:pPr>
        <w:pStyle w:val="ListParagraph"/>
      </w:pPr>
      <w:r>
        <w:rPr>
          <w:sz w:val="22"/>
        </w:rPr>
        <w:t>D. Công nghiệp hóa chất</w:t>
      </w:r>
    </w:p>
    <w:p/>
    <w:p>
      <w:r>
        <w:rPr>
          <w:b/>
          <w:sz w:val="24"/>
        </w:rPr>
        <w:t>Câu 23: Phát minh nào sau đây thuộc Cách mạng công nghiệp lần thứ hai?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kéo sợi Jenny</w:t>
      </w:r>
    </w:p>
    <w:p>
      <w:pPr>
        <w:pStyle w:val="ListParagraph"/>
      </w:pPr>
      <w:r>
        <w:rPr>
          <w:sz w:val="22"/>
        </w:rPr>
        <w:t>D. Xa kéo sợi</w:t>
      </w:r>
    </w:p>
    <w:p/>
    <w:p>
      <w:r>
        <w:rPr>
          <w:b/>
          <w:sz w:val="24"/>
        </w:rPr>
        <w:t>Câu 24: Cách mạng công nghiệp lần thứ hai đã tác động đến chiến tranh như thế nào?</w:t>
      </w:r>
    </w:p>
    <w:p>
      <w:pPr>
        <w:pStyle w:val="ListParagraph"/>
      </w:pPr>
      <w:r>
        <w:rPr>
          <w:sz w:val="22"/>
        </w:rPr>
        <w:t>A. Sử dụng vũ khí tự động</w:t>
      </w:r>
    </w:p>
    <w:p>
      <w:pPr>
        <w:pStyle w:val="ListParagraph"/>
      </w:pPr>
      <w:r>
        <w:rPr>
          <w:sz w:val="22"/>
        </w:rPr>
        <w:t>B. Sử dụng xe tăng</w:t>
      </w:r>
    </w:p>
    <w:p>
      <w:pPr>
        <w:pStyle w:val="ListParagraph"/>
      </w:pPr>
      <w:r>
        <w:rPr>
          <w:sz w:val="22"/>
        </w:rPr>
        <w:t>C. Sử dụng máy bay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25: Ai đã phát minh ra điện thoại?</w:t>
      </w:r>
    </w:p>
    <w:p>
      <w:pPr>
        <w:pStyle w:val="ListParagraph"/>
      </w:pPr>
      <w:r>
        <w:rPr>
          <w:sz w:val="22"/>
        </w:rPr>
        <w:t>A. Alexander Graham Bell</w:t>
      </w:r>
    </w:p>
    <w:p>
      <w:pPr>
        <w:pStyle w:val="ListParagraph"/>
      </w:pPr>
      <w:r>
        <w:rPr>
          <w:sz w:val="22"/>
        </w:rPr>
        <w:t>B. Thomas Edison</w:t>
      </w:r>
    </w:p>
    <w:p>
      <w:pPr>
        <w:pStyle w:val="ListParagraph"/>
      </w:pPr>
      <w:r>
        <w:rPr>
          <w:sz w:val="22"/>
        </w:rPr>
        <w:t>C. Samuel Morse</w:t>
      </w:r>
    </w:p>
    <w:p>
      <w:pPr>
        <w:pStyle w:val="ListParagraph"/>
      </w:pPr>
      <w:r>
        <w:rPr>
          <w:sz w:val="22"/>
        </w:rPr>
        <w:t>D. Nikola Tesla</w:t>
      </w:r>
    </w:p>
    <w:p/>
    <w:p>
      <w:r>
        <w:rPr>
          <w:b/>
          <w:sz w:val="24"/>
        </w:rPr>
        <w:t>Câu 26: Thành tựu nào sau đây của Cách mạng công nghiệp lần thứ nhất đã giúp tăng năng suất ngành dệt?</w:t>
      </w:r>
    </w:p>
    <w:p>
      <w:pPr>
        <w:pStyle w:val="ListParagraph"/>
      </w:pPr>
      <w:r>
        <w:rPr>
          <w:sz w:val="22"/>
        </w:rPr>
        <w:t>A. Máy kéo sợi Jenny</w:t>
      </w:r>
    </w:p>
    <w:p>
      <w:pPr>
        <w:pStyle w:val="ListParagraph"/>
      </w:pPr>
      <w:r>
        <w:rPr>
          <w:sz w:val="22"/>
        </w:rPr>
        <w:t>B. Máy hơi nước</w:t>
      </w:r>
    </w:p>
    <w:p>
      <w:pPr>
        <w:pStyle w:val="ListParagraph"/>
      </w:pPr>
      <w:r>
        <w:rPr>
          <w:sz w:val="22"/>
        </w:rPr>
        <w:t>C. Máy dệt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27: Cách mạng công nghiệp lần thứ hai đã đưa đến sự ra đời của ngành công nghiệp nào?</w:t>
      </w:r>
    </w:p>
    <w:p>
      <w:pPr>
        <w:pStyle w:val="ListParagraph"/>
      </w:pPr>
      <w:r>
        <w:rPr>
          <w:sz w:val="22"/>
        </w:rPr>
        <w:t>A. Công nghiệp ô tô</w:t>
      </w:r>
    </w:p>
    <w:p>
      <w:pPr>
        <w:pStyle w:val="ListParagraph"/>
      </w:pPr>
      <w:r>
        <w:rPr>
          <w:sz w:val="22"/>
        </w:rPr>
        <w:t>B. Công nghiệp hàng không</w:t>
      </w:r>
    </w:p>
    <w:p>
      <w:pPr>
        <w:pStyle w:val="ListParagraph"/>
      </w:pPr>
      <w:r>
        <w:rPr>
          <w:sz w:val="22"/>
        </w:rPr>
        <w:t>C. Công nghiệp điện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28: Phát minh nào sau đây KHÔNG thuộc Cách mạng công nghiệp lần thứ nhất?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Máy kéo sợi Jenny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Đầu máy xe lửa</w:t>
      </w:r>
    </w:p>
    <w:p/>
    <w:p>
      <w:r>
        <w:rPr>
          <w:b/>
          <w:sz w:val="24"/>
        </w:rPr>
        <w:t>Câu 29: Cách mạng công nghiệp lần thứ hai đã làm thay đổi cơ cấu lao động như thế nào?</w:t>
      </w:r>
    </w:p>
    <w:p>
      <w:pPr>
        <w:pStyle w:val="ListParagraph"/>
      </w:pPr>
      <w:r>
        <w:rPr>
          <w:sz w:val="22"/>
        </w:rPr>
        <w:t>A. Tăng lao động nông nghiệp</w:t>
      </w:r>
    </w:p>
    <w:p>
      <w:pPr>
        <w:pStyle w:val="ListParagraph"/>
      </w:pPr>
      <w:r>
        <w:rPr>
          <w:sz w:val="22"/>
        </w:rPr>
        <w:t>B. Giảm lao động công nghiệp</w:t>
      </w:r>
    </w:p>
    <w:p>
      <w:pPr>
        <w:pStyle w:val="ListParagraph"/>
      </w:pPr>
      <w:r>
        <w:rPr>
          <w:sz w:val="22"/>
        </w:rPr>
        <w:t>C. Tăng lao động công nghiệp và dịch vụ</w:t>
      </w:r>
    </w:p>
    <w:p>
      <w:pPr>
        <w:pStyle w:val="ListParagraph"/>
      </w:pPr>
      <w:r>
        <w:rPr>
          <w:sz w:val="22"/>
        </w:rPr>
        <w:t>D. Không thay đổi</w:t>
      </w:r>
    </w:p>
    <w:p/>
    <w:p>
      <w:r>
        <w:rPr>
          <w:b/>
          <w:sz w:val="24"/>
        </w:rPr>
        <w:t>Câu 30: Thành tựu nào sau đây của Cách mạng công nghiệp lần thứ hai đã giúp con người di chuyển nhanh hơn?</w:t>
      </w:r>
    </w:p>
    <w:p>
      <w:pPr>
        <w:pStyle w:val="ListParagraph"/>
      </w:pPr>
      <w:r>
        <w:rPr>
          <w:sz w:val="22"/>
        </w:rPr>
        <w:t>A. Ô tô</w:t>
      </w:r>
    </w:p>
    <w:p>
      <w:pPr>
        <w:pStyle w:val="ListParagraph"/>
      </w:pPr>
      <w:r>
        <w:rPr>
          <w:sz w:val="22"/>
        </w:rPr>
        <w:t>B. Máy bay</w:t>
      </w:r>
    </w:p>
    <w:p>
      <w:pPr>
        <w:pStyle w:val="ListParagraph"/>
      </w:pPr>
      <w:r>
        <w:rPr>
          <w:sz w:val="22"/>
        </w:rPr>
        <w:t>C. Tàu hỏa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31: Cách mạng công nghiệp lần thứ nhất đã tạo ra giai cấp nào?</w:t>
      </w:r>
    </w:p>
    <w:p>
      <w:pPr>
        <w:pStyle w:val="ListParagraph"/>
      </w:pPr>
      <w:r>
        <w:rPr>
          <w:sz w:val="22"/>
        </w:rPr>
        <w:t>A. Giai cấp công nhân</w:t>
      </w:r>
    </w:p>
    <w:p>
      <w:pPr>
        <w:pStyle w:val="ListParagraph"/>
      </w:pPr>
      <w:r>
        <w:rPr>
          <w:sz w:val="22"/>
        </w:rPr>
        <w:t>B. Giai cấp tư sản</w:t>
      </w:r>
    </w:p>
    <w:p>
      <w:pPr>
        <w:pStyle w:val="ListParagraph"/>
      </w:pPr>
      <w:r>
        <w:rPr>
          <w:sz w:val="22"/>
        </w:rPr>
        <w:t>C. Giai cấp nông dân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32: Phát minh nào sau đây thuộc Cách mạng công nghiệp lần thứ hai?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kéo sợi Jenny</w:t>
      </w:r>
    </w:p>
    <w:p>
      <w:pPr>
        <w:pStyle w:val="ListParagraph"/>
      </w:pPr>
      <w:r>
        <w:rPr>
          <w:sz w:val="22"/>
        </w:rPr>
        <w:t>D. Xa kéo sợi</w:t>
      </w:r>
    </w:p>
    <w:p/>
    <w:p>
      <w:r>
        <w:rPr>
          <w:b/>
          <w:sz w:val="24"/>
        </w:rPr>
        <w:t>Câu 33: Cách mạng công nghiệp lần thứ hai đã ảnh hưởng đến đời sống xã hội như thế nào?</w:t>
      </w:r>
    </w:p>
    <w:p>
      <w:pPr>
        <w:pStyle w:val="ListParagraph"/>
      </w:pPr>
      <w:r>
        <w:rPr>
          <w:sz w:val="22"/>
        </w:rPr>
        <w:t>A. Tăng dân số đô thị</w:t>
      </w:r>
    </w:p>
    <w:p>
      <w:pPr>
        <w:pStyle w:val="ListParagraph"/>
      </w:pPr>
      <w:r>
        <w:rPr>
          <w:sz w:val="22"/>
        </w:rPr>
        <w:t>B. Cải thiện điều kiện sống</w:t>
      </w:r>
    </w:p>
    <w:p>
      <w:pPr>
        <w:pStyle w:val="ListParagraph"/>
      </w:pPr>
      <w:r>
        <w:rPr>
          <w:sz w:val="22"/>
        </w:rPr>
        <w:t>C. Tăng tuổi thọ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34: Ai đã phát minh ra máy kéo sợi Jenny?</w:t>
      </w:r>
    </w:p>
    <w:p>
      <w:pPr>
        <w:pStyle w:val="ListParagraph"/>
      </w:pPr>
      <w:r>
        <w:rPr>
          <w:sz w:val="22"/>
        </w:rPr>
        <w:t>A. James Hargreaves</w:t>
      </w:r>
    </w:p>
    <w:p>
      <w:pPr>
        <w:pStyle w:val="ListParagraph"/>
      </w:pPr>
      <w:r>
        <w:rPr>
          <w:sz w:val="22"/>
        </w:rPr>
        <w:t>B. James Watt</w:t>
      </w:r>
    </w:p>
    <w:p>
      <w:pPr>
        <w:pStyle w:val="ListParagraph"/>
      </w:pPr>
      <w:r>
        <w:rPr>
          <w:sz w:val="22"/>
        </w:rPr>
        <w:t>C. Richard Arkwright</w:t>
      </w:r>
    </w:p>
    <w:p>
      <w:pPr>
        <w:pStyle w:val="ListParagraph"/>
      </w:pPr>
      <w:r>
        <w:rPr>
          <w:sz w:val="22"/>
        </w:rPr>
        <w:t>D. Samuel Crompton</w:t>
      </w:r>
    </w:p>
    <w:p/>
    <w:p>
      <w:r>
        <w:rPr>
          <w:b/>
          <w:sz w:val="24"/>
        </w:rPr>
        <w:t>Câu 35: Thành tựu nào sau đây của Cách mạng công nghiệp lần thứ nhất đã giúp vận chuyển hàng hóa?</w:t>
      </w:r>
    </w:p>
    <w:p>
      <w:pPr>
        <w:pStyle w:val="ListParagraph"/>
      </w:pPr>
      <w:r>
        <w:rPr>
          <w:sz w:val="22"/>
        </w:rPr>
        <w:t>A. Đầu máy xe lửa</w:t>
      </w:r>
    </w:p>
    <w:p>
      <w:pPr>
        <w:pStyle w:val="ListParagraph"/>
      </w:pPr>
      <w:r>
        <w:rPr>
          <w:sz w:val="22"/>
        </w:rPr>
        <w:t>B. Tàu thủy hơi nước</w:t>
      </w:r>
    </w:p>
    <w:p>
      <w:pPr>
        <w:pStyle w:val="ListParagraph"/>
      </w:pPr>
      <w:r>
        <w:rPr>
          <w:sz w:val="22"/>
        </w:rPr>
        <w:t>C. Xe đạp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36: Cách mạng công nghiệp lần thứ hai đã đưa đến sự phát triển của ngành nào?</w:t>
      </w:r>
    </w:p>
    <w:p>
      <w:pPr>
        <w:pStyle w:val="ListParagraph"/>
      </w:pPr>
      <w:r>
        <w:rPr>
          <w:sz w:val="22"/>
        </w:rPr>
        <w:t>A. Thông tin liên lạc</w:t>
      </w:r>
    </w:p>
    <w:p>
      <w:pPr>
        <w:pStyle w:val="ListParagraph"/>
      </w:pPr>
      <w:r>
        <w:rPr>
          <w:sz w:val="22"/>
        </w:rPr>
        <w:t>B. Giao thông vận tải</w:t>
      </w:r>
    </w:p>
    <w:p>
      <w:pPr>
        <w:pStyle w:val="ListParagraph"/>
      </w:pPr>
      <w:r>
        <w:rPr>
          <w:sz w:val="22"/>
        </w:rPr>
        <w:t>C. Năng lượng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37: Phát minh nào sau đây KHÔNG thuộc Cách mạng công nghiệp lần thứ hai?</w:t>
      </w:r>
    </w:p>
    <w:p>
      <w:pPr>
        <w:pStyle w:val="ListParagraph"/>
      </w:pPr>
      <w:r>
        <w:rPr>
          <w:sz w:val="22"/>
        </w:rPr>
        <w:t>A. Điện thoại</w:t>
      </w:r>
    </w:p>
    <w:p>
      <w:pPr>
        <w:pStyle w:val="ListParagraph"/>
      </w:pPr>
      <w:r>
        <w:rPr>
          <w:sz w:val="22"/>
        </w:rPr>
        <w:t>B. Máy bay</w:t>
      </w:r>
    </w:p>
    <w:p>
      <w:pPr>
        <w:pStyle w:val="ListParagraph"/>
      </w:pPr>
      <w:r>
        <w:rPr>
          <w:sz w:val="22"/>
        </w:rPr>
        <w:t>C. Máy hơi nước</w:t>
      </w:r>
    </w:p>
    <w:p>
      <w:pPr>
        <w:pStyle w:val="ListParagraph"/>
      </w:pPr>
      <w:r>
        <w:rPr>
          <w:sz w:val="22"/>
        </w:rPr>
        <w:t>D. Ô tô</w:t>
      </w:r>
    </w:p>
    <w:p/>
    <w:p>
      <w:r>
        <w:rPr>
          <w:b/>
          <w:sz w:val="24"/>
        </w:rPr>
        <w:t>Câu 38: Cách mạng công nghiệp lần thứ nhất đã làm thay đổi ngành nông nghiệp như thế nào?</w:t>
      </w:r>
    </w:p>
    <w:p>
      <w:pPr>
        <w:pStyle w:val="ListParagraph"/>
      </w:pPr>
      <w:r>
        <w:rPr>
          <w:sz w:val="22"/>
        </w:rPr>
        <w:t>A. Cơ giới hóa nông nghiệp</w:t>
      </w:r>
    </w:p>
    <w:p>
      <w:pPr>
        <w:pStyle w:val="ListParagraph"/>
      </w:pPr>
      <w:r>
        <w:rPr>
          <w:sz w:val="22"/>
        </w:rPr>
        <w:t>B. Tăng năng suất</w:t>
      </w:r>
    </w:p>
    <w:p>
      <w:pPr>
        <w:pStyle w:val="ListParagraph"/>
      </w:pPr>
      <w:r>
        <w:rPr>
          <w:sz w:val="22"/>
        </w:rPr>
        <w:t>C. Giảm lao động thủ công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39: Thành tựu nào sau đây của Cách mạng công nghiệp lần thứ hai đã giúp lưu trữ và truyền tải thông tin?</w:t>
      </w:r>
    </w:p>
    <w:p>
      <w:pPr>
        <w:pStyle w:val="ListParagraph"/>
      </w:pPr>
      <w:r>
        <w:rPr>
          <w:sz w:val="22"/>
        </w:rPr>
        <w:t>A. Điện báo</w:t>
      </w:r>
    </w:p>
    <w:p>
      <w:pPr>
        <w:pStyle w:val="ListParagraph"/>
      </w:pPr>
      <w:r>
        <w:rPr>
          <w:sz w:val="22"/>
        </w:rPr>
        <w:t>B. Điện thoại</w:t>
      </w:r>
    </w:p>
    <w:p>
      <w:pPr>
        <w:pStyle w:val="ListParagraph"/>
      </w:pPr>
      <w:r>
        <w:rPr>
          <w:sz w:val="22"/>
        </w:rPr>
        <w:t>C. Radio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40: Cách mạng công nghiệp lần thứ hai đã tác động đến văn hóa như thế nào?</w:t>
      </w:r>
    </w:p>
    <w:p>
      <w:pPr>
        <w:pStyle w:val="ListParagraph"/>
      </w:pPr>
      <w:r>
        <w:rPr>
          <w:sz w:val="22"/>
        </w:rPr>
        <w:t>A. Phổ biến văn hóa đại chúng</w:t>
      </w:r>
    </w:p>
    <w:p>
      <w:pPr>
        <w:pStyle w:val="ListParagraph"/>
      </w:pPr>
      <w:r>
        <w:rPr>
          <w:sz w:val="22"/>
        </w:rPr>
        <w:t>B. Phát triển giải trí</w:t>
      </w:r>
    </w:p>
    <w:p>
      <w:pPr>
        <w:pStyle w:val="ListParagraph"/>
      </w:pPr>
      <w:r>
        <w:rPr>
          <w:sz w:val="22"/>
        </w:rPr>
        <w:t>C. Tăng cường giao lưu văn hóa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41: Phát minh nào sau đây thuộc Cách mạng công nghiệp lần thứ nhất?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Điện thoại</w:t>
      </w:r>
    </w:p>
    <w:p>
      <w:pPr>
        <w:pStyle w:val="ListParagraph"/>
      </w:pPr>
      <w:r>
        <w:rPr>
          <w:sz w:val="22"/>
        </w:rPr>
        <w:t>D. Máy bay</w:t>
      </w:r>
    </w:p>
    <w:p/>
    <w:p>
      <w:r>
        <w:rPr>
          <w:b/>
          <w:sz w:val="24"/>
        </w:rPr>
        <w:t>Câu 42: Cách mạng công nghiệp lần thứ hai đã đưa đến sự ra đời của tầng lớp nào?</w:t>
      </w:r>
    </w:p>
    <w:p>
      <w:pPr>
        <w:pStyle w:val="ListParagraph"/>
      </w:pPr>
      <w:r>
        <w:rPr>
          <w:sz w:val="22"/>
        </w:rPr>
        <w:t>A. Công nhân lành nghề</w:t>
      </w:r>
    </w:p>
    <w:p>
      <w:pPr>
        <w:pStyle w:val="ListParagraph"/>
      </w:pPr>
      <w:r>
        <w:rPr>
          <w:sz w:val="22"/>
        </w:rPr>
        <w:t>B. Nhà quản lý</w:t>
      </w:r>
    </w:p>
    <w:p>
      <w:pPr>
        <w:pStyle w:val="ListParagraph"/>
      </w:pPr>
      <w:r>
        <w:rPr>
          <w:sz w:val="22"/>
        </w:rPr>
        <w:t>C. Kỹ sư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43: Thành tựu nào sau đây của Cách mạng công nghiệp lần thứ hai đã giúp tăng sản lượng công nghiệp?</w:t>
      </w:r>
    </w:p>
    <w:p>
      <w:pPr>
        <w:pStyle w:val="ListParagraph"/>
      </w:pPr>
      <w:r>
        <w:rPr>
          <w:sz w:val="22"/>
        </w:rPr>
        <w:t>A. Dây chuyền lắp ráp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Điện khí hóa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44: Cách mạng công nghiệp lần thứ nhất đã ảnh hưởng đến môi trường như thế nào?</w:t>
      </w:r>
    </w:p>
    <w:p>
      <w:pPr>
        <w:pStyle w:val="ListParagraph"/>
      </w:pPr>
      <w:r>
        <w:rPr>
          <w:sz w:val="22"/>
        </w:rPr>
        <w:t>A. Ô nhiễm không khí</w:t>
      </w:r>
    </w:p>
    <w:p>
      <w:pPr>
        <w:pStyle w:val="ListParagraph"/>
      </w:pPr>
      <w:r>
        <w:rPr>
          <w:sz w:val="22"/>
        </w:rPr>
        <w:t>B. Ô nhiễm nước</w:t>
      </w:r>
    </w:p>
    <w:p>
      <w:pPr>
        <w:pStyle w:val="ListParagraph"/>
      </w:pPr>
      <w:r>
        <w:rPr>
          <w:sz w:val="22"/>
        </w:rPr>
        <w:t>C. Suy giảm tài nguyên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45: Phát minh nào sau đây KHÔNG thuộc Cách mạng công nghiệp lần thứ nhất?</w:t>
      </w:r>
    </w:p>
    <w:p>
      <w:pPr>
        <w:pStyle w:val="ListParagraph"/>
      </w:pPr>
      <w:r>
        <w:rPr>
          <w:sz w:val="22"/>
        </w:rPr>
        <w:t>A. Máy kéo sợi Jenny</w:t>
      </w:r>
    </w:p>
    <w:p>
      <w:pPr>
        <w:pStyle w:val="ListParagraph"/>
      </w:pPr>
      <w:r>
        <w:rPr>
          <w:sz w:val="22"/>
        </w:rPr>
        <w:t>B. Máy hơi nước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Đầu máy xe lửa</w:t>
      </w:r>
    </w:p>
    <w:p/>
    <w:p>
      <w:r>
        <w:rPr>
          <w:b/>
          <w:sz w:val="24"/>
        </w:rPr>
        <w:t>Câu 46: Cách mạng công nghiệp lần thứ hai đã làm thay đổi cách con người sản xuất như thế nào?</w:t>
      </w:r>
    </w:p>
    <w:p>
      <w:pPr>
        <w:pStyle w:val="ListParagraph"/>
      </w:pPr>
      <w:r>
        <w:rPr>
          <w:sz w:val="22"/>
        </w:rPr>
        <w:t>A. Sản xuất hàng loạt</w:t>
      </w:r>
    </w:p>
    <w:p>
      <w:pPr>
        <w:pStyle w:val="ListParagraph"/>
      </w:pPr>
      <w:r>
        <w:rPr>
          <w:sz w:val="22"/>
        </w:rPr>
        <w:t>B. Tự động hóa</w:t>
      </w:r>
    </w:p>
    <w:p>
      <w:pPr>
        <w:pStyle w:val="ListParagraph"/>
      </w:pPr>
      <w:r>
        <w:rPr>
          <w:sz w:val="22"/>
        </w:rPr>
        <w:t>C. Chuyên môn hóa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47: Thành tựu nào sau đây của Cách mạng công nghiệp lần thứ hai đã giúp con người giải trí?</w:t>
      </w:r>
    </w:p>
    <w:p>
      <w:pPr>
        <w:pStyle w:val="ListParagraph"/>
      </w:pPr>
      <w:r>
        <w:rPr>
          <w:sz w:val="22"/>
        </w:rPr>
        <w:t>A. Máy hát</w:t>
      </w:r>
    </w:p>
    <w:p>
      <w:pPr>
        <w:pStyle w:val="ListParagraph"/>
      </w:pPr>
      <w:r>
        <w:rPr>
          <w:sz w:val="22"/>
        </w:rPr>
        <w:t>B. Radio</w:t>
      </w:r>
    </w:p>
    <w:p>
      <w:pPr>
        <w:pStyle w:val="ListParagraph"/>
      </w:pPr>
      <w:r>
        <w:rPr>
          <w:sz w:val="22"/>
        </w:rPr>
        <w:t>C. Điện ảnh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48: Cách mạng công nghiệp lần thứ nhất đã tạo điều kiện cho sự phát triển của ngành nào?</w:t>
      </w:r>
    </w:p>
    <w:p>
      <w:pPr>
        <w:pStyle w:val="ListParagraph"/>
      </w:pPr>
      <w:r>
        <w:rPr>
          <w:sz w:val="22"/>
        </w:rPr>
        <w:t>A. Khai khoáng</w:t>
      </w:r>
    </w:p>
    <w:p>
      <w:pPr>
        <w:pStyle w:val="ListParagraph"/>
      </w:pPr>
      <w:r>
        <w:rPr>
          <w:sz w:val="22"/>
        </w:rPr>
        <w:t>B. Luyện kim</w:t>
      </w:r>
    </w:p>
    <w:p>
      <w:pPr>
        <w:pStyle w:val="ListParagraph"/>
      </w:pPr>
      <w:r>
        <w:rPr>
          <w:sz w:val="22"/>
        </w:rPr>
        <w:t>C. Giao thông vận tải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49: Phát minh nào sau đây thuộc Cách mạng công nghiệp lần thứ hai?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kéo sợi Jenny</w:t>
      </w:r>
    </w:p>
    <w:p>
      <w:pPr>
        <w:pStyle w:val="ListParagraph"/>
      </w:pPr>
      <w:r>
        <w:rPr>
          <w:sz w:val="22"/>
        </w:rPr>
        <w:t>D. Xa kéo sợi</w:t>
      </w:r>
    </w:p>
    <w:p/>
    <w:p>
      <w:r>
        <w:rPr>
          <w:b/>
          <w:sz w:val="24"/>
        </w:rPr>
        <w:t>Câu 50: Cách mạng công nghiệp lần thứ hai đã ảnh hưởng đến nền kinh tế như thế nào?</w:t>
      </w:r>
    </w:p>
    <w:p>
      <w:pPr>
        <w:pStyle w:val="ListParagraph"/>
      </w:pPr>
      <w:r>
        <w:rPr>
          <w:sz w:val="22"/>
        </w:rPr>
        <w:t>A. Tăng trưởng kinh tế</w:t>
      </w:r>
    </w:p>
    <w:p>
      <w:pPr>
        <w:pStyle w:val="ListParagraph"/>
      </w:pPr>
      <w:r>
        <w:rPr>
          <w:sz w:val="22"/>
        </w:rPr>
        <w:t>B. Hình thành các tập đoàn lớn</w:t>
      </w:r>
    </w:p>
    <w:p>
      <w:pPr>
        <w:pStyle w:val="ListParagraph"/>
      </w:pPr>
      <w:r>
        <w:rPr>
          <w:sz w:val="22"/>
        </w:rPr>
        <w:t>C. Toàn cầu hóa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D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C</w:t>
      </w:r>
    </w:p>
    <w:p>
      <w:r>
        <w:rPr>
          <w:b/>
        </w:rPr>
        <w:t>Câu 46: Đáp án đúng: D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