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Unit1 từ mới bài 3-8</w:t>
      </w:r>
    </w:p>
    <w:p>
      <w:pPr>
        <w:jc w:val="center"/>
      </w:pPr>
      <w:r>
        <w:rPr>
          <w:sz w:val="22"/>
        </w:rPr>
        <w:t>Số câu: 114    Thời gian: _____ phút    Họ và tên: _________________________</w:t>
      </w:r>
    </w:p>
    <w:p/>
    <w:p>
      <w:r>
        <w:rPr>
          <w:b/>
          <w:sz w:val="24"/>
        </w:rPr>
        <w:t>Câu 1: Nghĩa của 'adopt' là gì?</w:t>
      </w:r>
    </w:p>
    <w:p>
      <w:pPr>
        <w:pStyle w:val="ListParagraph"/>
      </w:pPr>
      <w:r>
        <w:rPr>
          <w:sz w:val="22"/>
        </w:rPr>
        <w:t>A. nhận nuôi</w:t>
      </w:r>
    </w:p>
    <w:p>
      <w:pPr>
        <w:pStyle w:val="ListParagraph"/>
      </w:pPr>
      <w:r>
        <w:rPr>
          <w:sz w:val="22"/>
        </w:rPr>
        <w:t>B. bán</w:t>
      </w:r>
    </w:p>
    <w:p>
      <w:pPr>
        <w:pStyle w:val="ListParagraph"/>
      </w:pPr>
      <w:r>
        <w:rPr>
          <w:sz w:val="22"/>
        </w:rPr>
        <w:t>C. bỏ học</w:t>
      </w:r>
    </w:p>
    <w:p>
      <w:pPr>
        <w:pStyle w:val="ListParagraph"/>
      </w:pPr>
      <w:r>
        <w:rPr>
          <w:sz w:val="22"/>
        </w:rPr>
        <w:t>D. qua đời</w:t>
      </w:r>
    </w:p>
    <w:p/>
    <w:p>
      <w:r>
        <w:rPr>
          <w:b/>
          <w:sz w:val="24"/>
        </w:rPr>
        <w:t>Câu 2: Nghĩa của 'biological parents' là gì?</w:t>
      </w:r>
    </w:p>
    <w:p>
      <w:pPr>
        <w:pStyle w:val="ListParagraph"/>
      </w:pPr>
      <w:r>
        <w:rPr>
          <w:sz w:val="22"/>
        </w:rPr>
        <w:t>A. bố mẹ nuôi</w:t>
      </w:r>
    </w:p>
    <w:p>
      <w:pPr>
        <w:pStyle w:val="ListParagraph"/>
      </w:pPr>
      <w:r>
        <w:rPr>
          <w:sz w:val="22"/>
        </w:rPr>
        <w:t>B. bố mẹ ruột</w:t>
      </w:r>
    </w:p>
    <w:p>
      <w:pPr>
        <w:pStyle w:val="ListParagraph"/>
      </w:pPr>
      <w:r>
        <w:rPr>
          <w:sz w:val="22"/>
        </w:rPr>
        <w:t>C. anh em họ</w:t>
      </w:r>
    </w:p>
    <w:p>
      <w:pPr>
        <w:pStyle w:val="ListParagraph"/>
      </w:pPr>
      <w:r>
        <w:rPr>
          <w:sz w:val="22"/>
        </w:rPr>
        <w:t>D. ông bà</w:t>
      </w:r>
    </w:p>
    <w:p/>
    <w:p>
      <w:r>
        <w:rPr>
          <w:b/>
          <w:sz w:val="24"/>
        </w:rPr>
        <w:t>Câu 3: Nghĩa của 'bond' là gì?</w:t>
      </w:r>
    </w:p>
    <w:p>
      <w:pPr>
        <w:pStyle w:val="ListParagraph"/>
      </w:pPr>
      <w:r>
        <w:rPr>
          <w:sz w:val="22"/>
        </w:rPr>
        <w:t>A. xa cách</w:t>
      </w:r>
    </w:p>
    <w:p>
      <w:pPr>
        <w:pStyle w:val="ListParagraph"/>
      </w:pPr>
      <w:r>
        <w:rPr>
          <w:sz w:val="22"/>
        </w:rPr>
        <w:t>B. thù địch</w:t>
      </w:r>
    </w:p>
    <w:p>
      <w:pPr>
        <w:pStyle w:val="ListParagraph"/>
      </w:pPr>
      <w:r>
        <w:rPr>
          <w:sz w:val="22"/>
        </w:rPr>
        <w:t>C. khăng khít; mối gắn kết</w:t>
      </w:r>
    </w:p>
    <w:p>
      <w:pPr>
        <w:pStyle w:val="ListParagraph"/>
      </w:pPr>
      <w:r>
        <w:rPr>
          <w:sz w:val="22"/>
        </w:rPr>
        <w:t>D. cô đơn</w:t>
      </w:r>
    </w:p>
    <w:p/>
    <w:p>
      <w:r>
        <w:rPr>
          <w:b/>
          <w:sz w:val="24"/>
        </w:rPr>
        <w:t>Câu 4: Nghĩa của 'electronic' là gì?</w:t>
      </w:r>
    </w:p>
    <w:p>
      <w:pPr>
        <w:pStyle w:val="ListParagraph"/>
      </w:pPr>
      <w:r>
        <w:rPr>
          <w:sz w:val="22"/>
        </w:rPr>
        <w:t>A. cơ khí</w:t>
      </w:r>
    </w:p>
    <w:p>
      <w:pPr>
        <w:pStyle w:val="ListParagraph"/>
      </w:pPr>
      <w:r>
        <w:rPr>
          <w:sz w:val="22"/>
        </w:rPr>
        <w:t>B. thủ công</w:t>
      </w:r>
    </w:p>
    <w:p>
      <w:pPr>
        <w:pStyle w:val="ListParagraph"/>
      </w:pPr>
      <w:r>
        <w:rPr>
          <w:sz w:val="22"/>
        </w:rPr>
        <w:t>C. tự động</w:t>
      </w:r>
    </w:p>
    <w:p>
      <w:pPr>
        <w:pStyle w:val="ListParagraph"/>
      </w:pPr>
      <w:r>
        <w:rPr>
          <w:sz w:val="22"/>
        </w:rPr>
        <w:t>D. điện tử</w:t>
      </w:r>
    </w:p>
    <w:p/>
    <w:p>
      <w:r>
        <w:rPr>
          <w:b/>
          <w:sz w:val="24"/>
        </w:rPr>
        <w:t>Câu 5: Nghĩa của 'high school' là gì?</w:t>
      </w:r>
    </w:p>
    <w:p>
      <w:pPr>
        <w:pStyle w:val="ListParagraph"/>
      </w:pPr>
      <w:r>
        <w:rPr>
          <w:sz w:val="22"/>
        </w:rPr>
        <w:t>A. trường cấp 3</w:t>
      </w:r>
    </w:p>
    <w:p>
      <w:pPr>
        <w:pStyle w:val="ListParagraph"/>
      </w:pPr>
      <w:r>
        <w:rPr>
          <w:sz w:val="22"/>
        </w:rPr>
        <w:t>B. trường mẫu giáo</w:t>
      </w:r>
    </w:p>
    <w:p>
      <w:pPr>
        <w:pStyle w:val="ListParagraph"/>
      </w:pPr>
      <w:r>
        <w:rPr>
          <w:sz w:val="22"/>
        </w:rPr>
        <w:t>C. trường tiểu học</w:t>
      </w:r>
    </w:p>
    <w:p>
      <w:pPr>
        <w:pStyle w:val="ListParagraph"/>
      </w:pPr>
      <w:r>
        <w:rPr>
          <w:sz w:val="22"/>
        </w:rPr>
        <w:t>D. trường đại học</w:t>
      </w:r>
    </w:p>
    <w:p/>
    <w:p>
      <w:r>
        <w:rPr>
          <w:b/>
          <w:sz w:val="24"/>
        </w:rPr>
        <w:t>Câu 6: Nghĩa của 'boring' là gì?</w:t>
      </w:r>
    </w:p>
    <w:p>
      <w:pPr>
        <w:pStyle w:val="ListParagraph"/>
      </w:pPr>
      <w:r>
        <w:rPr>
          <w:sz w:val="22"/>
        </w:rPr>
        <w:t>A. thú vị</w:t>
      </w:r>
    </w:p>
    <w:p>
      <w:pPr>
        <w:pStyle w:val="ListParagraph"/>
      </w:pPr>
      <w:r>
        <w:rPr>
          <w:sz w:val="22"/>
        </w:rPr>
        <w:t>B. nhàm chán</w:t>
      </w:r>
    </w:p>
    <w:p>
      <w:pPr>
        <w:pStyle w:val="ListParagraph"/>
      </w:pPr>
      <w:r>
        <w:rPr>
          <w:sz w:val="22"/>
        </w:rPr>
        <w:t>C. hấp dẫn</w:t>
      </w:r>
    </w:p>
    <w:p>
      <w:pPr>
        <w:pStyle w:val="ListParagraph"/>
      </w:pPr>
      <w:r>
        <w:rPr>
          <w:sz w:val="22"/>
        </w:rPr>
        <w:t>D. vui vẻ</w:t>
      </w:r>
    </w:p>
    <w:p/>
    <w:p>
      <w:r>
        <w:rPr>
          <w:b/>
          <w:sz w:val="24"/>
        </w:rPr>
        <w:t>Câu 7: Nghĩa của 'drop out' là gì?</w:t>
      </w:r>
    </w:p>
    <w:p>
      <w:pPr>
        <w:pStyle w:val="ListParagraph"/>
      </w:pPr>
      <w:r>
        <w:rPr>
          <w:sz w:val="22"/>
        </w:rPr>
        <w:t>A. đăng ký</w:t>
      </w:r>
    </w:p>
    <w:p>
      <w:pPr>
        <w:pStyle w:val="ListParagraph"/>
      </w:pPr>
      <w:r>
        <w:rPr>
          <w:sz w:val="22"/>
        </w:rPr>
        <w:t>B. tốt nghiệp</w:t>
      </w:r>
    </w:p>
    <w:p>
      <w:pPr>
        <w:pStyle w:val="ListParagraph"/>
      </w:pPr>
      <w:r>
        <w:rPr>
          <w:sz w:val="22"/>
        </w:rPr>
        <w:t>C. bỏ học</w:t>
      </w:r>
    </w:p>
    <w:p>
      <w:pPr>
        <w:pStyle w:val="ListParagraph"/>
      </w:pPr>
      <w:r>
        <w:rPr>
          <w:sz w:val="22"/>
        </w:rPr>
        <w:t>D. đi làm</w:t>
      </w:r>
    </w:p>
    <w:p/>
    <w:p>
      <w:r>
        <w:rPr>
          <w:b/>
          <w:sz w:val="24"/>
        </w:rPr>
        <w:t>Câu 8: Nghĩa của 'sell' là gì?</w:t>
      </w:r>
    </w:p>
    <w:p>
      <w:pPr>
        <w:pStyle w:val="ListParagraph"/>
      </w:pPr>
      <w:r>
        <w:rPr>
          <w:sz w:val="22"/>
        </w:rPr>
        <w:t>A. mua</w:t>
      </w:r>
    </w:p>
    <w:p>
      <w:pPr>
        <w:pStyle w:val="ListParagraph"/>
      </w:pPr>
      <w:r>
        <w:rPr>
          <w:sz w:val="22"/>
        </w:rPr>
        <w:t>B. trao đổi</w:t>
      </w:r>
    </w:p>
    <w:p>
      <w:pPr>
        <w:pStyle w:val="ListParagraph"/>
      </w:pPr>
      <w:r>
        <w:rPr>
          <w:sz w:val="22"/>
        </w:rPr>
        <w:t>C. tặng</w:t>
      </w:r>
    </w:p>
    <w:p>
      <w:pPr>
        <w:pStyle w:val="ListParagraph"/>
      </w:pPr>
      <w:r>
        <w:rPr>
          <w:sz w:val="22"/>
        </w:rPr>
        <w:t>D. bán</w:t>
      </w:r>
    </w:p>
    <w:p/>
    <w:p>
      <w:r>
        <w:rPr>
          <w:b/>
          <w:sz w:val="24"/>
        </w:rPr>
        <w:t>Câu 9: Nghĩa của 'calculator' là gì?</w:t>
      </w:r>
    </w:p>
    <w:p>
      <w:pPr>
        <w:pStyle w:val="ListParagraph"/>
      </w:pPr>
      <w:r>
        <w:rPr>
          <w:sz w:val="22"/>
        </w:rPr>
        <w:t>A. máy tính</w:t>
      </w:r>
    </w:p>
    <w:p>
      <w:pPr>
        <w:pStyle w:val="ListParagraph"/>
      </w:pPr>
      <w:r>
        <w:rPr>
          <w:sz w:val="22"/>
        </w:rPr>
        <w:t>B. điện thoại</w:t>
      </w:r>
    </w:p>
    <w:p>
      <w:pPr>
        <w:pStyle w:val="ListParagraph"/>
      </w:pPr>
      <w:r>
        <w:rPr>
          <w:sz w:val="22"/>
        </w:rPr>
        <w:t>C. máy ảnh</w:t>
      </w:r>
    </w:p>
    <w:p>
      <w:pPr>
        <w:pStyle w:val="ListParagraph"/>
      </w:pPr>
      <w:r>
        <w:rPr>
          <w:sz w:val="22"/>
        </w:rPr>
        <w:t>D. tivi</w:t>
      </w:r>
    </w:p>
    <w:p/>
    <w:p>
      <w:r>
        <w:rPr>
          <w:b/>
          <w:sz w:val="24"/>
        </w:rPr>
        <w:t>Câu 10: Nghĩa của 'cancer' là gì?</w:t>
      </w:r>
    </w:p>
    <w:p>
      <w:pPr>
        <w:pStyle w:val="ListParagraph"/>
      </w:pPr>
      <w:r>
        <w:rPr>
          <w:sz w:val="22"/>
        </w:rPr>
        <w:t>A. cảm cúm</w:t>
      </w:r>
    </w:p>
    <w:p>
      <w:pPr>
        <w:pStyle w:val="ListParagraph"/>
      </w:pPr>
      <w:r>
        <w:rPr>
          <w:sz w:val="22"/>
        </w:rPr>
        <w:t>B. ung thư</w:t>
      </w:r>
    </w:p>
    <w:p>
      <w:pPr>
        <w:pStyle w:val="ListParagraph"/>
      </w:pPr>
      <w:r>
        <w:rPr>
          <w:sz w:val="22"/>
        </w:rPr>
        <w:t>C. đau đầu</w:t>
      </w:r>
    </w:p>
    <w:p>
      <w:pPr>
        <w:pStyle w:val="ListParagraph"/>
      </w:pPr>
      <w:r>
        <w:rPr>
          <w:sz w:val="22"/>
        </w:rPr>
        <w:t>D. sốt</w:t>
      </w:r>
    </w:p>
    <w:p/>
    <w:p>
      <w:r>
        <w:rPr>
          <w:b/>
          <w:sz w:val="24"/>
        </w:rPr>
        <w:t>Câu 11: Nghĩa của 'genius' là gì?</w:t>
      </w:r>
    </w:p>
    <w:p>
      <w:pPr>
        <w:pStyle w:val="ListParagraph"/>
      </w:pPr>
      <w:r>
        <w:rPr>
          <w:sz w:val="22"/>
        </w:rPr>
        <w:t>A. ngốc nghếch</w:t>
      </w:r>
    </w:p>
    <w:p>
      <w:pPr>
        <w:pStyle w:val="ListParagraph"/>
      </w:pPr>
      <w:r>
        <w:rPr>
          <w:sz w:val="22"/>
        </w:rPr>
        <w:t>B. bình thường</w:t>
      </w:r>
    </w:p>
    <w:p>
      <w:pPr>
        <w:pStyle w:val="ListParagraph"/>
      </w:pPr>
      <w:r>
        <w:rPr>
          <w:sz w:val="22"/>
        </w:rPr>
        <w:t>C. thiên tài</w:t>
      </w:r>
    </w:p>
    <w:p>
      <w:pPr>
        <w:pStyle w:val="ListParagraph"/>
      </w:pPr>
      <w:r>
        <w:rPr>
          <w:sz w:val="22"/>
        </w:rPr>
        <w:t>D. chăm chỉ</w:t>
      </w:r>
    </w:p>
    <w:p/>
    <w:p>
      <w:r>
        <w:rPr>
          <w:b/>
          <w:sz w:val="24"/>
        </w:rPr>
        <w:t>Câu 12: Nghĩa của 'blockbuster' là gì?</w:t>
      </w:r>
    </w:p>
    <w:p>
      <w:pPr>
        <w:pStyle w:val="ListParagraph"/>
      </w:pPr>
      <w:r>
        <w:rPr>
          <w:sz w:val="22"/>
        </w:rPr>
        <w:t>A. phim tài liệu</w:t>
      </w:r>
    </w:p>
    <w:p>
      <w:pPr>
        <w:pStyle w:val="ListParagraph"/>
      </w:pPr>
      <w:r>
        <w:rPr>
          <w:sz w:val="22"/>
        </w:rPr>
        <w:t>B. phim ngắn</w:t>
      </w:r>
    </w:p>
    <w:p>
      <w:pPr>
        <w:pStyle w:val="ListParagraph"/>
      </w:pPr>
      <w:r>
        <w:rPr>
          <w:sz w:val="22"/>
        </w:rPr>
        <w:t>C. phim truyền hình</w:t>
      </w:r>
    </w:p>
    <w:p>
      <w:pPr>
        <w:pStyle w:val="ListParagraph"/>
      </w:pPr>
      <w:r>
        <w:rPr>
          <w:sz w:val="22"/>
        </w:rPr>
        <w:t>D. bom tấn</w:t>
      </w:r>
    </w:p>
    <w:p/>
    <w:p>
      <w:r>
        <w:rPr>
          <w:b/>
          <w:sz w:val="24"/>
        </w:rPr>
        <w:t>Câu 13: Nghĩa của 'touch-screen' là gì?</w:t>
      </w:r>
    </w:p>
    <w:p>
      <w:pPr>
        <w:pStyle w:val="ListParagraph"/>
      </w:pPr>
      <w:r>
        <w:rPr>
          <w:sz w:val="22"/>
        </w:rPr>
        <w:t>A. màn hình cảm ứng</w:t>
      </w:r>
    </w:p>
    <w:p>
      <w:pPr>
        <w:pStyle w:val="ListParagraph"/>
      </w:pPr>
      <w:r>
        <w:rPr>
          <w:sz w:val="22"/>
        </w:rPr>
        <w:t>B. bàn phím</w:t>
      </w:r>
    </w:p>
    <w:p>
      <w:pPr>
        <w:pStyle w:val="ListParagraph"/>
      </w:pPr>
      <w:r>
        <w:rPr>
          <w:sz w:val="22"/>
        </w:rPr>
        <w:t>C. chuột</w:t>
      </w:r>
    </w:p>
    <w:p>
      <w:pPr>
        <w:pStyle w:val="ListParagraph"/>
      </w:pPr>
      <w:r>
        <w:rPr>
          <w:sz w:val="22"/>
        </w:rPr>
        <w:t>D. loa</w:t>
      </w:r>
    </w:p>
    <w:p/>
    <w:p>
      <w:r>
        <w:rPr>
          <w:b/>
          <w:sz w:val="24"/>
        </w:rPr>
        <w:t>Câu 14: Nghĩa của 'pass away' là gì?</w:t>
      </w:r>
    </w:p>
    <w:p>
      <w:pPr>
        <w:pStyle w:val="ListParagraph"/>
      </w:pPr>
      <w:r>
        <w:rPr>
          <w:sz w:val="22"/>
        </w:rPr>
        <w:t>A. sinh ra</w:t>
      </w:r>
    </w:p>
    <w:p>
      <w:pPr>
        <w:pStyle w:val="ListParagraph"/>
      </w:pPr>
      <w:r>
        <w:rPr>
          <w:sz w:val="22"/>
        </w:rPr>
        <w:t>B. qua đời</w:t>
      </w:r>
    </w:p>
    <w:p>
      <w:pPr>
        <w:pStyle w:val="ListParagraph"/>
      </w:pPr>
      <w:r>
        <w:rPr>
          <w:sz w:val="22"/>
        </w:rPr>
        <w:t>C. kết hôn</w:t>
      </w:r>
    </w:p>
    <w:p>
      <w:pPr>
        <w:pStyle w:val="ListParagraph"/>
      </w:pPr>
      <w:r>
        <w:rPr>
          <w:sz w:val="22"/>
        </w:rPr>
        <w:t>D. trưởng thành</w:t>
      </w:r>
    </w:p>
    <w:p/>
    <w:p>
      <w:r>
        <w:rPr>
          <w:b/>
          <w:sz w:val="24"/>
        </w:rPr>
        <w:t>Câu 15: Nghĩa của 'cutting-edge technology' là gì?</w:t>
      </w:r>
    </w:p>
    <w:p>
      <w:pPr>
        <w:pStyle w:val="ListParagraph"/>
      </w:pPr>
      <w:r>
        <w:rPr>
          <w:sz w:val="22"/>
        </w:rPr>
        <w:t>A. công nghệ lỗi thời</w:t>
      </w:r>
    </w:p>
    <w:p>
      <w:pPr>
        <w:pStyle w:val="ListParagraph"/>
      </w:pPr>
      <w:r>
        <w:rPr>
          <w:sz w:val="22"/>
        </w:rPr>
        <w:t>B. công nghệ thủ công</w:t>
      </w:r>
    </w:p>
    <w:p>
      <w:pPr>
        <w:pStyle w:val="ListParagraph"/>
      </w:pPr>
      <w:r>
        <w:rPr>
          <w:sz w:val="22"/>
        </w:rPr>
        <w:t>C. công nghệ tiên tiến</w:t>
      </w:r>
    </w:p>
    <w:p>
      <w:pPr>
        <w:pStyle w:val="ListParagraph"/>
      </w:pPr>
      <w:r>
        <w:rPr>
          <w:sz w:val="22"/>
        </w:rPr>
        <w:t>D. công nghệ đơn giản</w:t>
      </w:r>
    </w:p>
    <w:p/>
    <w:p>
      <w:r>
        <w:rPr>
          <w:b/>
          <w:sz w:val="24"/>
        </w:rPr>
        <w:t>Câu 16: Nghĩa của 'general' là gì?</w:t>
      </w:r>
    </w:p>
    <w:p>
      <w:pPr>
        <w:pStyle w:val="ListParagraph"/>
      </w:pPr>
      <w:r>
        <w:rPr>
          <w:sz w:val="22"/>
        </w:rPr>
        <w:t>A. lính</w:t>
      </w:r>
    </w:p>
    <w:p>
      <w:pPr>
        <w:pStyle w:val="ListParagraph"/>
      </w:pPr>
      <w:r>
        <w:rPr>
          <w:sz w:val="22"/>
        </w:rPr>
        <w:t>B. đội trưởng</w:t>
      </w:r>
    </w:p>
    <w:p>
      <w:pPr>
        <w:pStyle w:val="ListParagraph"/>
      </w:pPr>
      <w:r>
        <w:rPr>
          <w:sz w:val="22"/>
        </w:rPr>
        <w:t>C. thuyền trưởng</w:t>
      </w:r>
    </w:p>
    <w:p>
      <w:pPr>
        <w:pStyle w:val="ListParagraph"/>
      </w:pPr>
      <w:r>
        <w:rPr>
          <w:sz w:val="22"/>
        </w:rPr>
        <w:t>D. tướng</w:t>
      </w:r>
    </w:p>
    <w:p/>
    <w:p>
      <w:r>
        <w:rPr>
          <w:b/>
          <w:sz w:val="24"/>
        </w:rPr>
        <w:t>Câu 17: Nghĩa của 'military genius' là gì?</w:t>
      </w:r>
    </w:p>
    <w:p>
      <w:pPr>
        <w:pStyle w:val="ListParagraph"/>
      </w:pPr>
      <w:r>
        <w:rPr>
          <w:sz w:val="22"/>
        </w:rPr>
        <w:t>A. thiên tài quân sự</w:t>
      </w:r>
    </w:p>
    <w:p>
      <w:pPr>
        <w:pStyle w:val="ListParagraph"/>
      </w:pPr>
      <w:r>
        <w:rPr>
          <w:sz w:val="22"/>
        </w:rPr>
        <w:t>B. nhà văn</w:t>
      </w:r>
    </w:p>
    <w:p>
      <w:pPr>
        <w:pStyle w:val="ListParagraph"/>
      </w:pPr>
      <w:r>
        <w:rPr>
          <w:sz w:val="22"/>
        </w:rPr>
        <w:t>C. nhạc sĩ</w:t>
      </w:r>
    </w:p>
    <w:p>
      <w:pPr>
        <w:pStyle w:val="ListParagraph"/>
      </w:pPr>
      <w:r>
        <w:rPr>
          <w:sz w:val="22"/>
        </w:rPr>
        <w:t>D. bác sĩ</w:t>
      </w:r>
    </w:p>
    <w:p/>
    <w:p>
      <w:r>
        <w:rPr>
          <w:b/>
          <w:sz w:val="24"/>
        </w:rPr>
        <w:t>Câu 18: Nghĩa của 'Communist Party of Viet Nam' là gì?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Đảng Cộng sản Việt Nam</w:t>
      </w:r>
    </w:p>
    <w:p>
      <w:pPr>
        <w:pStyle w:val="ListParagraph"/>
      </w:pPr>
      <w:r>
        <w:rPr>
          <w:sz w:val="22"/>
        </w:rPr>
        <w:t>C. Chính phủ</w:t>
      </w:r>
    </w:p>
    <w:p>
      <w:pPr>
        <w:pStyle w:val="ListParagraph"/>
      </w:pPr>
      <w:r>
        <w:rPr>
          <w:sz w:val="22"/>
        </w:rPr>
        <w:t>D. Mặt trận Tổ quốc</w:t>
      </w:r>
    </w:p>
    <w:p/>
    <w:p>
      <w:r>
        <w:rPr>
          <w:b/>
          <w:sz w:val="24"/>
        </w:rPr>
        <w:t>Câu 19: Nghĩa của 'lead the army' là gì?</w:t>
      </w:r>
    </w:p>
    <w:p>
      <w:pPr>
        <w:pStyle w:val="ListParagraph"/>
      </w:pPr>
      <w:r>
        <w:rPr>
          <w:sz w:val="22"/>
        </w:rPr>
        <w:t>A. rời quân đội</w:t>
      </w:r>
    </w:p>
    <w:p>
      <w:pPr>
        <w:pStyle w:val="ListParagraph"/>
      </w:pPr>
      <w:r>
        <w:rPr>
          <w:sz w:val="22"/>
        </w:rPr>
        <w:t>B. huấn luyện quân đội</w:t>
      </w:r>
    </w:p>
    <w:p>
      <w:pPr>
        <w:pStyle w:val="ListParagraph"/>
      </w:pPr>
      <w:r>
        <w:rPr>
          <w:sz w:val="22"/>
        </w:rPr>
        <w:t>C. dẫn dắt quân đội</w:t>
      </w:r>
    </w:p>
    <w:p>
      <w:pPr>
        <w:pStyle w:val="ListParagraph"/>
      </w:pPr>
      <w:r>
        <w:rPr>
          <w:sz w:val="22"/>
        </w:rPr>
        <w:t>D. giải tán quân đội</w:t>
      </w:r>
    </w:p>
    <w:p/>
    <w:p>
      <w:r>
        <w:rPr>
          <w:b/>
          <w:sz w:val="24"/>
        </w:rPr>
        <w:t>Câu 20: Nghĩa của 'campaign' là gì?</w:t>
      </w:r>
    </w:p>
    <w:p>
      <w:pPr>
        <w:pStyle w:val="ListParagraph"/>
      </w:pPr>
      <w:r>
        <w:rPr>
          <w:sz w:val="22"/>
        </w:rPr>
        <w:t>A. cuộc họp</w:t>
      </w:r>
    </w:p>
    <w:p>
      <w:pPr>
        <w:pStyle w:val="ListParagraph"/>
      </w:pPr>
      <w:r>
        <w:rPr>
          <w:sz w:val="22"/>
        </w:rPr>
        <w:t>B. bữa tiệc</w:t>
      </w:r>
    </w:p>
    <w:p>
      <w:pPr>
        <w:pStyle w:val="ListParagraph"/>
      </w:pPr>
      <w:r>
        <w:rPr>
          <w:sz w:val="22"/>
        </w:rPr>
        <w:t>C. kỳ nghỉ</w:t>
      </w:r>
    </w:p>
    <w:p>
      <w:pPr>
        <w:pStyle w:val="ListParagraph"/>
      </w:pPr>
      <w:r>
        <w:rPr>
          <w:sz w:val="22"/>
        </w:rPr>
        <w:t>D. chiến dịch</w:t>
      </w:r>
    </w:p>
    <w:p/>
    <w:p>
      <w:r>
        <w:rPr>
          <w:b/>
          <w:sz w:val="24"/>
        </w:rPr>
        <w:t>Câu 21: Nghĩa của 'battle' là gì?</w:t>
      </w:r>
    </w:p>
    <w:p>
      <w:pPr>
        <w:pStyle w:val="ListParagraph"/>
      </w:pPr>
      <w:r>
        <w:rPr>
          <w:sz w:val="22"/>
        </w:rPr>
        <w:t>A. trận đánh</w:t>
      </w:r>
    </w:p>
    <w:p>
      <w:pPr>
        <w:pStyle w:val="ListParagraph"/>
      </w:pPr>
      <w:r>
        <w:rPr>
          <w:sz w:val="22"/>
        </w:rPr>
        <w:t>B. hiệp định</w:t>
      </w:r>
    </w:p>
    <w:p>
      <w:pPr>
        <w:pStyle w:val="ListParagraph"/>
      </w:pPr>
      <w:r>
        <w:rPr>
          <w:sz w:val="22"/>
        </w:rPr>
        <w:t>C. lễ ký kết</w:t>
      </w:r>
    </w:p>
    <w:p>
      <w:pPr>
        <w:pStyle w:val="ListParagraph"/>
      </w:pPr>
      <w:r>
        <w:rPr>
          <w:sz w:val="22"/>
        </w:rPr>
        <w:t>D. cuộc thi</w:t>
      </w:r>
    </w:p>
    <w:p/>
    <w:p>
      <w:r>
        <w:rPr>
          <w:b/>
          <w:sz w:val="24"/>
        </w:rPr>
        <w:t>Câu 22: Nghĩa của 'die' là gì?</w:t>
      </w:r>
    </w:p>
    <w:p>
      <w:pPr>
        <w:pStyle w:val="ListParagraph"/>
      </w:pPr>
      <w:r>
        <w:rPr>
          <w:sz w:val="22"/>
        </w:rPr>
        <w:t>A. sống</w:t>
      </w:r>
    </w:p>
    <w:p>
      <w:pPr>
        <w:pStyle w:val="ListParagraph"/>
      </w:pPr>
      <w:r>
        <w:rPr>
          <w:sz w:val="22"/>
        </w:rPr>
        <w:t>B. chết</w:t>
      </w:r>
    </w:p>
    <w:p>
      <w:pPr>
        <w:pStyle w:val="ListParagraph"/>
      </w:pPr>
      <w:r>
        <w:rPr>
          <w:sz w:val="22"/>
        </w:rPr>
        <w:t>C. ngủ</w:t>
      </w:r>
    </w:p>
    <w:p>
      <w:pPr>
        <w:pStyle w:val="ListParagraph"/>
      </w:pPr>
      <w:r>
        <w:rPr>
          <w:sz w:val="22"/>
        </w:rPr>
        <w:t>D. thức</w:t>
      </w:r>
    </w:p>
    <w:p/>
    <w:p>
      <w:r>
        <w:rPr>
          <w:b/>
          <w:sz w:val="24"/>
        </w:rPr>
        <w:t>Câu 23: Nghĩa của 'national hero' là gì?</w:t>
      </w:r>
    </w:p>
    <w:p>
      <w:pPr>
        <w:pStyle w:val="ListParagraph"/>
      </w:pPr>
      <w:r>
        <w:rPr>
          <w:sz w:val="22"/>
        </w:rPr>
        <w:t>A. kẻ phản bội</w:t>
      </w:r>
    </w:p>
    <w:p>
      <w:pPr>
        <w:pStyle w:val="ListParagraph"/>
      </w:pPr>
      <w:r>
        <w:rPr>
          <w:sz w:val="22"/>
        </w:rPr>
        <w:t>B. người lính</w:t>
      </w:r>
    </w:p>
    <w:p>
      <w:pPr>
        <w:pStyle w:val="ListParagraph"/>
      </w:pPr>
      <w:r>
        <w:rPr>
          <w:sz w:val="22"/>
        </w:rPr>
        <w:t>C. anh hùng dân tộc</w:t>
      </w:r>
    </w:p>
    <w:p>
      <w:pPr>
        <w:pStyle w:val="ListParagraph"/>
      </w:pPr>
      <w:r>
        <w:rPr>
          <w:sz w:val="22"/>
        </w:rPr>
        <w:t>D. công dân</w:t>
      </w:r>
    </w:p>
    <w:p/>
    <w:p>
      <w:r>
        <w:rPr>
          <w:b/>
          <w:sz w:val="24"/>
        </w:rPr>
        <w:t>Câu 24: Nghĩa của 'attack' là gì?</w:t>
      </w:r>
    </w:p>
    <w:p>
      <w:pPr>
        <w:pStyle w:val="ListParagraph"/>
      </w:pPr>
      <w:r>
        <w:rPr>
          <w:sz w:val="22"/>
        </w:rPr>
        <w:t>A. phòng thủ</w:t>
      </w:r>
    </w:p>
    <w:p>
      <w:pPr>
        <w:pStyle w:val="ListParagraph"/>
      </w:pPr>
      <w:r>
        <w:rPr>
          <w:sz w:val="22"/>
        </w:rPr>
        <w:t>B. rút lui</w:t>
      </w:r>
    </w:p>
    <w:p>
      <w:pPr>
        <w:pStyle w:val="ListParagraph"/>
      </w:pPr>
      <w:r>
        <w:rPr>
          <w:sz w:val="22"/>
        </w:rPr>
        <w:t>C. đàm phán</w:t>
      </w:r>
    </w:p>
    <w:p>
      <w:pPr>
        <w:pStyle w:val="ListParagraph"/>
      </w:pPr>
      <w:r>
        <w:rPr>
          <w:sz w:val="22"/>
        </w:rPr>
        <w:t>D. tấn công</w:t>
      </w:r>
    </w:p>
    <w:p/>
    <w:p>
      <w:r>
        <w:rPr>
          <w:b/>
          <w:sz w:val="24"/>
        </w:rPr>
        <w:t>Câu 25: Nghĩa của 'soldier' là gì?</w:t>
      </w:r>
    </w:p>
    <w:p>
      <w:pPr>
        <w:pStyle w:val="ListParagraph"/>
      </w:pPr>
      <w:r>
        <w:rPr>
          <w:sz w:val="22"/>
        </w:rPr>
        <w:t>A. người lính</w:t>
      </w:r>
    </w:p>
    <w:p>
      <w:pPr>
        <w:pStyle w:val="ListParagraph"/>
      </w:pPr>
      <w:r>
        <w:rPr>
          <w:sz w:val="22"/>
        </w:rPr>
        <w:t>B. thủy thủ</w:t>
      </w:r>
    </w:p>
    <w:p>
      <w:pPr>
        <w:pStyle w:val="ListParagraph"/>
      </w:pPr>
      <w:r>
        <w:rPr>
          <w:sz w:val="22"/>
        </w:rPr>
        <w:t>C. phi công</w:t>
      </w:r>
    </w:p>
    <w:p>
      <w:pPr>
        <w:pStyle w:val="ListParagraph"/>
      </w:pPr>
      <w:r>
        <w:rPr>
          <w:sz w:val="22"/>
        </w:rPr>
        <w:t>D. cảnh sát</w:t>
      </w:r>
    </w:p>
    <w:p/>
    <w:p>
      <w:r>
        <w:rPr>
          <w:b/>
          <w:sz w:val="24"/>
        </w:rPr>
        <w:t>Câu 26: Nghĩa của 'prison' là gì?</w:t>
      </w:r>
    </w:p>
    <w:p>
      <w:pPr>
        <w:pStyle w:val="ListParagraph"/>
      </w:pPr>
      <w:r>
        <w:rPr>
          <w:sz w:val="22"/>
        </w:rPr>
        <w:t>A. bệnh viện</w:t>
      </w:r>
    </w:p>
    <w:p>
      <w:pPr>
        <w:pStyle w:val="ListParagraph"/>
      </w:pPr>
      <w:r>
        <w:rPr>
          <w:sz w:val="22"/>
        </w:rPr>
        <w:t>B. tù</w:t>
      </w:r>
    </w:p>
    <w:p>
      <w:pPr>
        <w:pStyle w:val="ListParagraph"/>
      </w:pPr>
      <w:r>
        <w:rPr>
          <w:sz w:val="22"/>
        </w:rPr>
        <w:t>C. trường học</w:t>
      </w:r>
    </w:p>
    <w:p>
      <w:pPr>
        <w:pStyle w:val="ListParagraph"/>
      </w:pPr>
      <w:r>
        <w:rPr>
          <w:sz w:val="22"/>
        </w:rPr>
        <w:t>D. khách sạn</w:t>
      </w:r>
    </w:p>
    <w:p/>
    <w:p>
      <w:r>
        <w:rPr>
          <w:b/>
          <w:sz w:val="24"/>
        </w:rPr>
        <w:t>Câu 27: Nghĩa của 'character' là gì?</w:t>
      </w:r>
    </w:p>
    <w:p>
      <w:pPr>
        <w:pStyle w:val="ListParagraph"/>
      </w:pPr>
      <w:r>
        <w:rPr>
          <w:sz w:val="22"/>
        </w:rPr>
        <w:t>A. địa điểm</w:t>
      </w:r>
    </w:p>
    <w:p>
      <w:pPr>
        <w:pStyle w:val="ListParagraph"/>
      </w:pPr>
      <w:r>
        <w:rPr>
          <w:sz w:val="22"/>
        </w:rPr>
        <w:t>B. sự kiện</w:t>
      </w:r>
    </w:p>
    <w:p>
      <w:pPr>
        <w:pStyle w:val="ListParagraph"/>
      </w:pPr>
      <w:r>
        <w:rPr>
          <w:sz w:val="22"/>
        </w:rPr>
        <w:t>C. nhân vật, tính cách</w:t>
      </w:r>
    </w:p>
    <w:p>
      <w:pPr>
        <w:pStyle w:val="ListParagraph"/>
      </w:pPr>
      <w:r>
        <w:rPr>
          <w:sz w:val="22"/>
        </w:rPr>
        <w:t>D. thời gian</w:t>
      </w:r>
    </w:p>
    <w:p/>
    <w:p>
      <w:r>
        <w:rPr>
          <w:b/>
          <w:sz w:val="24"/>
        </w:rPr>
        <w:t>Câu 28: Nghĩa của 'dwarf' là gì?</w:t>
      </w:r>
    </w:p>
    <w:p>
      <w:pPr>
        <w:pStyle w:val="ListParagraph"/>
      </w:pPr>
      <w:r>
        <w:rPr>
          <w:sz w:val="22"/>
        </w:rPr>
        <w:t>A. người khổng lồ</w:t>
      </w:r>
    </w:p>
    <w:p>
      <w:pPr>
        <w:pStyle w:val="ListParagraph"/>
      </w:pPr>
      <w:r>
        <w:rPr>
          <w:sz w:val="22"/>
        </w:rPr>
        <w:t>B. người máy</w:t>
      </w:r>
    </w:p>
    <w:p>
      <w:pPr>
        <w:pStyle w:val="ListParagraph"/>
      </w:pPr>
      <w:r>
        <w:rPr>
          <w:sz w:val="22"/>
        </w:rPr>
        <w:t>C. người ngoài hành tinh</w:t>
      </w:r>
    </w:p>
    <w:p>
      <w:pPr>
        <w:pStyle w:val="ListParagraph"/>
      </w:pPr>
      <w:r>
        <w:rPr>
          <w:sz w:val="22"/>
        </w:rPr>
        <w:t>D. người lùn</w:t>
      </w:r>
    </w:p>
    <w:p/>
    <w:p>
      <w:r>
        <w:rPr>
          <w:b/>
          <w:sz w:val="24"/>
        </w:rPr>
        <w:t>Câu 29: Nghĩa của 'beast' là gì?</w:t>
      </w:r>
    </w:p>
    <w:p>
      <w:pPr>
        <w:pStyle w:val="ListParagraph"/>
      </w:pPr>
      <w:r>
        <w:rPr>
          <w:sz w:val="22"/>
        </w:rPr>
        <w:t>A. quái vật</w:t>
      </w:r>
    </w:p>
    <w:p>
      <w:pPr>
        <w:pStyle w:val="ListParagraph"/>
      </w:pPr>
      <w:r>
        <w:rPr>
          <w:sz w:val="22"/>
        </w:rPr>
        <w:t>B. thiên thần</w:t>
      </w:r>
    </w:p>
    <w:p>
      <w:pPr>
        <w:pStyle w:val="ListParagraph"/>
      </w:pPr>
      <w:r>
        <w:rPr>
          <w:sz w:val="22"/>
        </w:rPr>
        <w:t>C. anh hùng</w:t>
      </w:r>
    </w:p>
    <w:p>
      <w:pPr>
        <w:pStyle w:val="ListParagraph"/>
      </w:pPr>
      <w:r>
        <w:rPr>
          <w:sz w:val="22"/>
        </w:rPr>
        <w:t>D. nàng tiên</w:t>
      </w:r>
    </w:p>
    <w:p/>
    <w:p>
      <w:r>
        <w:rPr>
          <w:b/>
          <w:sz w:val="24"/>
        </w:rPr>
        <w:t>Câu 30: Nghĩa của 'continue' là gì?</w:t>
      </w:r>
    </w:p>
    <w:p>
      <w:pPr>
        <w:pStyle w:val="ListParagraph"/>
      </w:pPr>
      <w:r>
        <w:rPr>
          <w:sz w:val="22"/>
        </w:rPr>
        <w:t>A. dừng lại</w:t>
      </w:r>
    </w:p>
    <w:p>
      <w:pPr>
        <w:pStyle w:val="ListParagraph"/>
      </w:pPr>
      <w:r>
        <w:rPr>
          <w:sz w:val="22"/>
        </w:rPr>
        <w:t>B. tiếp tục</w:t>
      </w:r>
    </w:p>
    <w:p>
      <w:pPr>
        <w:pStyle w:val="ListParagraph"/>
      </w:pPr>
      <w:r>
        <w:rPr>
          <w:sz w:val="22"/>
        </w:rPr>
        <w:t>C. bắt đầu</w:t>
      </w:r>
    </w:p>
    <w:p>
      <w:pPr>
        <w:pStyle w:val="ListParagraph"/>
      </w:pPr>
      <w:r>
        <w:rPr>
          <w:sz w:val="22"/>
        </w:rPr>
        <w:t>D. kết thúc</w:t>
      </w:r>
    </w:p>
    <w:p/>
    <w:p>
      <w:r>
        <w:rPr>
          <w:b/>
          <w:sz w:val="24"/>
        </w:rPr>
        <w:t>Câu 31: Nghĩa của 'success' là gì?</w:t>
      </w:r>
    </w:p>
    <w:p>
      <w:pPr>
        <w:pStyle w:val="ListParagraph"/>
      </w:pPr>
      <w:r>
        <w:rPr>
          <w:sz w:val="22"/>
        </w:rPr>
        <w:t>A. thất bại</w:t>
      </w:r>
    </w:p>
    <w:p>
      <w:pPr>
        <w:pStyle w:val="ListParagraph"/>
      </w:pPr>
      <w:r>
        <w:rPr>
          <w:sz w:val="22"/>
        </w:rPr>
        <w:t>B. khó khăn</w:t>
      </w:r>
    </w:p>
    <w:p>
      <w:pPr>
        <w:pStyle w:val="ListParagraph"/>
      </w:pPr>
      <w:r>
        <w:rPr>
          <w:sz w:val="22"/>
        </w:rPr>
        <w:t>C. thành công</w:t>
      </w:r>
    </w:p>
    <w:p>
      <w:pPr>
        <w:pStyle w:val="ListParagraph"/>
      </w:pPr>
      <w:r>
        <w:rPr>
          <w:sz w:val="22"/>
        </w:rPr>
        <w:t>D. nỗ lực</w:t>
      </w:r>
    </w:p>
    <w:p/>
    <w:p>
      <w:r>
        <w:rPr>
          <w:b/>
          <w:sz w:val="24"/>
        </w:rPr>
        <w:t>Câu 32: Nghĩa của 'move' là gì?</w:t>
      </w:r>
    </w:p>
    <w:p>
      <w:pPr>
        <w:pStyle w:val="ListParagraph"/>
      </w:pPr>
      <w:r>
        <w:rPr>
          <w:sz w:val="22"/>
        </w:rPr>
        <w:t>A. đứng yên</w:t>
      </w:r>
    </w:p>
    <w:p>
      <w:pPr>
        <w:pStyle w:val="ListParagraph"/>
      </w:pPr>
      <w:r>
        <w:rPr>
          <w:sz w:val="22"/>
        </w:rPr>
        <w:t>B. nằm</w:t>
      </w:r>
    </w:p>
    <w:p>
      <w:pPr>
        <w:pStyle w:val="ListParagraph"/>
      </w:pPr>
      <w:r>
        <w:rPr>
          <w:sz w:val="22"/>
        </w:rPr>
        <w:t>C. ngồi</w:t>
      </w:r>
    </w:p>
    <w:p>
      <w:pPr>
        <w:pStyle w:val="ListParagraph"/>
      </w:pPr>
      <w:r>
        <w:rPr>
          <w:sz w:val="22"/>
        </w:rPr>
        <w:t>D. di chuyển</w:t>
      </w:r>
    </w:p>
    <w:p/>
    <w:p>
      <w:r>
        <w:rPr>
          <w:b/>
          <w:sz w:val="24"/>
        </w:rPr>
        <w:t>Câu 33: Nghĩa của 'career' là gì?</w:t>
      </w:r>
    </w:p>
    <w:p>
      <w:pPr>
        <w:pStyle w:val="ListParagraph"/>
      </w:pPr>
      <w:r>
        <w:rPr>
          <w:sz w:val="22"/>
        </w:rPr>
        <w:t>A. sự nghiệp</w:t>
      </w:r>
    </w:p>
    <w:p>
      <w:pPr>
        <w:pStyle w:val="ListParagraph"/>
      </w:pPr>
      <w:r>
        <w:rPr>
          <w:sz w:val="22"/>
        </w:rPr>
        <w:t>B. gia đình</w:t>
      </w:r>
    </w:p>
    <w:p>
      <w:pPr>
        <w:pStyle w:val="ListParagraph"/>
      </w:pPr>
      <w:r>
        <w:rPr>
          <w:sz w:val="22"/>
        </w:rPr>
        <w:t>C. sở thích</w:t>
      </w:r>
    </w:p>
    <w:p>
      <w:pPr>
        <w:pStyle w:val="ListParagraph"/>
      </w:pPr>
      <w:r>
        <w:rPr>
          <w:sz w:val="22"/>
        </w:rPr>
        <w:t>D. bạn bè</w:t>
      </w:r>
    </w:p>
    <w:p/>
    <w:p>
      <w:r>
        <w:rPr>
          <w:b/>
          <w:sz w:val="24"/>
        </w:rPr>
        <w:t>Câu 34: Nghĩa của 'base on' là gì?</w:t>
      </w:r>
    </w:p>
    <w:p>
      <w:pPr>
        <w:pStyle w:val="ListParagraph"/>
      </w:pPr>
      <w:r>
        <w:rPr>
          <w:sz w:val="22"/>
        </w:rPr>
        <w:t>A. phụ thuộc</w:t>
      </w:r>
    </w:p>
    <w:p>
      <w:pPr>
        <w:pStyle w:val="ListParagraph"/>
      </w:pPr>
      <w:r>
        <w:rPr>
          <w:sz w:val="22"/>
        </w:rPr>
        <w:t>B. dựa trên</w:t>
      </w:r>
    </w:p>
    <w:p>
      <w:pPr>
        <w:pStyle w:val="ListParagraph"/>
      </w:pPr>
      <w:r>
        <w:rPr>
          <w:sz w:val="22"/>
        </w:rPr>
        <w:t>C. tách khỏi</w:t>
      </w:r>
    </w:p>
    <w:p>
      <w:pPr>
        <w:pStyle w:val="ListParagraph"/>
      </w:pPr>
      <w:r>
        <w:rPr>
          <w:sz w:val="22"/>
        </w:rPr>
        <w:t>D. khác biệt</w:t>
      </w:r>
    </w:p>
    <w:p/>
    <w:p>
      <w:r>
        <w:rPr>
          <w:b/>
          <w:sz w:val="24"/>
        </w:rPr>
        <w:t>Câu 35: Nghĩa của 'to be voiced' là gì?</w:t>
      </w:r>
    </w:p>
    <w:p>
      <w:pPr>
        <w:pStyle w:val="ListParagraph"/>
      </w:pPr>
      <w:r>
        <w:rPr>
          <w:sz w:val="22"/>
        </w:rPr>
        <w:t>A. được viết</w:t>
      </w:r>
    </w:p>
    <w:p>
      <w:pPr>
        <w:pStyle w:val="ListParagraph"/>
      </w:pPr>
      <w:r>
        <w:rPr>
          <w:sz w:val="22"/>
        </w:rPr>
        <w:t>B. được đạo diễn</w:t>
      </w:r>
    </w:p>
    <w:p>
      <w:pPr>
        <w:pStyle w:val="ListParagraph"/>
      </w:pPr>
      <w:r>
        <w:rPr>
          <w:sz w:val="22"/>
        </w:rPr>
        <w:t>C. được lồng tiếng</w:t>
      </w:r>
    </w:p>
    <w:p>
      <w:pPr>
        <w:pStyle w:val="ListParagraph"/>
      </w:pPr>
      <w:r>
        <w:rPr>
          <w:sz w:val="22"/>
        </w:rPr>
        <w:t>D. được quay</w:t>
      </w:r>
    </w:p>
    <w:p/>
    <w:p>
      <w:r>
        <w:rPr>
          <w:b/>
          <w:sz w:val="24"/>
        </w:rPr>
        <w:t>Câu 36: Nghĩa của 'famous actor' là gì?</w:t>
      </w:r>
    </w:p>
    <w:p>
      <w:pPr>
        <w:pStyle w:val="ListParagraph"/>
      </w:pPr>
      <w:r>
        <w:rPr>
          <w:sz w:val="22"/>
        </w:rPr>
        <w:t>A. ca sĩ</w:t>
      </w:r>
    </w:p>
    <w:p>
      <w:pPr>
        <w:pStyle w:val="ListParagraph"/>
      </w:pPr>
      <w:r>
        <w:rPr>
          <w:sz w:val="22"/>
        </w:rPr>
        <w:t>B. họa sĩ</w:t>
      </w:r>
    </w:p>
    <w:p>
      <w:pPr>
        <w:pStyle w:val="ListParagraph"/>
      </w:pPr>
      <w:r>
        <w:rPr>
          <w:sz w:val="22"/>
        </w:rPr>
        <w:t>C. nhà văn</w:t>
      </w:r>
    </w:p>
    <w:p>
      <w:pPr>
        <w:pStyle w:val="ListParagraph"/>
      </w:pPr>
      <w:r>
        <w:rPr>
          <w:sz w:val="22"/>
        </w:rPr>
        <w:t>D. diễn viên nổi tiếng</w:t>
      </w:r>
    </w:p>
    <w:p/>
    <w:p>
      <w:r>
        <w:rPr>
          <w:b/>
          <w:sz w:val="24"/>
        </w:rPr>
        <w:t>Câu 37: Nghĩa của 'popular' là gì?</w:t>
      </w:r>
    </w:p>
    <w:p>
      <w:pPr>
        <w:pStyle w:val="ListParagraph"/>
      </w:pPr>
      <w:r>
        <w:rPr>
          <w:sz w:val="22"/>
        </w:rPr>
        <w:t>A. phổ biến</w:t>
      </w:r>
    </w:p>
    <w:p>
      <w:pPr>
        <w:pStyle w:val="ListParagraph"/>
      </w:pPr>
      <w:r>
        <w:rPr>
          <w:sz w:val="22"/>
        </w:rPr>
        <w:t>B. hiếm</w:t>
      </w:r>
    </w:p>
    <w:p>
      <w:pPr>
        <w:pStyle w:val="ListParagraph"/>
      </w:pPr>
      <w:r>
        <w:rPr>
          <w:sz w:val="22"/>
        </w:rPr>
        <w:t>C. lạ</w:t>
      </w:r>
    </w:p>
    <w:p>
      <w:pPr>
        <w:pStyle w:val="ListParagraph"/>
      </w:pPr>
      <w:r>
        <w:rPr>
          <w:sz w:val="22"/>
        </w:rPr>
        <w:t>D. cổ</w:t>
      </w:r>
    </w:p>
    <w:p/>
    <w:p>
      <w:r>
        <w:rPr>
          <w:b/>
          <w:sz w:val="24"/>
        </w:rPr>
        <w:t>Câu 38: Nghĩa của 'several' là gì?</w:t>
      </w:r>
    </w:p>
    <w:p>
      <w:pPr>
        <w:pStyle w:val="ListParagraph"/>
      </w:pPr>
      <w:r>
        <w:rPr>
          <w:sz w:val="22"/>
        </w:rPr>
        <w:t>A. một</w:t>
      </w:r>
    </w:p>
    <w:p>
      <w:pPr>
        <w:pStyle w:val="ListParagraph"/>
      </w:pPr>
      <w:r>
        <w:rPr>
          <w:sz w:val="22"/>
        </w:rPr>
        <w:t>B. nhiều</w:t>
      </w:r>
    </w:p>
    <w:p>
      <w:pPr>
        <w:pStyle w:val="ListParagraph"/>
      </w:pPr>
      <w:r>
        <w:rPr>
          <w:sz w:val="22"/>
        </w:rPr>
        <w:t>C. không</w:t>
      </w:r>
    </w:p>
    <w:p>
      <w:pPr>
        <w:pStyle w:val="ListParagraph"/>
      </w:pPr>
      <w:r>
        <w:rPr>
          <w:sz w:val="22"/>
        </w:rPr>
        <w:t>D. tất cả</w:t>
      </w:r>
    </w:p>
    <w:p/>
    <w:p>
      <w:r>
        <w:rPr>
          <w:b/>
          <w:sz w:val="24"/>
        </w:rPr>
        <w:t>Câu 39: Nghĩa của 'film industry' là gì?</w:t>
      </w:r>
    </w:p>
    <w:p>
      <w:pPr>
        <w:pStyle w:val="ListParagraph"/>
      </w:pPr>
      <w:r>
        <w:rPr>
          <w:sz w:val="22"/>
        </w:rPr>
        <w:t>A. nông nghiệp</w:t>
      </w:r>
    </w:p>
    <w:p>
      <w:pPr>
        <w:pStyle w:val="ListParagraph"/>
      </w:pPr>
      <w:r>
        <w:rPr>
          <w:sz w:val="22"/>
        </w:rPr>
        <w:t>B. công nghiệp nặng</w:t>
      </w:r>
    </w:p>
    <w:p>
      <w:pPr>
        <w:pStyle w:val="ListParagraph"/>
      </w:pPr>
      <w:r>
        <w:rPr>
          <w:sz w:val="22"/>
        </w:rPr>
        <w:t>C. công nghiệp điện ảnh</w:t>
      </w:r>
    </w:p>
    <w:p>
      <w:pPr>
        <w:pStyle w:val="ListParagraph"/>
      </w:pPr>
      <w:r>
        <w:rPr>
          <w:sz w:val="22"/>
        </w:rPr>
        <w:t>D. du lịch</w:t>
      </w:r>
    </w:p>
    <w:p/>
    <w:p>
      <w:r>
        <w:rPr>
          <w:b/>
          <w:sz w:val="24"/>
        </w:rPr>
        <w:t>Câu 40: Nghĩa của 'achievement' là gì?</w:t>
      </w:r>
    </w:p>
    <w:p>
      <w:pPr>
        <w:pStyle w:val="ListParagraph"/>
      </w:pPr>
      <w:r>
        <w:rPr>
          <w:sz w:val="22"/>
        </w:rPr>
        <w:t>A. thất bại</w:t>
      </w:r>
    </w:p>
    <w:p>
      <w:pPr>
        <w:pStyle w:val="ListParagraph"/>
      </w:pPr>
      <w:r>
        <w:rPr>
          <w:sz w:val="22"/>
        </w:rPr>
        <w:t>B. mục tiêu</w:t>
      </w:r>
    </w:p>
    <w:p>
      <w:pPr>
        <w:pStyle w:val="ListParagraph"/>
      </w:pPr>
      <w:r>
        <w:rPr>
          <w:sz w:val="22"/>
        </w:rPr>
        <w:t>C. kế hoạch</w:t>
      </w:r>
    </w:p>
    <w:p>
      <w:pPr>
        <w:pStyle w:val="ListParagraph"/>
      </w:pPr>
      <w:r>
        <w:rPr>
          <w:sz w:val="22"/>
        </w:rPr>
        <w:t>D. thành tựu</w:t>
      </w:r>
    </w:p>
    <w:p/>
    <w:p>
      <w:r>
        <w:rPr>
          <w:b/>
          <w:sz w:val="24"/>
        </w:rPr>
        <w:t>Câu 41: Nghĩa của 'create' là gì?</w:t>
      </w:r>
    </w:p>
    <w:p>
      <w:pPr>
        <w:pStyle w:val="ListParagraph"/>
      </w:pPr>
      <w:r>
        <w:rPr>
          <w:sz w:val="22"/>
        </w:rPr>
        <w:t>A. tạo ra</w:t>
      </w:r>
    </w:p>
    <w:p>
      <w:pPr>
        <w:pStyle w:val="ListParagraph"/>
      </w:pPr>
      <w:r>
        <w:rPr>
          <w:sz w:val="22"/>
        </w:rPr>
        <w:t>B. phá hủy</w:t>
      </w:r>
    </w:p>
    <w:p>
      <w:pPr>
        <w:pStyle w:val="ListParagraph"/>
      </w:pPr>
      <w:r>
        <w:rPr>
          <w:sz w:val="22"/>
        </w:rPr>
        <w:t>C. sao chép</w:t>
      </w:r>
    </w:p>
    <w:p>
      <w:pPr>
        <w:pStyle w:val="ListParagraph"/>
      </w:pPr>
      <w:r>
        <w:rPr>
          <w:sz w:val="22"/>
        </w:rPr>
        <w:t>D. mua</w:t>
      </w:r>
    </w:p>
    <w:p/>
    <w:p>
      <w:r>
        <w:rPr>
          <w:b/>
          <w:sz w:val="24"/>
        </w:rPr>
        <w:t>Câu 42: Nghĩa của 'stage' là gì?</w:t>
      </w:r>
    </w:p>
    <w:p>
      <w:pPr>
        <w:pStyle w:val="ListParagraph"/>
      </w:pPr>
      <w:r>
        <w:rPr>
          <w:sz w:val="22"/>
        </w:rPr>
        <w:t>A. hậu trường</w:t>
      </w:r>
    </w:p>
    <w:p>
      <w:pPr>
        <w:pStyle w:val="ListParagraph"/>
      </w:pPr>
      <w:r>
        <w:rPr>
          <w:sz w:val="22"/>
        </w:rPr>
        <w:t>B. sân khấu</w:t>
      </w:r>
    </w:p>
    <w:p>
      <w:pPr>
        <w:pStyle w:val="ListParagraph"/>
      </w:pPr>
      <w:r>
        <w:rPr>
          <w:sz w:val="22"/>
        </w:rPr>
        <w:t>C. khán giả</w:t>
      </w:r>
    </w:p>
    <w:p>
      <w:pPr>
        <w:pStyle w:val="ListParagraph"/>
      </w:pPr>
      <w:r>
        <w:rPr>
          <w:sz w:val="22"/>
        </w:rPr>
        <w:t>D. vé</w:t>
      </w:r>
    </w:p>
    <w:p/>
    <w:p>
      <w:r>
        <w:rPr>
          <w:b/>
          <w:sz w:val="24"/>
        </w:rPr>
        <w:t>Câu 43: Nghĩa của 'design' là gì?</w:t>
      </w:r>
    </w:p>
    <w:p>
      <w:pPr>
        <w:pStyle w:val="ListParagraph"/>
      </w:pPr>
      <w:r>
        <w:rPr>
          <w:sz w:val="22"/>
        </w:rPr>
        <w:t>A. xây dựng</w:t>
      </w:r>
    </w:p>
    <w:p>
      <w:pPr>
        <w:pStyle w:val="ListParagraph"/>
      </w:pPr>
      <w:r>
        <w:rPr>
          <w:sz w:val="22"/>
        </w:rPr>
        <w:t>B. phá dỡ</w:t>
      </w:r>
    </w:p>
    <w:p>
      <w:pPr>
        <w:pStyle w:val="ListParagraph"/>
      </w:pPr>
      <w:r>
        <w:rPr>
          <w:sz w:val="22"/>
        </w:rPr>
        <w:t>C. thiết kế</w:t>
      </w:r>
    </w:p>
    <w:p>
      <w:pPr>
        <w:pStyle w:val="ListParagraph"/>
      </w:pPr>
      <w:r>
        <w:rPr>
          <w:sz w:val="22"/>
        </w:rPr>
        <w:t>D. vẽ</w:t>
      </w:r>
    </w:p>
    <w:p/>
    <w:p>
      <w:r>
        <w:rPr>
          <w:b/>
          <w:sz w:val="24"/>
        </w:rPr>
        <w:t>Câu 44: Nghĩa của 'theme park' là gì?</w:t>
      </w:r>
    </w:p>
    <w:p>
      <w:pPr>
        <w:pStyle w:val="ListParagraph"/>
      </w:pPr>
      <w:r>
        <w:rPr>
          <w:sz w:val="22"/>
        </w:rPr>
        <w:t>A. công viên nước</w:t>
      </w:r>
    </w:p>
    <w:p>
      <w:pPr>
        <w:pStyle w:val="ListParagraph"/>
      </w:pPr>
      <w:r>
        <w:rPr>
          <w:sz w:val="22"/>
        </w:rPr>
        <w:t>B. vườn bách thú</w:t>
      </w:r>
    </w:p>
    <w:p>
      <w:pPr>
        <w:pStyle w:val="ListParagraph"/>
      </w:pPr>
      <w:r>
        <w:rPr>
          <w:sz w:val="22"/>
        </w:rPr>
        <w:t>C. khu vui chơi</w:t>
      </w:r>
    </w:p>
    <w:p>
      <w:pPr>
        <w:pStyle w:val="ListParagraph"/>
      </w:pPr>
      <w:r>
        <w:rPr>
          <w:sz w:val="22"/>
        </w:rPr>
        <w:t>D. công viên chủ đề</w:t>
      </w:r>
    </w:p>
    <w:p/>
    <w:p>
      <w:r>
        <w:rPr>
          <w:b/>
          <w:sz w:val="24"/>
        </w:rPr>
        <w:t>Câu 45: Nghĩa của 'interact' là gì?</w:t>
      </w:r>
    </w:p>
    <w:p>
      <w:pPr>
        <w:pStyle w:val="ListParagraph"/>
      </w:pPr>
      <w:r>
        <w:rPr>
          <w:sz w:val="22"/>
        </w:rPr>
        <w:t>A. tương tác</w:t>
      </w:r>
    </w:p>
    <w:p>
      <w:pPr>
        <w:pStyle w:val="ListParagraph"/>
      </w:pPr>
      <w:r>
        <w:rPr>
          <w:sz w:val="22"/>
        </w:rPr>
        <w:t>B. im lặng</w:t>
      </w:r>
    </w:p>
    <w:p>
      <w:pPr>
        <w:pStyle w:val="ListParagraph"/>
      </w:pPr>
      <w:r>
        <w:rPr>
          <w:sz w:val="22"/>
        </w:rPr>
        <w:t>C. tránh xa</w:t>
      </w:r>
    </w:p>
    <w:p>
      <w:pPr>
        <w:pStyle w:val="ListParagraph"/>
      </w:pPr>
      <w:r>
        <w:rPr>
          <w:sz w:val="22"/>
        </w:rPr>
        <w:t>D. quan sát</w:t>
      </w:r>
    </w:p>
    <w:p/>
    <w:p>
      <w:r>
        <w:rPr>
          <w:b/>
          <w:sz w:val="24"/>
        </w:rPr>
        <w:t>Câu 46: Nghĩa của 'animated cartoon' là gì?</w:t>
      </w:r>
    </w:p>
    <w:p>
      <w:pPr>
        <w:pStyle w:val="ListParagraph"/>
      </w:pPr>
      <w:r>
        <w:rPr>
          <w:sz w:val="22"/>
        </w:rPr>
        <w:t>A. phim tài liệu</w:t>
      </w:r>
    </w:p>
    <w:p>
      <w:pPr>
        <w:pStyle w:val="ListParagraph"/>
      </w:pPr>
      <w:r>
        <w:rPr>
          <w:sz w:val="22"/>
        </w:rPr>
        <w:t>B. hoạt hình</w:t>
      </w:r>
    </w:p>
    <w:p>
      <w:pPr>
        <w:pStyle w:val="ListParagraph"/>
      </w:pPr>
      <w:r>
        <w:rPr>
          <w:sz w:val="22"/>
        </w:rPr>
        <w:t>C. phim kinh dị</w:t>
      </w:r>
    </w:p>
    <w:p>
      <w:pPr>
        <w:pStyle w:val="ListParagraph"/>
      </w:pPr>
      <w:r>
        <w:rPr>
          <w:sz w:val="22"/>
        </w:rPr>
        <w:t>D. phim hành động</w:t>
      </w:r>
    </w:p>
    <w:p/>
    <w:p>
      <w:r>
        <w:rPr>
          <w:b/>
          <w:sz w:val="24"/>
        </w:rPr>
        <w:t>Câu 47: Nghĩa của 'talent' là gì?</w:t>
      </w:r>
    </w:p>
    <w:p>
      <w:pPr>
        <w:pStyle w:val="ListParagraph"/>
      </w:pPr>
      <w:r>
        <w:rPr>
          <w:sz w:val="22"/>
        </w:rPr>
        <w:t>A. sự may mắn</w:t>
      </w:r>
    </w:p>
    <w:p>
      <w:pPr>
        <w:pStyle w:val="ListParagraph"/>
      </w:pPr>
      <w:r>
        <w:rPr>
          <w:sz w:val="22"/>
        </w:rPr>
        <w:t>B. sự giàu có</w:t>
      </w:r>
    </w:p>
    <w:p>
      <w:pPr>
        <w:pStyle w:val="ListParagraph"/>
      </w:pPr>
      <w:r>
        <w:rPr>
          <w:sz w:val="22"/>
        </w:rPr>
        <w:t>C. tài năng</w:t>
      </w:r>
    </w:p>
    <w:p>
      <w:pPr>
        <w:pStyle w:val="ListParagraph"/>
      </w:pPr>
      <w:r>
        <w:rPr>
          <w:sz w:val="22"/>
        </w:rPr>
        <w:t>D. sự nổi tiếng</w:t>
      </w:r>
    </w:p>
    <w:p/>
    <w:p>
      <w:r>
        <w:rPr>
          <w:b/>
          <w:sz w:val="24"/>
        </w:rPr>
        <w:t>Câu 48: Nghĩa của 'education' là gì?</w:t>
      </w:r>
    </w:p>
    <w:p>
      <w:pPr>
        <w:pStyle w:val="ListParagraph"/>
      </w:pPr>
      <w:r>
        <w:rPr>
          <w:sz w:val="22"/>
        </w:rPr>
        <w:t>A. y tế</w:t>
      </w:r>
    </w:p>
    <w:p>
      <w:pPr>
        <w:pStyle w:val="ListParagraph"/>
      </w:pPr>
      <w:r>
        <w:rPr>
          <w:sz w:val="22"/>
        </w:rPr>
        <w:t>B. kinh tế</w:t>
      </w:r>
    </w:p>
    <w:p>
      <w:pPr>
        <w:pStyle w:val="ListParagraph"/>
      </w:pPr>
      <w:r>
        <w:rPr>
          <w:sz w:val="22"/>
        </w:rPr>
        <w:t>C. văn hóa</w:t>
      </w:r>
    </w:p>
    <w:p>
      <w:pPr>
        <w:pStyle w:val="ListParagraph"/>
      </w:pPr>
      <w:r>
        <w:rPr>
          <w:sz w:val="22"/>
        </w:rPr>
        <w:t>D. giáo dục</w:t>
      </w:r>
    </w:p>
    <w:p/>
    <w:p>
      <w:r>
        <w:rPr>
          <w:b/>
          <w:sz w:val="24"/>
        </w:rPr>
        <w:t>Câu 49: Nghĩa của 'animator' là gì?</w:t>
      </w:r>
    </w:p>
    <w:p>
      <w:pPr>
        <w:pStyle w:val="ListParagraph"/>
      </w:pPr>
      <w:r>
        <w:rPr>
          <w:sz w:val="22"/>
        </w:rPr>
        <w:t>A. người vẽ hoạt hình</w:t>
      </w:r>
    </w:p>
    <w:p>
      <w:pPr>
        <w:pStyle w:val="ListParagraph"/>
      </w:pPr>
      <w:r>
        <w:rPr>
          <w:sz w:val="22"/>
        </w:rPr>
        <w:t>B. nhà văn</w:t>
      </w:r>
    </w:p>
    <w:p>
      <w:pPr>
        <w:pStyle w:val="ListParagraph"/>
      </w:pPr>
      <w:r>
        <w:rPr>
          <w:sz w:val="22"/>
        </w:rPr>
        <w:t>C. đạo diễn</w:t>
      </w:r>
    </w:p>
    <w:p>
      <w:pPr>
        <w:pStyle w:val="ListParagraph"/>
      </w:pPr>
      <w:r>
        <w:rPr>
          <w:sz w:val="22"/>
        </w:rPr>
        <w:t>D. diễn viên</w:t>
      </w:r>
    </w:p>
    <w:p/>
    <w:p>
      <w:r>
        <w:rPr>
          <w:b/>
          <w:sz w:val="24"/>
        </w:rPr>
        <w:t>Câu 50: Nghĩa của 'film producer' là gì?</w:t>
      </w:r>
    </w:p>
    <w:p>
      <w:pPr>
        <w:pStyle w:val="ListParagraph"/>
      </w:pPr>
      <w:r>
        <w:rPr>
          <w:sz w:val="22"/>
        </w:rPr>
        <w:t>A. biên kịch</w:t>
      </w:r>
    </w:p>
    <w:p>
      <w:pPr>
        <w:pStyle w:val="ListParagraph"/>
      </w:pPr>
      <w:r>
        <w:rPr>
          <w:sz w:val="22"/>
        </w:rPr>
        <w:t>B. nhà sản xuất phim</w:t>
      </w:r>
    </w:p>
    <w:p>
      <w:pPr>
        <w:pStyle w:val="ListParagraph"/>
      </w:pPr>
      <w:r>
        <w:rPr>
          <w:sz w:val="22"/>
        </w:rPr>
        <w:t>C. quay phim</w:t>
      </w:r>
    </w:p>
    <w:p>
      <w:pPr>
        <w:pStyle w:val="ListParagraph"/>
      </w:pPr>
      <w:r>
        <w:rPr>
          <w:sz w:val="22"/>
        </w:rPr>
        <w:t>D. nhà phê bình</w:t>
      </w:r>
    </w:p>
    <w:p/>
    <w:p>
      <w:r>
        <w:rPr>
          <w:b/>
          <w:sz w:val="24"/>
        </w:rPr>
        <w:t>Câu 51: Nghĩa của 'businessman' là gì?</w:t>
      </w:r>
    </w:p>
    <w:p>
      <w:pPr>
        <w:pStyle w:val="ListParagraph"/>
      </w:pPr>
      <w:r>
        <w:rPr>
          <w:sz w:val="22"/>
        </w:rPr>
        <w:t>A. công nhân</w:t>
      </w:r>
    </w:p>
    <w:p>
      <w:pPr>
        <w:pStyle w:val="ListParagraph"/>
      </w:pPr>
      <w:r>
        <w:rPr>
          <w:sz w:val="22"/>
        </w:rPr>
        <w:t>B. nông dân</w:t>
      </w:r>
    </w:p>
    <w:p>
      <w:pPr>
        <w:pStyle w:val="ListParagraph"/>
      </w:pPr>
      <w:r>
        <w:rPr>
          <w:sz w:val="22"/>
        </w:rPr>
        <w:t>C. doanh nhân</w:t>
      </w:r>
    </w:p>
    <w:p>
      <w:pPr>
        <w:pStyle w:val="ListParagraph"/>
      </w:pPr>
      <w:r>
        <w:rPr>
          <w:sz w:val="22"/>
        </w:rPr>
        <w:t>D. bác sĩ</w:t>
      </w:r>
    </w:p>
    <w:p/>
    <w:p>
      <w:r>
        <w:rPr>
          <w:b/>
          <w:sz w:val="24"/>
        </w:rPr>
        <w:t>Câu 52: Nghĩa của 'relatives' là gì?</w:t>
      </w:r>
    </w:p>
    <w:p>
      <w:pPr>
        <w:pStyle w:val="ListParagraph"/>
      </w:pPr>
      <w:r>
        <w:rPr>
          <w:sz w:val="22"/>
        </w:rPr>
        <w:t>A. bạn bè</w:t>
      </w:r>
    </w:p>
    <w:p>
      <w:pPr>
        <w:pStyle w:val="ListParagraph"/>
      </w:pPr>
      <w:r>
        <w:rPr>
          <w:sz w:val="22"/>
        </w:rPr>
        <w:t>B. đồng nghiệp</w:t>
      </w:r>
    </w:p>
    <w:p>
      <w:pPr>
        <w:pStyle w:val="ListParagraph"/>
      </w:pPr>
      <w:r>
        <w:rPr>
          <w:sz w:val="22"/>
        </w:rPr>
        <w:t>C. hàng xóm</w:t>
      </w:r>
    </w:p>
    <w:p>
      <w:pPr>
        <w:pStyle w:val="ListParagraph"/>
      </w:pPr>
      <w:r>
        <w:rPr>
          <w:sz w:val="22"/>
        </w:rPr>
        <w:t>D. họ hàng</w:t>
      </w:r>
    </w:p>
    <w:p/>
    <w:p>
      <w:r>
        <w:rPr>
          <w:b/>
          <w:sz w:val="24"/>
        </w:rPr>
        <w:t>Câu 53: Nghĩa của 'older brother' là gì?</w:t>
      </w:r>
    </w:p>
    <w:p>
      <w:pPr>
        <w:pStyle w:val="ListParagraph"/>
      </w:pPr>
      <w:r>
        <w:rPr>
          <w:sz w:val="22"/>
        </w:rPr>
        <w:t>A. anh trai</w:t>
      </w:r>
    </w:p>
    <w:p>
      <w:pPr>
        <w:pStyle w:val="ListParagraph"/>
      </w:pPr>
      <w:r>
        <w:rPr>
          <w:sz w:val="22"/>
        </w:rPr>
        <w:t>B. em trai</w:t>
      </w:r>
    </w:p>
    <w:p>
      <w:pPr>
        <w:pStyle w:val="ListParagraph"/>
      </w:pPr>
      <w:r>
        <w:rPr>
          <w:sz w:val="22"/>
        </w:rPr>
        <w:t>C. chị gái</w:t>
      </w:r>
    </w:p>
    <w:p>
      <w:pPr>
        <w:pStyle w:val="ListParagraph"/>
      </w:pPr>
      <w:r>
        <w:rPr>
          <w:sz w:val="22"/>
        </w:rPr>
        <w:t>D. em gái</w:t>
      </w:r>
    </w:p>
    <w:p/>
    <w:p>
      <w:r>
        <w:rPr>
          <w:b/>
          <w:sz w:val="24"/>
        </w:rPr>
        <w:t>Câu 54: Nghĩa của 'younger sister' là gì?</w:t>
      </w:r>
    </w:p>
    <w:p>
      <w:pPr>
        <w:pStyle w:val="ListParagraph"/>
      </w:pPr>
      <w:r>
        <w:rPr>
          <w:sz w:val="22"/>
        </w:rPr>
        <w:t>A. em trai</w:t>
      </w:r>
    </w:p>
    <w:p>
      <w:pPr>
        <w:pStyle w:val="ListParagraph"/>
      </w:pPr>
      <w:r>
        <w:rPr>
          <w:sz w:val="22"/>
        </w:rPr>
        <w:t>B. em gái</w:t>
      </w:r>
    </w:p>
    <w:p>
      <w:pPr>
        <w:pStyle w:val="ListParagraph"/>
      </w:pPr>
      <w:r>
        <w:rPr>
          <w:sz w:val="22"/>
        </w:rPr>
        <w:t>C. chị gái</w:t>
      </w:r>
    </w:p>
    <w:p>
      <w:pPr>
        <w:pStyle w:val="ListParagraph"/>
      </w:pPr>
      <w:r>
        <w:rPr>
          <w:sz w:val="22"/>
        </w:rPr>
        <w:t>D. anh trai</w:t>
      </w:r>
    </w:p>
    <w:p/>
    <w:p>
      <w:r>
        <w:rPr>
          <w:b/>
          <w:sz w:val="24"/>
        </w:rPr>
        <w:t>Câu 55: Nghĩa của 'wife' là gì?</w:t>
      </w:r>
    </w:p>
    <w:p>
      <w:pPr>
        <w:pStyle w:val="ListParagraph"/>
      </w:pPr>
      <w:r>
        <w:rPr>
          <w:sz w:val="22"/>
        </w:rPr>
        <w:t>A. mẹ</w:t>
      </w:r>
    </w:p>
    <w:p>
      <w:pPr>
        <w:pStyle w:val="ListParagraph"/>
      </w:pPr>
      <w:r>
        <w:rPr>
          <w:sz w:val="22"/>
        </w:rPr>
        <w:t>B. con gái</w:t>
      </w:r>
    </w:p>
    <w:p>
      <w:pPr>
        <w:pStyle w:val="ListParagraph"/>
      </w:pPr>
      <w:r>
        <w:rPr>
          <w:sz w:val="22"/>
        </w:rPr>
        <w:t>C. vợ</w:t>
      </w:r>
    </w:p>
    <w:p>
      <w:pPr>
        <w:pStyle w:val="ListParagraph"/>
      </w:pPr>
      <w:r>
        <w:rPr>
          <w:sz w:val="22"/>
        </w:rPr>
        <w:t>D. chị gái</w:t>
      </w:r>
    </w:p>
    <w:p/>
    <w:p>
      <w:r>
        <w:rPr>
          <w:b/>
          <w:sz w:val="24"/>
        </w:rPr>
        <w:t>Câu 56: Nghĩa của 'daughter' là gì?</w:t>
      </w:r>
    </w:p>
    <w:p>
      <w:pPr>
        <w:pStyle w:val="ListParagraph"/>
      </w:pPr>
      <w:r>
        <w:rPr>
          <w:sz w:val="22"/>
        </w:rPr>
        <w:t>A. con trai</w:t>
      </w:r>
    </w:p>
    <w:p>
      <w:pPr>
        <w:pStyle w:val="ListParagraph"/>
      </w:pPr>
      <w:r>
        <w:rPr>
          <w:sz w:val="22"/>
        </w:rPr>
        <w:t>B. mẹ</w:t>
      </w:r>
    </w:p>
    <w:p>
      <w:pPr>
        <w:pStyle w:val="ListParagraph"/>
      </w:pPr>
      <w:r>
        <w:rPr>
          <w:sz w:val="22"/>
        </w:rPr>
        <w:t>C. vợ</w:t>
      </w:r>
    </w:p>
    <w:p>
      <w:pPr>
        <w:pStyle w:val="ListParagraph"/>
      </w:pPr>
      <w:r>
        <w:rPr>
          <w:sz w:val="22"/>
        </w:rPr>
        <w:t>D. con gái</w:t>
      </w:r>
    </w:p>
    <w:p/>
    <w:p>
      <w:r>
        <w:rPr>
          <w:b/>
          <w:sz w:val="24"/>
        </w:rPr>
        <w:t>Câu 57: Nghĩa của 'biological' là gì?</w:t>
      </w:r>
    </w:p>
    <w:p>
      <w:pPr>
        <w:pStyle w:val="ListParagraph"/>
      </w:pPr>
      <w:r>
        <w:rPr>
          <w:sz w:val="22"/>
        </w:rPr>
        <w:t>A. về mặt sinh học</w:t>
      </w:r>
    </w:p>
    <w:p>
      <w:pPr>
        <w:pStyle w:val="ListParagraph"/>
      </w:pPr>
      <w:r>
        <w:rPr>
          <w:sz w:val="22"/>
        </w:rPr>
        <w:t>B. về mặt xã hội</w:t>
      </w:r>
    </w:p>
    <w:p>
      <w:pPr>
        <w:pStyle w:val="ListParagraph"/>
      </w:pPr>
      <w:r>
        <w:rPr>
          <w:sz w:val="22"/>
        </w:rPr>
        <w:t>C. về mặt kinh tế</w:t>
      </w:r>
    </w:p>
    <w:p>
      <w:pPr>
        <w:pStyle w:val="ListParagraph"/>
      </w:pPr>
      <w:r>
        <w:rPr>
          <w:sz w:val="22"/>
        </w:rPr>
        <w:t>D. về mặt lịch sử</w:t>
      </w:r>
    </w:p>
    <w:p/>
    <w:p>
      <w:r>
        <w:rPr>
          <w:b/>
          <w:sz w:val="24"/>
        </w:rPr>
        <w:t>Câu 58: Nghĩa của 'award' là gì?</w:t>
      </w:r>
    </w:p>
    <w:p>
      <w:pPr>
        <w:pStyle w:val="ListParagraph"/>
      </w:pPr>
      <w:r>
        <w:rPr>
          <w:sz w:val="22"/>
        </w:rPr>
        <w:t>A. hình phạt</w:t>
      </w:r>
    </w:p>
    <w:p>
      <w:pPr>
        <w:pStyle w:val="ListParagraph"/>
      </w:pPr>
      <w:r>
        <w:rPr>
          <w:sz w:val="22"/>
        </w:rPr>
        <w:t>B. giải thưởng</w:t>
      </w:r>
    </w:p>
    <w:p>
      <w:pPr>
        <w:pStyle w:val="ListParagraph"/>
      </w:pPr>
      <w:r>
        <w:rPr>
          <w:sz w:val="22"/>
        </w:rPr>
        <w:t>C. bài kiểm tra</w:t>
      </w:r>
    </w:p>
    <w:p>
      <w:pPr>
        <w:pStyle w:val="ListParagraph"/>
      </w:pPr>
      <w:r>
        <w:rPr>
          <w:sz w:val="22"/>
        </w:rPr>
        <w:t>D. hợp đồng</w:t>
      </w:r>
    </w:p>
    <w:p/>
    <w:p>
      <w:r>
        <w:rPr>
          <w:b/>
          <w:sz w:val="24"/>
        </w:rPr>
        <w:t>Câu 59: Nghĩa của 'death' là gì?</w:t>
      </w:r>
    </w:p>
    <w:p>
      <w:pPr>
        <w:pStyle w:val="ListParagraph"/>
      </w:pPr>
      <w:r>
        <w:rPr>
          <w:sz w:val="22"/>
        </w:rPr>
        <w:t>A. sự sống</w:t>
      </w:r>
    </w:p>
    <w:p>
      <w:pPr>
        <w:pStyle w:val="ListParagraph"/>
      </w:pPr>
      <w:r>
        <w:rPr>
          <w:sz w:val="22"/>
        </w:rPr>
        <w:t>B. sự sinh sản</w:t>
      </w:r>
    </w:p>
    <w:p>
      <w:pPr>
        <w:pStyle w:val="ListParagraph"/>
      </w:pPr>
      <w:r>
        <w:rPr>
          <w:sz w:val="22"/>
        </w:rPr>
        <w:t>C. cái chết</w:t>
      </w:r>
    </w:p>
    <w:p>
      <w:pPr>
        <w:pStyle w:val="ListParagraph"/>
      </w:pPr>
      <w:r>
        <w:rPr>
          <w:sz w:val="22"/>
        </w:rPr>
        <w:t>D. sự trưởng thành</w:t>
      </w:r>
    </w:p>
    <w:p/>
    <w:p>
      <w:r>
        <w:rPr>
          <w:b/>
          <w:sz w:val="24"/>
        </w:rPr>
        <w:t>Câu 60: Nghĩa của 'It was such a pleasure' là gì?</w:t>
      </w:r>
    </w:p>
    <w:p>
      <w:pPr>
        <w:pStyle w:val="ListParagraph"/>
      </w:pPr>
      <w:r>
        <w:rPr>
          <w:sz w:val="22"/>
        </w:rPr>
        <w:t>A. thật đáng tiếc</w:t>
      </w:r>
    </w:p>
    <w:p>
      <w:pPr>
        <w:pStyle w:val="ListParagraph"/>
      </w:pPr>
      <w:r>
        <w:rPr>
          <w:sz w:val="22"/>
        </w:rPr>
        <w:t>B. thật khó chịu</w:t>
      </w:r>
    </w:p>
    <w:p>
      <w:pPr>
        <w:pStyle w:val="ListParagraph"/>
      </w:pPr>
      <w:r>
        <w:rPr>
          <w:sz w:val="22"/>
        </w:rPr>
        <w:t>C. thật thất vọng</w:t>
      </w:r>
    </w:p>
    <w:p>
      <w:pPr>
        <w:pStyle w:val="ListParagraph"/>
      </w:pPr>
      <w:r>
        <w:rPr>
          <w:sz w:val="22"/>
        </w:rPr>
        <w:t>D. thật vinh hạnh</w:t>
      </w:r>
    </w:p>
    <w:p/>
    <w:p>
      <w:r>
        <w:rPr>
          <w:b/>
          <w:sz w:val="24"/>
        </w:rPr>
        <w:t>Câu 61: Nghĩa của 'That's fantastic' là gì?</w:t>
      </w:r>
    </w:p>
    <w:p>
      <w:pPr>
        <w:pStyle w:val="ListParagraph"/>
      </w:pPr>
      <w:r>
        <w:rPr>
          <w:sz w:val="22"/>
        </w:rPr>
        <w:t>A. thật tuyệt vời</w:t>
      </w:r>
    </w:p>
    <w:p>
      <w:pPr>
        <w:pStyle w:val="ListParagraph"/>
      </w:pPr>
      <w:r>
        <w:rPr>
          <w:sz w:val="22"/>
        </w:rPr>
        <w:t>B. thật tồi tệ</w:t>
      </w:r>
    </w:p>
    <w:p>
      <w:pPr>
        <w:pStyle w:val="ListParagraph"/>
      </w:pPr>
      <w:r>
        <w:rPr>
          <w:sz w:val="22"/>
        </w:rPr>
        <w:t>C. thật bình thường</w:t>
      </w:r>
    </w:p>
    <w:p>
      <w:pPr>
        <w:pStyle w:val="ListParagraph"/>
      </w:pPr>
      <w:r>
        <w:rPr>
          <w:sz w:val="22"/>
        </w:rPr>
        <w:t>D. thật buồn chán</w:t>
      </w:r>
    </w:p>
    <w:p/>
    <w:p>
      <w:r>
        <w:rPr>
          <w:b/>
          <w:sz w:val="24"/>
        </w:rPr>
        <w:t>Câu 62: Nghĩa của 'I'm on top of the world' là gì?</w:t>
      </w:r>
    </w:p>
    <w:p>
      <w:pPr>
        <w:pStyle w:val="ListParagraph"/>
      </w:pPr>
      <w:r>
        <w:rPr>
          <w:sz w:val="22"/>
        </w:rPr>
        <w:t>A. thật mệt mỏi</w:t>
      </w:r>
    </w:p>
    <w:p>
      <w:pPr>
        <w:pStyle w:val="ListParagraph"/>
      </w:pPr>
      <w:r>
        <w:rPr>
          <w:sz w:val="22"/>
        </w:rPr>
        <w:t>B. thật hạnh phúc</w:t>
      </w:r>
    </w:p>
    <w:p>
      <w:pPr>
        <w:pStyle w:val="ListParagraph"/>
      </w:pPr>
      <w:r>
        <w:rPr>
          <w:sz w:val="22"/>
        </w:rPr>
        <w:t>C. thật lo lắng</w:t>
      </w:r>
    </w:p>
    <w:p>
      <w:pPr>
        <w:pStyle w:val="ListParagraph"/>
      </w:pPr>
      <w:r>
        <w:rPr>
          <w:sz w:val="22"/>
        </w:rPr>
        <w:t>D. thật tức giận</w:t>
      </w:r>
    </w:p>
    <w:p/>
    <w:p>
      <w:r>
        <w:rPr>
          <w:b/>
          <w:sz w:val="24"/>
        </w:rPr>
        <w:t>Câu 63: Nghĩa của 'I am so happy' là gì?</w:t>
      </w:r>
    </w:p>
    <w:p>
      <w:pPr>
        <w:pStyle w:val="ListParagraph"/>
      </w:pPr>
      <w:r>
        <w:rPr>
          <w:sz w:val="22"/>
        </w:rPr>
        <w:t>A. tôi rất buồn</w:t>
      </w:r>
    </w:p>
    <w:p>
      <w:pPr>
        <w:pStyle w:val="ListParagraph"/>
      </w:pPr>
      <w:r>
        <w:rPr>
          <w:sz w:val="22"/>
        </w:rPr>
        <w:t>B. tôi rất mệt</w:t>
      </w:r>
    </w:p>
    <w:p>
      <w:pPr>
        <w:pStyle w:val="ListParagraph"/>
      </w:pPr>
      <w:r>
        <w:rPr>
          <w:sz w:val="22"/>
        </w:rPr>
        <w:t>C. tôi rất hạnh phúc</w:t>
      </w:r>
    </w:p>
    <w:p>
      <w:pPr>
        <w:pStyle w:val="ListParagraph"/>
      </w:pPr>
      <w:r>
        <w:rPr>
          <w:sz w:val="22"/>
        </w:rPr>
        <w:t>D. tôi rất đói</w:t>
      </w:r>
    </w:p>
    <w:p/>
    <w:p>
      <w:r>
        <w:rPr>
          <w:b/>
          <w:sz w:val="24"/>
        </w:rPr>
        <w:t>Câu 64: Nghĩa của 'poetry' là gì?</w:t>
      </w:r>
    </w:p>
    <w:p>
      <w:pPr>
        <w:pStyle w:val="ListParagraph"/>
      </w:pPr>
      <w:r>
        <w:rPr>
          <w:sz w:val="22"/>
        </w:rPr>
        <w:t>A. tiểu thuyết</w:t>
      </w:r>
    </w:p>
    <w:p>
      <w:pPr>
        <w:pStyle w:val="ListParagraph"/>
      </w:pPr>
      <w:r>
        <w:rPr>
          <w:sz w:val="22"/>
        </w:rPr>
        <w:t>B. truyện ngắn</w:t>
      </w:r>
    </w:p>
    <w:p>
      <w:pPr>
        <w:pStyle w:val="ListParagraph"/>
      </w:pPr>
      <w:r>
        <w:rPr>
          <w:sz w:val="22"/>
        </w:rPr>
        <w:t>C. kịch</w:t>
      </w:r>
    </w:p>
    <w:p>
      <w:pPr>
        <w:pStyle w:val="ListParagraph"/>
      </w:pPr>
      <w:r>
        <w:rPr>
          <w:sz w:val="22"/>
        </w:rPr>
        <w:t>D. thơ</w:t>
      </w:r>
    </w:p>
    <w:p/>
    <w:p>
      <w:r>
        <w:rPr>
          <w:b/>
          <w:sz w:val="24"/>
        </w:rPr>
        <w:t>Câu 65: Nghĩa của 'competition' là gì?</w:t>
      </w:r>
    </w:p>
    <w:p>
      <w:pPr>
        <w:pStyle w:val="ListParagraph"/>
      </w:pPr>
      <w:r>
        <w:rPr>
          <w:sz w:val="22"/>
        </w:rPr>
        <w:t>A. cuộc thi</w:t>
      </w:r>
    </w:p>
    <w:p>
      <w:pPr>
        <w:pStyle w:val="ListParagraph"/>
      </w:pPr>
      <w:r>
        <w:rPr>
          <w:sz w:val="22"/>
        </w:rPr>
        <w:t>B. buổi hòa nhạc</w:t>
      </w:r>
    </w:p>
    <w:p>
      <w:pPr>
        <w:pStyle w:val="ListParagraph"/>
      </w:pPr>
      <w:r>
        <w:rPr>
          <w:sz w:val="22"/>
        </w:rPr>
        <w:t>C. triển lãm</w:t>
      </w:r>
    </w:p>
    <w:p>
      <w:pPr>
        <w:pStyle w:val="ListParagraph"/>
      </w:pPr>
      <w:r>
        <w:rPr>
          <w:sz w:val="22"/>
        </w:rPr>
        <w:t>D. hội thảo</w:t>
      </w:r>
    </w:p>
    <w:p/>
    <w:p>
      <w:r>
        <w:rPr>
          <w:b/>
          <w:sz w:val="24"/>
        </w:rPr>
        <w:t>Câu 66: Nghĩa của 'teenager' là gì?</w:t>
      </w:r>
    </w:p>
    <w:p>
      <w:pPr>
        <w:pStyle w:val="ListParagraph"/>
      </w:pPr>
      <w:r>
        <w:rPr>
          <w:sz w:val="22"/>
        </w:rPr>
        <w:t>A. người già</w:t>
      </w:r>
    </w:p>
    <w:p>
      <w:pPr>
        <w:pStyle w:val="ListParagraph"/>
      </w:pPr>
      <w:r>
        <w:rPr>
          <w:sz w:val="22"/>
        </w:rPr>
        <w:t>B. thanh thiếu niên</w:t>
      </w:r>
    </w:p>
    <w:p>
      <w:pPr>
        <w:pStyle w:val="ListParagraph"/>
      </w:pPr>
      <w:r>
        <w:rPr>
          <w:sz w:val="22"/>
        </w:rPr>
        <w:t>C. trẻ sơ sinh</w:t>
      </w:r>
    </w:p>
    <w:p>
      <w:pPr>
        <w:pStyle w:val="ListParagraph"/>
      </w:pPr>
      <w:r>
        <w:rPr>
          <w:sz w:val="22"/>
        </w:rPr>
        <w:t>D. người trưởng thành</w:t>
      </w:r>
    </w:p>
    <w:p/>
    <w:p>
      <w:r>
        <w:rPr>
          <w:b/>
          <w:sz w:val="24"/>
        </w:rPr>
        <w:t>Câu 67: Nghĩa của 'an inspiring poem' là gì?</w:t>
      </w:r>
    </w:p>
    <w:p>
      <w:pPr>
        <w:pStyle w:val="ListParagraph"/>
      </w:pPr>
      <w:r>
        <w:rPr>
          <w:sz w:val="22"/>
        </w:rPr>
        <w:t>A. một bài hát</w:t>
      </w:r>
    </w:p>
    <w:p>
      <w:pPr>
        <w:pStyle w:val="ListParagraph"/>
      </w:pPr>
      <w:r>
        <w:rPr>
          <w:sz w:val="22"/>
        </w:rPr>
        <w:t>B. một bức tranh</w:t>
      </w:r>
    </w:p>
    <w:p>
      <w:pPr>
        <w:pStyle w:val="ListParagraph"/>
      </w:pPr>
      <w:r>
        <w:rPr>
          <w:sz w:val="22"/>
        </w:rPr>
        <w:t>C. một bài thơ truyền cảm hứng</w:t>
      </w:r>
    </w:p>
    <w:p>
      <w:pPr>
        <w:pStyle w:val="ListParagraph"/>
      </w:pPr>
      <w:r>
        <w:rPr>
          <w:sz w:val="22"/>
        </w:rPr>
        <w:t>D. một câu chuyện</w:t>
      </w:r>
    </w:p>
    <w:p/>
    <w:p>
      <w:r>
        <w:rPr>
          <w:b/>
          <w:sz w:val="24"/>
        </w:rPr>
        <w:t>Câu 68: Nghĩa của 'presentation' là gì?</w:t>
      </w:r>
    </w:p>
    <w:p>
      <w:pPr>
        <w:pStyle w:val="ListParagraph"/>
      </w:pPr>
      <w:r>
        <w:rPr>
          <w:sz w:val="22"/>
        </w:rPr>
        <w:t>A. thảo luận</w:t>
      </w:r>
    </w:p>
    <w:p>
      <w:pPr>
        <w:pStyle w:val="ListParagraph"/>
      </w:pPr>
      <w:r>
        <w:rPr>
          <w:sz w:val="22"/>
        </w:rPr>
        <w:t>B. tranh luận</w:t>
      </w:r>
    </w:p>
    <w:p>
      <w:pPr>
        <w:pStyle w:val="ListParagraph"/>
      </w:pPr>
      <w:r>
        <w:rPr>
          <w:sz w:val="22"/>
        </w:rPr>
        <w:t>C. phỏng vấn</w:t>
      </w:r>
    </w:p>
    <w:p>
      <w:pPr>
        <w:pStyle w:val="ListParagraph"/>
      </w:pPr>
      <w:r>
        <w:rPr>
          <w:sz w:val="22"/>
        </w:rPr>
        <w:t>D. thuyết trình</w:t>
      </w:r>
    </w:p>
    <w:p/>
    <w:p>
      <w:r>
        <w:rPr>
          <w:b/>
          <w:sz w:val="24"/>
        </w:rPr>
        <w:t>Câu 69: Nghĩa của 'a public-speaking event' là gì?</w:t>
      </w:r>
    </w:p>
    <w:p>
      <w:pPr>
        <w:pStyle w:val="ListParagraph"/>
      </w:pPr>
      <w:r>
        <w:rPr>
          <w:sz w:val="22"/>
        </w:rPr>
        <w:t>A. sự kiện nói chuyện trước công chúng</w:t>
      </w:r>
    </w:p>
    <w:p>
      <w:pPr>
        <w:pStyle w:val="ListParagraph"/>
      </w:pPr>
      <w:r>
        <w:rPr>
          <w:sz w:val="22"/>
        </w:rPr>
        <w:t>B. buổi hòa nhạc</w:t>
      </w:r>
    </w:p>
    <w:p>
      <w:pPr>
        <w:pStyle w:val="ListParagraph"/>
      </w:pPr>
      <w:r>
        <w:rPr>
          <w:sz w:val="22"/>
        </w:rPr>
        <w:t>C. cuộc thi thể thao</w:t>
      </w:r>
    </w:p>
    <w:p>
      <w:pPr>
        <w:pStyle w:val="ListParagraph"/>
      </w:pPr>
      <w:r>
        <w:rPr>
          <w:sz w:val="22"/>
        </w:rPr>
        <w:t>D. triển lãm nghệ thuật</w:t>
      </w:r>
    </w:p>
    <w:p/>
    <w:p>
      <w:r>
        <w:rPr>
          <w:b/>
          <w:sz w:val="24"/>
        </w:rPr>
        <w:t>Câu 70: Nghĩa của 'queen' là gì?</w:t>
      </w:r>
    </w:p>
    <w:p>
      <w:pPr>
        <w:pStyle w:val="ListParagraph"/>
      </w:pPr>
      <w:r>
        <w:rPr>
          <w:sz w:val="22"/>
        </w:rPr>
        <w:t>A. công chúa</w:t>
      </w:r>
    </w:p>
    <w:p>
      <w:pPr>
        <w:pStyle w:val="ListParagraph"/>
      </w:pPr>
      <w:r>
        <w:rPr>
          <w:sz w:val="22"/>
        </w:rPr>
        <w:t>B. nữ hoàng</w:t>
      </w:r>
    </w:p>
    <w:p>
      <w:pPr>
        <w:pStyle w:val="ListParagraph"/>
      </w:pPr>
      <w:r>
        <w:rPr>
          <w:sz w:val="22"/>
        </w:rPr>
        <w:t>C. hoàng tử</w:t>
      </w:r>
    </w:p>
    <w:p>
      <w:pPr>
        <w:pStyle w:val="ListParagraph"/>
      </w:pPr>
      <w:r>
        <w:rPr>
          <w:sz w:val="22"/>
        </w:rPr>
        <w:t>D. vua</w:t>
      </w:r>
    </w:p>
    <w:p/>
    <w:p>
      <w:r>
        <w:rPr>
          <w:b/>
          <w:sz w:val="24"/>
        </w:rPr>
        <w:t>Câu 71: Nghĩa của 'rule' là gì?</w:t>
      </w:r>
    </w:p>
    <w:p>
      <w:pPr>
        <w:pStyle w:val="ListParagraph"/>
      </w:pPr>
      <w:r>
        <w:rPr>
          <w:sz w:val="22"/>
        </w:rPr>
        <w:t>A. phục tùng</w:t>
      </w:r>
    </w:p>
    <w:p>
      <w:pPr>
        <w:pStyle w:val="ListParagraph"/>
      </w:pPr>
      <w:r>
        <w:rPr>
          <w:sz w:val="22"/>
        </w:rPr>
        <w:t>B. nổi loạn</w:t>
      </w:r>
    </w:p>
    <w:p>
      <w:pPr>
        <w:pStyle w:val="ListParagraph"/>
      </w:pPr>
      <w:r>
        <w:rPr>
          <w:sz w:val="22"/>
        </w:rPr>
        <w:t>C. cai trị</w:t>
      </w:r>
    </w:p>
    <w:p>
      <w:pPr>
        <w:pStyle w:val="ListParagraph"/>
      </w:pPr>
      <w:r>
        <w:rPr>
          <w:sz w:val="22"/>
        </w:rPr>
        <w:t>D. đàm phán</w:t>
      </w:r>
    </w:p>
    <w:p/>
    <w:p>
      <w:r>
        <w:rPr>
          <w:b/>
          <w:sz w:val="24"/>
        </w:rPr>
        <w:t>Câu 72: Nghĩa của 'history' là gì?</w:t>
      </w:r>
    </w:p>
    <w:p>
      <w:pPr>
        <w:pStyle w:val="ListParagraph"/>
      </w:pPr>
      <w:r>
        <w:rPr>
          <w:sz w:val="22"/>
        </w:rPr>
        <w:t>A. địa lý</w:t>
      </w:r>
    </w:p>
    <w:p>
      <w:pPr>
        <w:pStyle w:val="ListParagraph"/>
      </w:pPr>
      <w:r>
        <w:rPr>
          <w:sz w:val="22"/>
        </w:rPr>
        <w:t>B. toán học</w:t>
      </w:r>
    </w:p>
    <w:p>
      <w:pPr>
        <w:pStyle w:val="ListParagraph"/>
      </w:pPr>
      <w:r>
        <w:rPr>
          <w:sz w:val="22"/>
        </w:rPr>
        <w:t>C. văn học</w:t>
      </w:r>
    </w:p>
    <w:p>
      <w:pPr>
        <w:pStyle w:val="ListParagraph"/>
      </w:pPr>
      <w:r>
        <w:rPr>
          <w:sz w:val="22"/>
        </w:rPr>
        <w:t>D. lịch sử</w:t>
      </w:r>
    </w:p>
    <w:p/>
    <w:p>
      <w:r>
        <w:rPr>
          <w:b/>
          <w:sz w:val="24"/>
        </w:rPr>
        <w:t>Câu 73: Nghĩa của 'Ancient Egypt' là gì?</w:t>
      </w:r>
    </w:p>
    <w:p>
      <w:pPr>
        <w:pStyle w:val="ListParagraph"/>
      </w:pPr>
      <w:r>
        <w:rPr>
          <w:sz w:val="22"/>
        </w:rPr>
        <w:t>A. Ai Cập cổ đại</w:t>
      </w:r>
    </w:p>
    <w:p>
      <w:pPr>
        <w:pStyle w:val="ListParagraph"/>
      </w:pPr>
      <w:r>
        <w:rPr>
          <w:sz w:val="22"/>
        </w:rPr>
        <w:t>B. Hy Lạp cổ đại</w:t>
      </w:r>
    </w:p>
    <w:p>
      <w:pPr>
        <w:pStyle w:val="ListParagraph"/>
      </w:pPr>
      <w:r>
        <w:rPr>
          <w:sz w:val="22"/>
        </w:rPr>
        <w:t>C. La Mã cổ đại</w:t>
      </w:r>
    </w:p>
    <w:p>
      <w:pPr>
        <w:pStyle w:val="ListParagraph"/>
      </w:pPr>
      <w:r>
        <w:rPr>
          <w:sz w:val="22"/>
        </w:rPr>
        <w:t>D. Trung Quốc cổ đại</w:t>
      </w:r>
    </w:p>
    <w:p/>
    <w:p>
      <w:r>
        <w:rPr>
          <w:b/>
          <w:sz w:val="24"/>
        </w:rPr>
        <w:t>Câu 74: Nghĩa của 'determination' là gì?</w:t>
      </w:r>
    </w:p>
    <w:p>
      <w:pPr>
        <w:pStyle w:val="ListParagraph"/>
      </w:pPr>
      <w:r>
        <w:rPr>
          <w:sz w:val="22"/>
        </w:rPr>
        <w:t>A. sự do dự</w:t>
      </w:r>
    </w:p>
    <w:p>
      <w:pPr>
        <w:pStyle w:val="ListParagraph"/>
      </w:pPr>
      <w:r>
        <w:rPr>
          <w:sz w:val="22"/>
        </w:rPr>
        <w:t>B. sự quyết tâm</w:t>
      </w:r>
    </w:p>
    <w:p>
      <w:pPr>
        <w:pStyle w:val="ListParagraph"/>
      </w:pPr>
      <w:r>
        <w:rPr>
          <w:sz w:val="22"/>
        </w:rPr>
        <w:t>C. sự nhút nhát</w:t>
      </w:r>
    </w:p>
    <w:p>
      <w:pPr>
        <w:pStyle w:val="ListParagraph"/>
      </w:pPr>
      <w:r>
        <w:rPr>
          <w:sz w:val="22"/>
        </w:rPr>
        <w:t>D. sự lười biếng</w:t>
      </w:r>
    </w:p>
    <w:p/>
    <w:p>
      <w:r>
        <w:rPr>
          <w:b/>
          <w:sz w:val="24"/>
        </w:rPr>
        <w:t>Câu 75: Nghĩa của 'beauty' là gì?</w:t>
      </w:r>
    </w:p>
    <w:p>
      <w:pPr>
        <w:pStyle w:val="ListParagraph"/>
      </w:pPr>
      <w:r>
        <w:rPr>
          <w:sz w:val="22"/>
        </w:rPr>
        <w:t>A. sự thông minh</w:t>
      </w:r>
    </w:p>
    <w:p>
      <w:pPr>
        <w:pStyle w:val="ListParagraph"/>
      </w:pPr>
      <w:r>
        <w:rPr>
          <w:sz w:val="22"/>
        </w:rPr>
        <w:t>B. sự giàu có</w:t>
      </w:r>
    </w:p>
    <w:p>
      <w:pPr>
        <w:pStyle w:val="ListParagraph"/>
      </w:pPr>
      <w:r>
        <w:rPr>
          <w:sz w:val="22"/>
        </w:rPr>
        <w:t>C. sắc đẹp</w:t>
      </w:r>
    </w:p>
    <w:p>
      <w:pPr>
        <w:pStyle w:val="ListParagraph"/>
      </w:pPr>
      <w:r>
        <w:rPr>
          <w:sz w:val="22"/>
        </w:rPr>
        <w:t>D. sự nổi tiếng</w:t>
      </w:r>
    </w:p>
    <w:p/>
    <w:p>
      <w:r>
        <w:rPr>
          <w:b/>
          <w:sz w:val="24"/>
        </w:rPr>
        <w:t>Câu 76: Nghĩa của 'well-educated' là gì?</w:t>
      </w:r>
    </w:p>
    <w:p>
      <w:pPr>
        <w:pStyle w:val="ListParagraph"/>
      </w:pPr>
      <w:r>
        <w:rPr>
          <w:sz w:val="22"/>
        </w:rPr>
        <w:t>A. thất học</w:t>
      </w:r>
    </w:p>
    <w:p>
      <w:pPr>
        <w:pStyle w:val="ListParagraph"/>
      </w:pPr>
      <w:r>
        <w:rPr>
          <w:sz w:val="22"/>
        </w:rPr>
        <w:t>B. bỏ học</w:t>
      </w:r>
    </w:p>
    <w:p>
      <w:pPr>
        <w:pStyle w:val="ListParagraph"/>
      </w:pPr>
      <w:r>
        <w:rPr>
          <w:sz w:val="22"/>
        </w:rPr>
        <w:t>C. tự học</w:t>
      </w:r>
    </w:p>
    <w:p>
      <w:pPr>
        <w:pStyle w:val="ListParagraph"/>
      </w:pPr>
      <w:r>
        <w:rPr>
          <w:sz w:val="22"/>
        </w:rPr>
        <w:t>D. được giáo dục tốt</w:t>
      </w:r>
    </w:p>
    <w:p/>
    <w:p>
      <w:r>
        <w:rPr>
          <w:b/>
          <w:sz w:val="24"/>
        </w:rPr>
        <w:t>Câu 77: Nghĩa của 'empire' là gì?</w:t>
      </w:r>
    </w:p>
    <w:p>
      <w:pPr>
        <w:pStyle w:val="ListParagraph"/>
      </w:pPr>
      <w:r>
        <w:rPr>
          <w:sz w:val="22"/>
        </w:rPr>
        <w:t>A. đế chế</w:t>
      </w:r>
    </w:p>
    <w:p>
      <w:pPr>
        <w:pStyle w:val="ListParagraph"/>
      </w:pPr>
      <w:r>
        <w:rPr>
          <w:sz w:val="22"/>
        </w:rPr>
        <w:t>B. quốc gia</w:t>
      </w:r>
    </w:p>
    <w:p>
      <w:pPr>
        <w:pStyle w:val="ListParagraph"/>
      </w:pPr>
      <w:r>
        <w:rPr>
          <w:sz w:val="22"/>
        </w:rPr>
        <w:t>C. thành phố</w:t>
      </w:r>
    </w:p>
    <w:p>
      <w:pPr>
        <w:pStyle w:val="ListParagraph"/>
      </w:pPr>
      <w:r>
        <w:rPr>
          <w:sz w:val="22"/>
        </w:rPr>
        <w:t>D. lãnh thổ</w:t>
      </w:r>
    </w:p>
    <w:p/>
    <w:p>
      <w:r>
        <w:rPr>
          <w:b/>
          <w:sz w:val="24"/>
        </w:rPr>
        <w:t>Câu 78: Nghĩa của 'independent' là gì?</w:t>
      </w:r>
    </w:p>
    <w:p>
      <w:pPr>
        <w:pStyle w:val="ListParagraph"/>
      </w:pPr>
      <w:r>
        <w:rPr>
          <w:sz w:val="22"/>
        </w:rPr>
        <w:t>A. phụ thuộc</w:t>
      </w:r>
    </w:p>
    <w:p>
      <w:pPr>
        <w:pStyle w:val="ListParagraph"/>
      </w:pPr>
      <w:r>
        <w:rPr>
          <w:sz w:val="22"/>
        </w:rPr>
        <w:t>B. độc lập</w:t>
      </w:r>
    </w:p>
    <w:p>
      <w:pPr>
        <w:pStyle w:val="ListParagraph"/>
      </w:pPr>
      <w:r>
        <w:rPr>
          <w:sz w:val="22"/>
        </w:rPr>
        <w:t>C. lệ thuộc</w:t>
      </w:r>
    </w:p>
    <w:p>
      <w:pPr>
        <w:pStyle w:val="ListParagraph"/>
      </w:pPr>
      <w:r>
        <w:rPr>
          <w:sz w:val="22"/>
        </w:rPr>
        <w:t>D. nô lệ</w:t>
      </w:r>
    </w:p>
    <w:p/>
    <w:p>
      <w:r>
        <w:rPr>
          <w:b/>
          <w:sz w:val="24"/>
        </w:rPr>
        <w:t>Câu 79: Nghĩa của 'intelligence' là gì?</w:t>
      </w:r>
    </w:p>
    <w:p>
      <w:pPr>
        <w:pStyle w:val="ListParagraph"/>
      </w:pPr>
      <w:r>
        <w:rPr>
          <w:sz w:val="22"/>
        </w:rPr>
        <w:t>A. sự ngu ngốc</w:t>
      </w:r>
    </w:p>
    <w:p>
      <w:pPr>
        <w:pStyle w:val="ListParagraph"/>
      </w:pPr>
      <w:r>
        <w:rPr>
          <w:sz w:val="22"/>
        </w:rPr>
        <w:t>B. sự chăm chỉ</w:t>
      </w:r>
    </w:p>
    <w:p>
      <w:pPr>
        <w:pStyle w:val="ListParagraph"/>
      </w:pPr>
      <w:r>
        <w:rPr>
          <w:sz w:val="22"/>
        </w:rPr>
        <w:t>C. sự thông minh</w:t>
      </w:r>
    </w:p>
    <w:p>
      <w:pPr>
        <w:pStyle w:val="ListParagraph"/>
      </w:pPr>
      <w:r>
        <w:rPr>
          <w:sz w:val="22"/>
        </w:rPr>
        <w:t>D. sự may mắn</w:t>
      </w:r>
    </w:p>
    <w:p/>
    <w:p>
      <w:r>
        <w:rPr>
          <w:b/>
          <w:sz w:val="24"/>
        </w:rPr>
        <w:t>Câu 80: Nghĩa của 'translate' là gì?</w:t>
      </w:r>
    </w:p>
    <w:p>
      <w:pPr>
        <w:pStyle w:val="ListParagraph"/>
      </w:pPr>
      <w:r>
        <w:rPr>
          <w:sz w:val="22"/>
        </w:rPr>
        <w:t>A. viết</w:t>
      </w:r>
    </w:p>
    <w:p>
      <w:pPr>
        <w:pStyle w:val="ListParagraph"/>
      </w:pPr>
      <w:r>
        <w:rPr>
          <w:sz w:val="22"/>
        </w:rPr>
        <w:t>B. đọc</w:t>
      </w:r>
    </w:p>
    <w:p>
      <w:pPr>
        <w:pStyle w:val="ListParagraph"/>
      </w:pPr>
      <w:r>
        <w:rPr>
          <w:sz w:val="22"/>
        </w:rPr>
        <w:t>C. nói</w:t>
      </w:r>
    </w:p>
    <w:p>
      <w:pPr>
        <w:pStyle w:val="ListParagraph"/>
      </w:pPr>
      <w:r>
        <w:rPr>
          <w:sz w:val="22"/>
        </w:rPr>
        <w:t>D. dịch</w:t>
      </w:r>
    </w:p>
    <w:p/>
    <w:p>
      <w:r>
        <w:rPr>
          <w:b/>
          <w:sz w:val="24"/>
        </w:rPr>
        <w:t>Câu 81: Nghĩa của 'lengthy text' là gì?</w:t>
      </w:r>
    </w:p>
    <w:p>
      <w:pPr>
        <w:pStyle w:val="ListParagraph"/>
      </w:pPr>
      <w:r>
        <w:rPr>
          <w:sz w:val="22"/>
        </w:rPr>
        <w:t>A. văn bản dài</w:t>
      </w:r>
    </w:p>
    <w:p>
      <w:pPr>
        <w:pStyle w:val="ListParagraph"/>
      </w:pPr>
      <w:r>
        <w:rPr>
          <w:sz w:val="22"/>
        </w:rPr>
        <w:t>B. văn bản ngắn</w:t>
      </w:r>
    </w:p>
    <w:p>
      <w:pPr>
        <w:pStyle w:val="ListParagraph"/>
      </w:pPr>
      <w:r>
        <w:rPr>
          <w:sz w:val="22"/>
        </w:rPr>
        <w:t>C. hình ảnh</w:t>
      </w:r>
    </w:p>
    <w:p>
      <w:pPr>
        <w:pStyle w:val="ListParagraph"/>
      </w:pPr>
      <w:r>
        <w:rPr>
          <w:sz w:val="22"/>
        </w:rPr>
        <w:t>D. âm thanh</w:t>
      </w:r>
    </w:p>
    <w:p/>
    <w:p>
      <w:r>
        <w:rPr>
          <w:b/>
          <w:sz w:val="24"/>
        </w:rPr>
        <w:t>Câu 82: Nghĩa của 'to be considered' là gì?</w:t>
      </w:r>
    </w:p>
    <w:p>
      <w:pPr>
        <w:pStyle w:val="ListParagraph"/>
      </w:pPr>
      <w:r>
        <w:rPr>
          <w:sz w:val="22"/>
        </w:rPr>
        <w:t>A. bị phủ nhận</w:t>
      </w:r>
    </w:p>
    <w:p>
      <w:pPr>
        <w:pStyle w:val="ListParagraph"/>
      </w:pPr>
      <w:r>
        <w:rPr>
          <w:sz w:val="22"/>
        </w:rPr>
        <w:t>B. được coi là</w:t>
      </w:r>
    </w:p>
    <w:p>
      <w:pPr>
        <w:pStyle w:val="ListParagraph"/>
      </w:pPr>
      <w:r>
        <w:rPr>
          <w:sz w:val="22"/>
        </w:rPr>
        <w:t>C. bị lãng quên</w:t>
      </w:r>
    </w:p>
    <w:p>
      <w:pPr>
        <w:pStyle w:val="ListParagraph"/>
      </w:pPr>
      <w:r>
        <w:rPr>
          <w:sz w:val="22"/>
        </w:rPr>
        <w:t>D. bị chỉ trích</w:t>
      </w:r>
    </w:p>
    <w:p/>
    <w:p>
      <w:r>
        <w:rPr>
          <w:b/>
          <w:sz w:val="24"/>
        </w:rPr>
        <w:t>Câu 83: Nghĩa của 'British history' là gì?</w:t>
      </w:r>
    </w:p>
    <w:p>
      <w:pPr>
        <w:pStyle w:val="ListParagraph"/>
      </w:pPr>
      <w:r>
        <w:rPr>
          <w:sz w:val="22"/>
        </w:rPr>
        <w:t>A. lịch sử nước Pháp</w:t>
      </w:r>
    </w:p>
    <w:p>
      <w:pPr>
        <w:pStyle w:val="ListParagraph"/>
      </w:pPr>
      <w:r>
        <w:rPr>
          <w:sz w:val="22"/>
        </w:rPr>
        <w:t>B. lịch sử nước Mỹ</w:t>
      </w:r>
    </w:p>
    <w:p>
      <w:pPr>
        <w:pStyle w:val="ListParagraph"/>
      </w:pPr>
      <w:r>
        <w:rPr>
          <w:sz w:val="22"/>
        </w:rPr>
        <w:t>C. lịch sử nước Anh</w:t>
      </w:r>
    </w:p>
    <w:p>
      <w:pPr>
        <w:pStyle w:val="ListParagraph"/>
      </w:pPr>
      <w:r>
        <w:rPr>
          <w:sz w:val="22"/>
        </w:rPr>
        <w:t>D. lịch sử nước Đức</w:t>
      </w:r>
    </w:p>
    <w:p/>
    <w:p>
      <w:r>
        <w:rPr>
          <w:b/>
          <w:sz w:val="24"/>
        </w:rPr>
        <w:t>Câu 84: Nghĩa của 'defeat' là gì?</w:t>
      </w:r>
    </w:p>
    <w:p>
      <w:pPr>
        <w:pStyle w:val="ListParagraph"/>
      </w:pPr>
      <w:r>
        <w:rPr>
          <w:sz w:val="22"/>
        </w:rPr>
        <w:t>A. đầu hàng</w:t>
      </w:r>
    </w:p>
    <w:p>
      <w:pPr>
        <w:pStyle w:val="ListParagraph"/>
      </w:pPr>
      <w:r>
        <w:rPr>
          <w:sz w:val="22"/>
        </w:rPr>
        <w:t>B. hòa giải</w:t>
      </w:r>
    </w:p>
    <w:p>
      <w:pPr>
        <w:pStyle w:val="ListParagraph"/>
      </w:pPr>
      <w:r>
        <w:rPr>
          <w:sz w:val="22"/>
        </w:rPr>
        <w:t>C. hợp tác</w:t>
      </w:r>
    </w:p>
    <w:p>
      <w:pPr>
        <w:pStyle w:val="ListParagraph"/>
      </w:pPr>
      <w:r>
        <w:rPr>
          <w:sz w:val="22"/>
        </w:rPr>
        <w:t>D. đánh bại</w:t>
      </w:r>
    </w:p>
    <w:p/>
    <w:p>
      <w:r>
        <w:rPr>
          <w:b/>
          <w:sz w:val="24"/>
        </w:rPr>
        <w:t>Câu 85: Nghĩa của 'powerful' là gì?</w:t>
      </w:r>
    </w:p>
    <w:p>
      <w:pPr>
        <w:pStyle w:val="ListParagraph"/>
      </w:pPr>
      <w:r>
        <w:rPr>
          <w:sz w:val="22"/>
        </w:rPr>
        <w:t>A. mạnh mẽ</w:t>
      </w:r>
    </w:p>
    <w:p>
      <w:pPr>
        <w:pStyle w:val="ListParagraph"/>
      </w:pPr>
      <w:r>
        <w:rPr>
          <w:sz w:val="22"/>
        </w:rPr>
        <w:t>B. yếu ớt</w:t>
      </w:r>
    </w:p>
    <w:p>
      <w:pPr>
        <w:pStyle w:val="ListParagraph"/>
      </w:pPr>
      <w:r>
        <w:rPr>
          <w:sz w:val="22"/>
        </w:rPr>
        <w:t>C. nhỏ bé</w:t>
      </w:r>
    </w:p>
    <w:p>
      <w:pPr>
        <w:pStyle w:val="ListParagraph"/>
      </w:pPr>
      <w:r>
        <w:rPr>
          <w:sz w:val="22"/>
        </w:rPr>
        <w:t>D. tầm thường</w:t>
      </w:r>
    </w:p>
    <w:p/>
    <w:p>
      <w:r>
        <w:rPr>
          <w:b/>
          <w:sz w:val="24"/>
        </w:rPr>
        <w:t>Câu 86: Nghĩa của 'navy' là gì?</w:t>
      </w:r>
    </w:p>
    <w:p>
      <w:pPr>
        <w:pStyle w:val="ListParagraph"/>
      </w:pPr>
      <w:r>
        <w:rPr>
          <w:sz w:val="22"/>
        </w:rPr>
        <w:t>A. Lục quân</w:t>
      </w:r>
    </w:p>
    <w:p>
      <w:pPr>
        <w:pStyle w:val="ListParagraph"/>
      </w:pPr>
      <w:r>
        <w:rPr>
          <w:sz w:val="22"/>
        </w:rPr>
        <w:t>B. Hải quân</w:t>
      </w:r>
    </w:p>
    <w:p>
      <w:pPr>
        <w:pStyle w:val="ListParagraph"/>
      </w:pPr>
      <w:r>
        <w:rPr>
          <w:sz w:val="22"/>
        </w:rPr>
        <w:t>C. Không quân</w:t>
      </w:r>
    </w:p>
    <w:p>
      <w:pPr>
        <w:pStyle w:val="ListParagraph"/>
      </w:pPr>
      <w:r>
        <w:rPr>
          <w:sz w:val="22"/>
        </w:rPr>
        <w:t>D. Cảnh sát</w:t>
      </w:r>
    </w:p>
    <w:p/>
    <w:p>
      <w:r>
        <w:rPr>
          <w:b/>
          <w:sz w:val="24"/>
        </w:rPr>
        <w:t>Câu 87: Nghĩa của 'encourage' là gì?</w:t>
      </w:r>
    </w:p>
    <w:p>
      <w:pPr>
        <w:pStyle w:val="ListParagraph"/>
      </w:pPr>
      <w:r>
        <w:rPr>
          <w:sz w:val="22"/>
        </w:rPr>
        <w:t>A. ngăn cản</w:t>
      </w:r>
    </w:p>
    <w:p>
      <w:pPr>
        <w:pStyle w:val="ListParagraph"/>
      </w:pPr>
      <w:r>
        <w:rPr>
          <w:sz w:val="22"/>
        </w:rPr>
        <w:t>B. cấm đoán</w:t>
      </w:r>
    </w:p>
    <w:p>
      <w:pPr>
        <w:pStyle w:val="ListParagraph"/>
      </w:pPr>
      <w:r>
        <w:rPr>
          <w:sz w:val="22"/>
        </w:rPr>
        <w:t>C. khuyến khích</w:t>
      </w:r>
    </w:p>
    <w:p>
      <w:pPr>
        <w:pStyle w:val="ListParagraph"/>
      </w:pPr>
      <w:r>
        <w:rPr>
          <w:sz w:val="22"/>
        </w:rPr>
        <w:t>D. trừng phạt</w:t>
      </w:r>
    </w:p>
    <w:p/>
    <w:p>
      <w:r>
        <w:rPr>
          <w:b/>
          <w:sz w:val="24"/>
        </w:rPr>
        <w:t>Câu 88: Nghĩa của 'refuse to' là gì?</w:t>
      </w:r>
    </w:p>
    <w:p>
      <w:pPr>
        <w:pStyle w:val="ListParagraph"/>
      </w:pPr>
      <w:r>
        <w:rPr>
          <w:sz w:val="22"/>
        </w:rPr>
        <w:t>A. đồng ý</w:t>
      </w:r>
    </w:p>
    <w:p>
      <w:pPr>
        <w:pStyle w:val="ListParagraph"/>
      </w:pPr>
      <w:r>
        <w:rPr>
          <w:sz w:val="22"/>
        </w:rPr>
        <w:t>B. chấp nhận</w:t>
      </w:r>
    </w:p>
    <w:p>
      <w:pPr>
        <w:pStyle w:val="ListParagraph"/>
      </w:pPr>
      <w:r>
        <w:rPr>
          <w:sz w:val="22"/>
        </w:rPr>
        <w:t>C. ủng hộ</w:t>
      </w:r>
    </w:p>
    <w:p>
      <w:pPr>
        <w:pStyle w:val="ListParagraph"/>
      </w:pPr>
      <w:r>
        <w:rPr>
          <w:sz w:val="22"/>
        </w:rPr>
        <w:t>D. từ chối</w:t>
      </w:r>
    </w:p>
    <w:p/>
    <w:p>
      <w:r>
        <w:rPr>
          <w:b/>
          <w:sz w:val="24"/>
        </w:rPr>
        <w:t>Câu 89: Nghĩa của 'get married' là gì?</w:t>
      </w:r>
    </w:p>
    <w:p>
      <w:pPr>
        <w:pStyle w:val="ListParagraph"/>
      </w:pPr>
      <w:r>
        <w:rPr>
          <w:sz w:val="22"/>
        </w:rPr>
        <w:t>A. kết hôn</w:t>
      </w:r>
    </w:p>
    <w:p>
      <w:pPr>
        <w:pStyle w:val="ListParagraph"/>
      </w:pPr>
      <w:r>
        <w:rPr>
          <w:sz w:val="22"/>
        </w:rPr>
        <w:t>B. ly hôn</w:t>
      </w:r>
    </w:p>
    <w:p>
      <w:pPr>
        <w:pStyle w:val="ListParagraph"/>
      </w:pPr>
      <w:r>
        <w:rPr>
          <w:sz w:val="22"/>
        </w:rPr>
        <w:t>C. đính hôn</w:t>
      </w:r>
    </w:p>
    <w:p>
      <w:pPr>
        <w:pStyle w:val="ListParagraph"/>
      </w:pPr>
      <w:r>
        <w:rPr>
          <w:sz w:val="22"/>
        </w:rPr>
        <w:t>D. hẹn hò</w:t>
      </w:r>
    </w:p>
    <w:p/>
    <w:p>
      <w:r>
        <w:rPr>
          <w:b/>
          <w:sz w:val="24"/>
        </w:rPr>
        <w:t>Câu 90: Nghĩa của 'ambitious' là gì?</w:t>
      </w:r>
    </w:p>
    <w:p>
      <w:pPr>
        <w:pStyle w:val="ListParagraph"/>
      </w:pPr>
      <w:r>
        <w:rPr>
          <w:sz w:val="22"/>
        </w:rPr>
        <w:t>A. lười biếng</w:t>
      </w:r>
    </w:p>
    <w:p>
      <w:pPr>
        <w:pStyle w:val="ListParagraph"/>
      </w:pPr>
      <w:r>
        <w:rPr>
          <w:sz w:val="22"/>
        </w:rPr>
        <w:t>B. có ý chí</w:t>
      </w:r>
    </w:p>
    <w:p>
      <w:pPr>
        <w:pStyle w:val="ListParagraph"/>
      </w:pPr>
      <w:r>
        <w:rPr>
          <w:sz w:val="22"/>
        </w:rPr>
        <w:t>C. nhút nhát</w:t>
      </w:r>
    </w:p>
    <w:p>
      <w:pPr>
        <w:pStyle w:val="ListParagraph"/>
      </w:pPr>
      <w:r>
        <w:rPr>
          <w:sz w:val="22"/>
        </w:rPr>
        <w:t>D. thụ động</w:t>
      </w:r>
    </w:p>
    <w:p/>
    <w:p>
      <w:r>
        <w:rPr>
          <w:b/>
          <w:sz w:val="24"/>
        </w:rPr>
        <w:t>Câu 91: Nghĩa của 'dedicated' là gì?</w:t>
      </w:r>
    </w:p>
    <w:p>
      <w:pPr>
        <w:pStyle w:val="ListParagraph"/>
      </w:pPr>
      <w:r>
        <w:rPr>
          <w:sz w:val="22"/>
        </w:rPr>
        <w:t>A. thờ ơ</w:t>
      </w:r>
    </w:p>
    <w:p>
      <w:pPr>
        <w:pStyle w:val="ListParagraph"/>
      </w:pPr>
      <w:r>
        <w:rPr>
          <w:sz w:val="22"/>
        </w:rPr>
        <w:t>B. bất cẩn</w:t>
      </w:r>
    </w:p>
    <w:p>
      <w:pPr>
        <w:pStyle w:val="ListParagraph"/>
      </w:pPr>
      <w:r>
        <w:rPr>
          <w:sz w:val="22"/>
        </w:rPr>
        <w:t>C. tận tụy</w:t>
      </w:r>
    </w:p>
    <w:p>
      <w:pPr>
        <w:pStyle w:val="ListParagraph"/>
      </w:pPr>
      <w:r>
        <w:rPr>
          <w:sz w:val="22"/>
        </w:rPr>
        <w:t>D. ích kỷ</w:t>
      </w:r>
    </w:p>
    <w:p/>
    <w:p>
      <w:r>
        <w:rPr>
          <w:b/>
          <w:sz w:val="24"/>
        </w:rPr>
        <w:t>Câu 92: Nghĩa của 'expand' là gì?</w:t>
      </w:r>
    </w:p>
    <w:p>
      <w:pPr>
        <w:pStyle w:val="ListParagraph"/>
      </w:pPr>
      <w:r>
        <w:rPr>
          <w:sz w:val="22"/>
        </w:rPr>
        <w:t>A. thu hẹp</w:t>
      </w:r>
    </w:p>
    <w:p>
      <w:pPr>
        <w:pStyle w:val="ListParagraph"/>
      </w:pPr>
      <w:r>
        <w:rPr>
          <w:sz w:val="22"/>
        </w:rPr>
        <w:t>B. đóng lại</w:t>
      </w:r>
    </w:p>
    <w:p>
      <w:pPr>
        <w:pStyle w:val="ListParagraph"/>
      </w:pPr>
      <w:r>
        <w:rPr>
          <w:sz w:val="22"/>
        </w:rPr>
        <w:t>C. ngưng lại</w:t>
      </w:r>
    </w:p>
    <w:p>
      <w:pPr>
        <w:pStyle w:val="ListParagraph"/>
      </w:pPr>
      <w:r>
        <w:rPr>
          <w:sz w:val="22"/>
        </w:rPr>
        <w:t>D. mở rộng</w:t>
      </w:r>
    </w:p>
    <w:p/>
    <w:p>
      <w:r>
        <w:rPr>
          <w:b/>
          <w:sz w:val="24"/>
        </w:rPr>
        <w:t>Câu 93: Nghĩa của 'add the area of...' là gì?</w:t>
      </w:r>
    </w:p>
    <w:p>
      <w:pPr>
        <w:pStyle w:val="ListParagraph"/>
      </w:pPr>
      <w:r>
        <w:rPr>
          <w:sz w:val="22"/>
        </w:rPr>
        <w:t>A. mở rộng lãnh thổ</w:t>
      </w:r>
    </w:p>
    <w:p>
      <w:pPr>
        <w:pStyle w:val="ListParagraph"/>
      </w:pPr>
      <w:r>
        <w:rPr>
          <w:sz w:val="22"/>
        </w:rPr>
        <w:t>B. thu hẹp lãnh thổ</w:t>
      </w:r>
    </w:p>
    <w:p>
      <w:pPr>
        <w:pStyle w:val="ListParagraph"/>
      </w:pPr>
      <w:r>
        <w:rPr>
          <w:sz w:val="22"/>
        </w:rPr>
        <w:t>C. bảo vệ lãnh thổ</w:t>
      </w:r>
    </w:p>
    <w:p>
      <w:pPr>
        <w:pStyle w:val="ListParagraph"/>
      </w:pPr>
      <w:r>
        <w:rPr>
          <w:sz w:val="22"/>
        </w:rPr>
        <w:t>D. chia cắt lãnh thổ</w:t>
      </w:r>
    </w:p>
    <w:p/>
    <w:p>
      <w:r>
        <w:rPr>
          <w:b/>
          <w:sz w:val="24"/>
        </w:rPr>
        <w:t>Câu 94: Nghĩa của 'improve' là gì?</w:t>
      </w:r>
    </w:p>
    <w:p>
      <w:pPr>
        <w:pStyle w:val="ListParagraph"/>
      </w:pPr>
      <w:r>
        <w:rPr>
          <w:sz w:val="22"/>
        </w:rPr>
        <w:t>A. làm hỏng</w:t>
      </w:r>
    </w:p>
    <w:p>
      <w:pPr>
        <w:pStyle w:val="ListParagraph"/>
      </w:pPr>
      <w:r>
        <w:rPr>
          <w:sz w:val="22"/>
        </w:rPr>
        <w:t>B. cải thiện</w:t>
      </w:r>
    </w:p>
    <w:p>
      <w:pPr>
        <w:pStyle w:val="ListParagraph"/>
      </w:pPr>
      <w:r>
        <w:rPr>
          <w:sz w:val="22"/>
        </w:rPr>
        <w:t>C. giữ nguyên</w:t>
      </w:r>
    </w:p>
    <w:p>
      <w:pPr>
        <w:pStyle w:val="ListParagraph"/>
      </w:pPr>
      <w:r>
        <w:rPr>
          <w:sz w:val="22"/>
        </w:rPr>
        <w:t>D. thay đổi</w:t>
      </w:r>
    </w:p>
    <w:p/>
    <w:p>
      <w:r>
        <w:rPr>
          <w:b/>
          <w:sz w:val="24"/>
        </w:rPr>
        <w:t>Câu 95: Nghĩa của 'development' là gì?</w:t>
      </w:r>
    </w:p>
    <w:p>
      <w:pPr>
        <w:pStyle w:val="ListParagraph"/>
      </w:pPr>
      <w:r>
        <w:rPr>
          <w:sz w:val="22"/>
        </w:rPr>
        <w:t>A. sự suy thoái</w:t>
      </w:r>
    </w:p>
    <w:p>
      <w:pPr>
        <w:pStyle w:val="ListParagraph"/>
      </w:pPr>
      <w:r>
        <w:rPr>
          <w:sz w:val="22"/>
        </w:rPr>
        <w:t>B. sự trì trệ</w:t>
      </w:r>
    </w:p>
    <w:p>
      <w:pPr>
        <w:pStyle w:val="ListParagraph"/>
      </w:pPr>
      <w:r>
        <w:rPr>
          <w:sz w:val="22"/>
        </w:rPr>
        <w:t>C. sự phát triển</w:t>
      </w:r>
    </w:p>
    <w:p>
      <w:pPr>
        <w:pStyle w:val="ListParagraph"/>
      </w:pPr>
      <w:r>
        <w:rPr>
          <w:sz w:val="22"/>
        </w:rPr>
        <w:t>D. sự sụp đổ</w:t>
      </w:r>
    </w:p>
    <w:p/>
    <w:p>
      <w:r>
        <w:rPr>
          <w:b/>
          <w:sz w:val="24"/>
        </w:rPr>
        <w:t>Câu 96: Nghĩa của 'architecture' là gì?</w:t>
      </w:r>
    </w:p>
    <w:p>
      <w:pPr>
        <w:pStyle w:val="ListParagraph"/>
      </w:pPr>
      <w:r>
        <w:rPr>
          <w:sz w:val="22"/>
        </w:rPr>
        <w:t>A. hội họa</w:t>
      </w:r>
    </w:p>
    <w:p>
      <w:pPr>
        <w:pStyle w:val="ListParagraph"/>
      </w:pPr>
      <w:r>
        <w:rPr>
          <w:sz w:val="22"/>
        </w:rPr>
        <w:t>B. âm nhạc</w:t>
      </w:r>
    </w:p>
    <w:p>
      <w:pPr>
        <w:pStyle w:val="ListParagraph"/>
      </w:pPr>
      <w:r>
        <w:rPr>
          <w:sz w:val="22"/>
        </w:rPr>
        <w:t>C. điêu khắc</w:t>
      </w:r>
    </w:p>
    <w:p>
      <w:pPr>
        <w:pStyle w:val="ListParagraph"/>
      </w:pPr>
      <w:r>
        <w:rPr>
          <w:sz w:val="22"/>
        </w:rPr>
        <w:t>D. kiến trúc</w:t>
      </w:r>
    </w:p>
    <w:p/>
    <w:p>
      <w:r>
        <w:rPr>
          <w:b/>
          <w:sz w:val="24"/>
        </w:rPr>
        <w:t>Câu 97: Nghĩa của 'trade' là gì?</w:t>
      </w:r>
    </w:p>
    <w:p>
      <w:pPr>
        <w:pStyle w:val="ListParagraph"/>
      </w:pPr>
      <w:r>
        <w:rPr>
          <w:sz w:val="22"/>
        </w:rPr>
        <w:t>A. thương mại</w:t>
      </w:r>
    </w:p>
    <w:p>
      <w:pPr>
        <w:pStyle w:val="ListParagraph"/>
      </w:pPr>
      <w:r>
        <w:rPr>
          <w:sz w:val="22"/>
        </w:rPr>
        <w:t>B. nông nghiệp</w:t>
      </w:r>
    </w:p>
    <w:p>
      <w:pPr>
        <w:pStyle w:val="ListParagraph"/>
      </w:pPr>
      <w:r>
        <w:rPr>
          <w:sz w:val="22"/>
        </w:rPr>
        <w:t>C. công nghiệp</w:t>
      </w:r>
    </w:p>
    <w:p>
      <w:pPr>
        <w:pStyle w:val="ListParagraph"/>
      </w:pPr>
      <w:r>
        <w:rPr>
          <w:sz w:val="22"/>
        </w:rPr>
        <w:t>D. dịch vụ</w:t>
      </w:r>
    </w:p>
    <w:p/>
    <w:p>
      <w:r>
        <w:rPr>
          <w:b/>
          <w:sz w:val="24"/>
        </w:rPr>
        <w:t>Câu 98: Nghĩa của 'Queen of Ancient Egypt' là gì?</w:t>
      </w:r>
    </w:p>
    <w:p>
      <w:pPr>
        <w:pStyle w:val="ListParagraph"/>
      </w:pPr>
      <w:r>
        <w:rPr>
          <w:sz w:val="22"/>
        </w:rPr>
        <w:t>A. Vua của Ai Cập cổ đại</w:t>
      </w:r>
    </w:p>
    <w:p>
      <w:pPr>
        <w:pStyle w:val="ListParagraph"/>
      </w:pPr>
      <w:r>
        <w:rPr>
          <w:sz w:val="22"/>
        </w:rPr>
        <w:t>B. Nữ hoàng của Ai Cập cổ đại</w:t>
      </w:r>
    </w:p>
    <w:p>
      <w:pPr>
        <w:pStyle w:val="ListParagraph"/>
      </w:pPr>
      <w:r>
        <w:rPr>
          <w:sz w:val="22"/>
        </w:rPr>
        <w:t>C. Nữ hoàng của La Mã</w:t>
      </w:r>
    </w:p>
    <w:p>
      <w:pPr>
        <w:pStyle w:val="ListParagraph"/>
      </w:pPr>
      <w:r>
        <w:rPr>
          <w:sz w:val="22"/>
        </w:rPr>
        <w:t>D. Hoàng hậu của Hy Lạp</w:t>
      </w:r>
    </w:p>
    <w:p/>
    <w:p>
      <w:r>
        <w:rPr>
          <w:b/>
          <w:sz w:val="24"/>
        </w:rPr>
        <w:t>Câu 99: Nghĩa của 'animated film' là gì?</w:t>
      </w:r>
    </w:p>
    <w:p>
      <w:pPr>
        <w:pStyle w:val="ListParagraph"/>
      </w:pPr>
      <w:r>
        <w:rPr>
          <w:sz w:val="22"/>
        </w:rPr>
        <w:t>A. phim tài liệu</w:t>
      </w:r>
    </w:p>
    <w:p>
      <w:pPr>
        <w:pStyle w:val="ListParagraph"/>
      </w:pPr>
      <w:r>
        <w:rPr>
          <w:sz w:val="22"/>
        </w:rPr>
        <w:t>B. phim kinh dị</w:t>
      </w:r>
    </w:p>
    <w:p>
      <w:pPr>
        <w:pStyle w:val="ListParagraph"/>
      </w:pPr>
      <w:r>
        <w:rPr>
          <w:sz w:val="22"/>
        </w:rPr>
        <w:t>C. phim hoạt hình</w:t>
      </w:r>
    </w:p>
    <w:p>
      <w:pPr>
        <w:pStyle w:val="ListParagraph"/>
      </w:pPr>
      <w:r>
        <w:rPr>
          <w:sz w:val="22"/>
        </w:rPr>
        <w:t>D. phim hành động</w:t>
      </w:r>
    </w:p>
    <w:p/>
    <w:p>
      <w:r>
        <w:rPr>
          <w:b/>
          <w:sz w:val="24"/>
        </w:rPr>
        <w:t>Câu 100: Nghĩa của 'although' là gì?</w:t>
      </w:r>
    </w:p>
    <w:p>
      <w:pPr>
        <w:pStyle w:val="ListParagraph"/>
      </w:pPr>
      <w:r>
        <w:rPr>
          <w:sz w:val="22"/>
        </w:rPr>
        <w:t>A. bởi vì</w:t>
      </w:r>
    </w:p>
    <w:p>
      <w:pPr>
        <w:pStyle w:val="ListParagraph"/>
      </w:pPr>
      <w:r>
        <w:rPr>
          <w:sz w:val="22"/>
        </w:rPr>
        <w:t>B. vì vậy</w:t>
      </w:r>
    </w:p>
    <w:p>
      <w:pPr>
        <w:pStyle w:val="ListParagraph"/>
      </w:pPr>
      <w:r>
        <w:rPr>
          <w:sz w:val="22"/>
        </w:rPr>
        <w:t>C. nếu</w:t>
      </w:r>
    </w:p>
    <w:p>
      <w:pPr>
        <w:pStyle w:val="ListParagraph"/>
      </w:pPr>
      <w:r>
        <w:rPr>
          <w:sz w:val="22"/>
        </w:rPr>
        <w:t>D. mặc dù</w:t>
      </w:r>
    </w:p>
    <w:p/>
    <w:p>
      <w:r>
        <w:rPr>
          <w:b/>
          <w:sz w:val="24"/>
        </w:rPr>
        <w:t>Câu 101: Nghĩa của 'even though' là gì?</w:t>
      </w:r>
    </w:p>
    <w:p>
      <w:pPr>
        <w:pStyle w:val="ListParagraph"/>
      </w:pPr>
      <w:r>
        <w:rPr>
          <w:sz w:val="22"/>
        </w:rPr>
        <w:t>A. mặc dù</w:t>
      </w:r>
    </w:p>
    <w:p>
      <w:pPr>
        <w:pStyle w:val="ListParagraph"/>
      </w:pPr>
      <w:r>
        <w:rPr>
          <w:sz w:val="22"/>
        </w:rPr>
        <w:t>B. bởi vì</w:t>
      </w:r>
    </w:p>
    <w:p>
      <w:pPr>
        <w:pStyle w:val="ListParagraph"/>
      </w:pPr>
      <w:r>
        <w:rPr>
          <w:sz w:val="22"/>
        </w:rPr>
        <w:t>C. vì vậy</w:t>
      </w:r>
    </w:p>
    <w:p>
      <w:pPr>
        <w:pStyle w:val="ListParagraph"/>
      </w:pPr>
      <w:r>
        <w:rPr>
          <w:sz w:val="22"/>
        </w:rPr>
        <w:t>D. nếu</w:t>
      </w:r>
    </w:p>
    <w:p/>
    <w:p>
      <w:r>
        <w:rPr>
          <w:b/>
          <w:sz w:val="24"/>
        </w:rPr>
        <w:t>Câu 102: Nghĩa của 'respect' là gì?</w:t>
      </w:r>
    </w:p>
    <w:p>
      <w:pPr>
        <w:pStyle w:val="ListParagraph"/>
      </w:pPr>
      <w:r>
        <w:rPr>
          <w:sz w:val="22"/>
        </w:rPr>
        <w:t>A. coi thường</w:t>
      </w:r>
    </w:p>
    <w:p>
      <w:pPr>
        <w:pStyle w:val="ListParagraph"/>
      </w:pPr>
      <w:r>
        <w:rPr>
          <w:sz w:val="22"/>
        </w:rPr>
        <w:t>B. ngưỡng mộ, tôn trọng</w:t>
      </w:r>
    </w:p>
    <w:p>
      <w:pPr>
        <w:pStyle w:val="ListParagraph"/>
      </w:pPr>
      <w:r>
        <w:rPr>
          <w:sz w:val="22"/>
        </w:rPr>
        <w:t>C. ghét bỏ</w:t>
      </w:r>
    </w:p>
    <w:p>
      <w:pPr>
        <w:pStyle w:val="ListParagraph"/>
      </w:pPr>
      <w:r>
        <w:rPr>
          <w:sz w:val="22"/>
        </w:rPr>
        <w:t>D. ghen tị</w:t>
      </w:r>
    </w:p>
    <w:p/>
    <w:p>
      <w:r>
        <w:rPr>
          <w:b/>
          <w:sz w:val="24"/>
        </w:rPr>
        <w:t>Câu 103: Nghĩa của 'computer technology' là gì?</w:t>
      </w:r>
    </w:p>
    <w:p>
      <w:pPr>
        <w:pStyle w:val="ListParagraph"/>
      </w:pPr>
      <w:r>
        <w:rPr>
          <w:sz w:val="22"/>
        </w:rPr>
        <w:t>A. công nghệ sinh học</w:t>
      </w:r>
    </w:p>
    <w:p>
      <w:pPr>
        <w:pStyle w:val="ListParagraph"/>
      </w:pPr>
      <w:r>
        <w:rPr>
          <w:sz w:val="22"/>
        </w:rPr>
        <w:t>B. công nghệ nông nghiệp</w:t>
      </w:r>
    </w:p>
    <w:p>
      <w:pPr>
        <w:pStyle w:val="ListParagraph"/>
      </w:pPr>
      <w:r>
        <w:rPr>
          <w:sz w:val="22"/>
        </w:rPr>
        <w:t>C. công nghệ máy tính</w:t>
      </w:r>
    </w:p>
    <w:p>
      <w:pPr>
        <w:pStyle w:val="ListParagraph"/>
      </w:pPr>
      <w:r>
        <w:rPr>
          <w:sz w:val="22"/>
        </w:rPr>
        <w:t>D. công nghệ vũ trụ</w:t>
      </w:r>
    </w:p>
    <w:p/>
    <w:p>
      <w:r>
        <w:rPr>
          <w:b/>
          <w:sz w:val="24"/>
        </w:rPr>
        <w:t>Câu 104: Nghĩa của 'regret to' là gì?</w:t>
      </w:r>
    </w:p>
    <w:p>
      <w:pPr>
        <w:pStyle w:val="ListParagraph"/>
      </w:pPr>
      <w:r>
        <w:rPr>
          <w:sz w:val="22"/>
        </w:rPr>
        <w:t>A. vui mừng</w:t>
      </w:r>
    </w:p>
    <w:p>
      <w:pPr>
        <w:pStyle w:val="ListParagraph"/>
      </w:pPr>
      <w:r>
        <w:rPr>
          <w:sz w:val="22"/>
        </w:rPr>
        <w:t>B. tự hào</w:t>
      </w:r>
    </w:p>
    <w:p>
      <w:pPr>
        <w:pStyle w:val="ListParagraph"/>
      </w:pPr>
      <w:r>
        <w:rPr>
          <w:sz w:val="22"/>
        </w:rPr>
        <w:t>C. hài lòng</w:t>
      </w:r>
    </w:p>
    <w:p>
      <w:pPr>
        <w:pStyle w:val="ListParagraph"/>
      </w:pPr>
      <w:r>
        <w:rPr>
          <w:sz w:val="22"/>
        </w:rPr>
        <w:t>D. hối hận</w:t>
      </w:r>
    </w:p>
    <w:p/>
    <w:p>
      <w:r>
        <w:rPr>
          <w:b/>
          <w:sz w:val="24"/>
        </w:rPr>
        <w:t>Câu 105: Nghĩa của 'college' là gì?</w:t>
      </w:r>
    </w:p>
    <w:p>
      <w:pPr>
        <w:pStyle w:val="ListParagraph"/>
      </w:pPr>
      <w:r>
        <w:rPr>
          <w:sz w:val="22"/>
        </w:rPr>
        <w:t>A. cao đẳng, đại học</w:t>
      </w:r>
    </w:p>
    <w:p>
      <w:pPr>
        <w:pStyle w:val="ListParagraph"/>
      </w:pPr>
      <w:r>
        <w:rPr>
          <w:sz w:val="22"/>
        </w:rPr>
        <w:t>B. trường mẫu giáo</w:t>
      </w:r>
    </w:p>
    <w:p>
      <w:pPr>
        <w:pStyle w:val="ListParagraph"/>
      </w:pPr>
      <w:r>
        <w:rPr>
          <w:sz w:val="22"/>
        </w:rPr>
        <w:t>C. trường cấp 2</w:t>
      </w:r>
    </w:p>
    <w:p>
      <w:pPr>
        <w:pStyle w:val="ListParagraph"/>
      </w:pPr>
      <w:r>
        <w:rPr>
          <w:sz w:val="22"/>
        </w:rPr>
        <w:t>D. trường cấp 3</w:t>
      </w:r>
    </w:p>
    <w:p/>
    <w:p>
      <w:r>
        <w:rPr>
          <w:b/>
          <w:sz w:val="24"/>
        </w:rPr>
        <w:t>Câu 106: Nghĩa của 'look for' là gì?</w:t>
      </w:r>
    </w:p>
    <w:p>
      <w:pPr>
        <w:pStyle w:val="ListParagraph"/>
      </w:pPr>
      <w:r>
        <w:rPr>
          <w:sz w:val="22"/>
        </w:rPr>
        <w:t>A. tìm thấy</w:t>
      </w:r>
    </w:p>
    <w:p>
      <w:pPr>
        <w:pStyle w:val="ListParagraph"/>
      </w:pPr>
      <w:r>
        <w:rPr>
          <w:sz w:val="22"/>
        </w:rPr>
        <w:t>B. tìm kiếm</w:t>
      </w:r>
    </w:p>
    <w:p>
      <w:pPr>
        <w:pStyle w:val="ListParagraph"/>
      </w:pPr>
      <w:r>
        <w:rPr>
          <w:sz w:val="22"/>
        </w:rPr>
        <w:t>C. mất</w:t>
      </w:r>
    </w:p>
    <w:p>
      <w:pPr>
        <w:pStyle w:val="ListParagraph"/>
      </w:pPr>
      <w:r>
        <w:rPr>
          <w:sz w:val="22"/>
        </w:rPr>
        <w:t>D. bỏ quên</w:t>
      </w:r>
    </w:p>
    <w:p/>
    <w:p>
      <w:r>
        <w:rPr>
          <w:b/>
          <w:sz w:val="24"/>
        </w:rPr>
        <w:t>Câu 107: Nghĩa của 'biography' là gì?</w:t>
      </w:r>
    </w:p>
    <w:p>
      <w:pPr>
        <w:pStyle w:val="ListParagraph"/>
      </w:pPr>
      <w:r>
        <w:rPr>
          <w:sz w:val="22"/>
        </w:rPr>
        <w:t>A. tự truyện</w:t>
      </w:r>
    </w:p>
    <w:p>
      <w:pPr>
        <w:pStyle w:val="ListParagraph"/>
      </w:pPr>
      <w:r>
        <w:rPr>
          <w:sz w:val="22"/>
        </w:rPr>
        <w:t>B. nhật ký</w:t>
      </w:r>
    </w:p>
    <w:p>
      <w:pPr>
        <w:pStyle w:val="ListParagraph"/>
      </w:pPr>
      <w:r>
        <w:rPr>
          <w:sz w:val="22"/>
        </w:rPr>
        <w:t>C. tiểu sử</w:t>
      </w:r>
    </w:p>
    <w:p>
      <w:pPr>
        <w:pStyle w:val="ListParagraph"/>
      </w:pPr>
      <w:r>
        <w:rPr>
          <w:sz w:val="22"/>
        </w:rPr>
        <w:t>D. hồi ký</w:t>
      </w:r>
    </w:p>
    <w:p/>
    <w:p>
      <w:r>
        <w:rPr>
          <w:b/>
          <w:sz w:val="24"/>
        </w:rPr>
        <w:t>Câu 108: Nghĩa của 'famous' là gì?</w:t>
      </w:r>
    </w:p>
    <w:p>
      <w:pPr>
        <w:pStyle w:val="ListParagraph"/>
      </w:pPr>
      <w:r>
        <w:rPr>
          <w:sz w:val="22"/>
        </w:rPr>
        <w:t>A. vô danh</w:t>
      </w:r>
    </w:p>
    <w:p>
      <w:pPr>
        <w:pStyle w:val="ListParagraph"/>
      </w:pPr>
      <w:r>
        <w:rPr>
          <w:sz w:val="22"/>
        </w:rPr>
        <w:t>B. bình thường</w:t>
      </w:r>
    </w:p>
    <w:p>
      <w:pPr>
        <w:pStyle w:val="ListParagraph"/>
      </w:pPr>
      <w:r>
        <w:rPr>
          <w:sz w:val="22"/>
        </w:rPr>
        <w:t>C. thầm lặng</w:t>
      </w:r>
    </w:p>
    <w:p>
      <w:pPr>
        <w:pStyle w:val="ListParagraph"/>
      </w:pPr>
      <w:r>
        <w:rPr>
          <w:sz w:val="22"/>
        </w:rPr>
        <w:t>D. nổi tiếng</w:t>
      </w:r>
    </w:p>
    <w:p/>
    <w:p>
      <w:r>
        <w:rPr>
          <w:b/>
          <w:sz w:val="24"/>
        </w:rPr>
        <w:t>Câu 109: Nghĩa của 'well-known' là gì?</w:t>
      </w:r>
    </w:p>
    <w:p>
      <w:pPr>
        <w:pStyle w:val="ListParagraph"/>
      </w:pPr>
      <w:r>
        <w:rPr>
          <w:sz w:val="22"/>
        </w:rPr>
        <w:t>A. nổi tiếng</w:t>
      </w:r>
    </w:p>
    <w:p>
      <w:pPr>
        <w:pStyle w:val="ListParagraph"/>
      </w:pPr>
      <w:r>
        <w:rPr>
          <w:sz w:val="22"/>
        </w:rPr>
        <w:t>B. vô danh</w:t>
      </w:r>
    </w:p>
    <w:p>
      <w:pPr>
        <w:pStyle w:val="ListParagraph"/>
      </w:pPr>
      <w:r>
        <w:rPr>
          <w:sz w:val="22"/>
        </w:rPr>
        <w:t>C. bình thường</w:t>
      </w:r>
    </w:p>
    <w:p>
      <w:pPr>
        <w:pStyle w:val="ListParagraph"/>
      </w:pPr>
      <w:r>
        <w:rPr>
          <w:sz w:val="22"/>
        </w:rPr>
        <w:t>D. thầm lặng</w:t>
      </w:r>
    </w:p>
    <w:p/>
    <w:p>
      <w:r>
        <w:rPr>
          <w:b/>
          <w:sz w:val="24"/>
        </w:rPr>
        <w:t>Câu 110: Nghĩa của 'take note' là gì?</w:t>
      </w:r>
    </w:p>
    <w:p>
      <w:pPr>
        <w:pStyle w:val="ListParagraph"/>
      </w:pPr>
      <w:r>
        <w:rPr>
          <w:sz w:val="22"/>
        </w:rPr>
        <w:t>A. đọc</w:t>
      </w:r>
    </w:p>
    <w:p>
      <w:pPr>
        <w:pStyle w:val="ListParagraph"/>
      </w:pPr>
      <w:r>
        <w:rPr>
          <w:sz w:val="22"/>
        </w:rPr>
        <w:t>B. ghi chép</w:t>
      </w:r>
    </w:p>
    <w:p>
      <w:pPr>
        <w:pStyle w:val="ListParagraph"/>
      </w:pPr>
      <w:r>
        <w:rPr>
          <w:sz w:val="22"/>
        </w:rPr>
        <w:t>C. nghe</w:t>
      </w:r>
    </w:p>
    <w:p>
      <w:pPr>
        <w:pStyle w:val="ListParagraph"/>
      </w:pPr>
      <w:r>
        <w:rPr>
          <w:sz w:val="22"/>
        </w:rPr>
        <w:t>D. nói</w:t>
      </w:r>
    </w:p>
    <w:p/>
    <w:p>
      <w:r>
        <w:rPr>
          <w:b/>
          <w:sz w:val="24"/>
        </w:rPr>
        <w:t>Câu 111: Nghĩa của 'visual story' là gì?</w:t>
      </w:r>
    </w:p>
    <w:p>
      <w:pPr>
        <w:pStyle w:val="ListParagraph"/>
      </w:pPr>
      <w:r>
        <w:rPr>
          <w:sz w:val="22"/>
        </w:rPr>
        <w:t>A. câu chuyện bằng âm thanh</w:t>
      </w:r>
    </w:p>
    <w:p>
      <w:pPr>
        <w:pStyle w:val="ListParagraph"/>
      </w:pPr>
      <w:r>
        <w:rPr>
          <w:sz w:val="22"/>
        </w:rPr>
        <w:t>B. câu chuyện bằng chữ viết</w:t>
      </w:r>
    </w:p>
    <w:p>
      <w:pPr>
        <w:pStyle w:val="ListParagraph"/>
      </w:pPr>
      <w:r>
        <w:rPr>
          <w:sz w:val="22"/>
        </w:rPr>
        <w:t>C. câu chuyện bằng hình ảnh</w:t>
      </w:r>
    </w:p>
    <w:p>
      <w:pPr>
        <w:pStyle w:val="ListParagraph"/>
      </w:pPr>
      <w:r>
        <w:rPr>
          <w:sz w:val="22"/>
        </w:rPr>
        <w:t>D. câu chuyện truyền miệng</w:t>
      </w:r>
    </w:p>
    <w:p/>
    <w:p>
      <w:r>
        <w:rPr>
          <w:b/>
          <w:sz w:val="24"/>
        </w:rPr>
        <w:t>Câu 112: Nghĩa của 'historical figure' là gì?</w:t>
      </w:r>
    </w:p>
    <w:p>
      <w:pPr>
        <w:pStyle w:val="ListParagraph"/>
      </w:pPr>
      <w:r>
        <w:rPr>
          <w:sz w:val="22"/>
        </w:rPr>
        <w:t>A. nhân vật hư cấu</w:t>
      </w:r>
    </w:p>
    <w:p>
      <w:pPr>
        <w:pStyle w:val="ListParagraph"/>
      </w:pPr>
      <w:r>
        <w:rPr>
          <w:sz w:val="22"/>
        </w:rPr>
        <w:t>B. nhân vật hiện đại</w:t>
      </w:r>
    </w:p>
    <w:p>
      <w:pPr>
        <w:pStyle w:val="ListParagraph"/>
      </w:pPr>
      <w:r>
        <w:rPr>
          <w:sz w:val="22"/>
        </w:rPr>
        <w:t>C. nhân vật truyền thuyết</w:t>
      </w:r>
    </w:p>
    <w:p>
      <w:pPr>
        <w:pStyle w:val="ListParagraph"/>
      </w:pPr>
      <w:r>
        <w:rPr>
          <w:sz w:val="22"/>
        </w:rPr>
        <w:t>D. nhân vật lịch sử</w:t>
      </w:r>
    </w:p>
    <w:p/>
    <w:p>
      <w:r>
        <w:rPr>
          <w:b/>
          <w:sz w:val="24"/>
        </w:rPr>
        <w:t>Câu 113: Nghĩa của 'illustrate' là gì?</w:t>
      </w:r>
    </w:p>
    <w:p>
      <w:pPr>
        <w:pStyle w:val="ListParagraph"/>
      </w:pPr>
      <w:r>
        <w:rPr>
          <w:sz w:val="22"/>
        </w:rPr>
        <w:t>A. minh họa</w:t>
      </w:r>
    </w:p>
    <w:p>
      <w:pPr>
        <w:pStyle w:val="ListParagraph"/>
      </w:pPr>
      <w:r>
        <w:rPr>
          <w:sz w:val="22"/>
        </w:rPr>
        <w:t>B. viết</w:t>
      </w:r>
    </w:p>
    <w:p>
      <w:pPr>
        <w:pStyle w:val="ListParagraph"/>
      </w:pPr>
      <w:r>
        <w:rPr>
          <w:sz w:val="22"/>
        </w:rPr>
        <w:t>C. đọc</w:t>
      </w:r>
    </w:p>
    <w:p>
      <w:pPr>
        <w:pStyle w:val="ListParagraph"/>
      </w:pPr>
      <w:r>
        <w:rPr>
          <w:sz w:val="22"/>
        </w:rPr>
        <w:t>D. dịch</w:t>
      </w:r>
    </w:p>
    <w:p/>
    <w:p>
      <w:r>
        <w:rPr>
          <w:b/>
          <w:sz w:val="24"/>
        </w:rPr>
        <w:t>Câu 114: Nghĩa của 'early life' là gì?</w:t>
      </w:r>
    </w:p>
    <w:p>
      <w:pPr>
        <w:pStyle w:val="ListParagraph"/>
      </w:pPr>
      <w:r>
        <w:rPr>
          <w:sz w:val="22"/>
        </w:rPr>
        <w:t>A. cuối đời</w:t>
      </w:r>
    </w:p>
    <w:p>
      <w:pPr>
        <w:pStyle w:val="ListParagraph"/>
      </w:pPr>
      <w:r>
        <w:rPr>
          <w:sz w:val="22"/>
        </w:rPr>
        <w:t>B. tuổi thơ; giai đoạn đầu của cuộc đời</w:t>
      </w:r>
    </w:p>
    <w:p>
      <w:pPr>
        <w:pStyle w:val="ListParagraph"/>
      </w:pPr>
      <w:r>
        <w:rPr>
          <w:sz w:val="22"/>
        </w:rPr>
        <w:t>C. sự nghiệp</w:t>
      </w:r>
    </w:p>
    <w:p>
      <w:pPr>
        <w:pStyle w:val="ListParagraph"/>
      </w:pPr>
      <w:r>
        <w:rPr>
          <w:sz w:val="22"/>
        </w:rPr>
        <w:t>D. hôn nhân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D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C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B</w:t>
      </w:r>
    </w:p>
    <w:p>
      <w:r>
        <w:rPr>
          <w:b/>
        </w:rPr>
        <w:t>Câu 51: Đáp án đúng: C</w:t>
      </w:r>
    </w:p>
    <w:p>
      <w:r>
        <w:rPr>
          <w:b/>
        </w:rPr>
        <w:t>Câu 52: Đáp án đúng: D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B</w:t>
      </w:r>
    </w:p>
    <w:p>
      <w:r>
        <w:rPr>
          <w:b/>
        </w:rPr>
        <w:t>Câu 55: Đáp án đúng: C</w:t>
      </w:r>
    </w:p>
    <w:p>
      <w:r>
        <w:rPr>
          <w:b/>
        </w:rPr>
        <w:t>Câu 56: Đáp án đúng: D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B</w:t>
      </w:r>
    </w:p>
    <w:p>
      <w:r>
        <w:rPr>
          <w:b/>
        </w:rPr>
        <w:t>Câu 59: Đáp án đúng: C</w:t>
      </w:r>
    </w:p>
    <w:p>
      <w:r>
        <w:rPr>
          <w:b/>
        </w:rPr>
        <w:t>Câu 60: Đáp án đúng: D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B</w:t>
      </w:r>
    </w:p>
    <w:p>
      <w:r>
        <w:rPr>
          <w:b/>
        </w:rPr>
        <w:t>Câu 63: Đáp án đúng: C</w:t>
      </w:r>
    </w:p>
    <w:p>
      <w:r>
        <w:rPr>
          <w:b/>
        </w:rPr>
        <w:t>Câu 64: Đáp án đúng: D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B</w:t>
      </w:r>
    </w:p>
    <w:p>
      <w:r>
        <w:rPr>
          <w:b/>
        </w:rPr>
        <w:t>Câu 67: Đáp án đúng: C</w:t>
      </w:r>
    </w:p>
    <w:p>
      <w:r>
        <w:rPr>
          <w:b/>
        </w:rPr>
        <w:t>Câu 68: Đáp án đúng: D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B</w:t>
      </w:r>
    </w:p>
    <w:p>
      <w:r>
        <w:rPr>
          <w:b/>
        </w:rPr>
        <w:t>Câu 71: Đáp án đúng: C</w:t>
      </w:r>
    </w:p>
    <w:p>
      <w:r>
        <w:rPr>
          <w:b/>
        </w:rPr>
        <w:t>Câu 72: Đáp án đúng: D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B</w:t>
      </w:r>
    </w:p>
    <w:p>
      <w:r>
        <w:rPr>
          <w:b/>
        </w:rPr>
        <w:t>Câu 75: Đáp án đúng: C</w:t>
      </w:r>
    </w:p>
    <w:p>
      <w:r>
        <w:rPr>
          <w:b/>
        </w:rPr>
        <w:t>Câu 76: Đáp án đúng: D</w:t>
      </w:r>
    </w:p>
    <w:p>
      <w:r>
        <w:rPr>
          <w:b/>
        </w:rPr>
        <w:t>Câu 77: Đáp án đúng: A</w:t>
      </w:r>
    </w:p>
    <w:p>
      <w:r>
        <w:rPr>
          <w:b/>
        </w:rPr>
        <w:t>Câu 78: Đáp án đúng: B</w:t>
      </w:r>
    </w:p>
    <w:p>
      <w:r>
        <w:rPr>
          <w:b/>
        </w:rPr>
        <w:t>Câu 79: Đáp án đúng: C</w:t>
      </w:r>
    </w:p>
    <w:p>
      <w:r>
        <w:rPr>
          <w:b/>
        </w:rPr>
        <w:t>Câu 80: Đáp án đúng: D</w:t>
      </w:r>
    </w:p>
    <w:p>
      <w:r>
        <w:rPr>
          <w:b/>
        </w:rPr>
        <w:t>Câu 81: Đáp án đúng: A</w:t>
      </w:r>
    </w:p>
    <w:p>
      <w:r>
        <w:rPr>
          <w:b/>
        </w:rPr>
        <w:t>Câu 82: Đáp án đúng: B</w:t>
      </w:r>
    </w:p>
    <w:p>
      <w:r>
        <w:rPr>
          <w:b/>
        </w:rPr>
        <w:t>Câu 83: Đáp án đúng: C</w:t>
      </w:r>
    </w:p>
    <w:p>
      <w:r>
        <w:rPr>
          <w:b/>
        </w:rPr>
        <w:t>Câu 84: Đáp án đúng: D</w:t>
      </w:r>
    </w:p>
    <w:p>
      <w:r>
        <w:rPr>
          <w:b/>
        </w:rPr>
        <w:t>Câu 85: Đáp án đúng: A</w:t>
      </w:r>
    </w:p>
    <w:p>
      <w:r>
        <w:rPr>
          <w:b/>
        </w:rPr>
        <w:t>Câu 86: Đáp án đúng: B</w:t>
      </w:r>
    </w:p>
    <w:p>
      <w:r>
        <w:rPr>
          <w:b/>
        </w:rPr>
        <w:t>Câu 87: Đáp án đúng: C</w:t>
      </w:r>
    </w:p>
    <w:p>
      <w:r>
        <w:rPr>
          <w:b/>
        </w:rPr>
        <w:t>Câu 88: Đáp án đúng: D</w:t>
      </w:r>
    </w:p>
    <w:p>
      <w:r>
        <w:rPr>
          <w:b/>
        </w:rPr>
        <w:t>Câu 89: Đáp án đúng: A</w:t>
      </w:r>
    </w:p>
    <w:p>
      <w:r>
        <w:rPr>
          <w:b/>
        </w:rPr>
        <w:t>Câu 90: Đáp án đúng: B</w:t>
      </w:r>
    </w:p>
    <w:p>
      <w:r>
        <w:rPr>
          <w:b/>
        </w:rPr>
        <w:t>Câu 91: Đáp án đúng: C</w:t>
      </w:r>
    </w:p>
    <w:p>
      <w:r>
        <w:rPr>
          <w:b/>
        </w:rPr>
        <w:t>Câu 92: Đáp án đúng: D</w:t>
      </w:r>
    </w:p>
    <w:p>
      <w:r>
        <w:rPr>
          <w:b/>
        </w:rPr>
        <w:t>Câu 93: Đáp án đúng: A</w:t>
      </w:r>
    </w:p>
    <w:p>
      <w:r>
        <w:rPr>
          <w:b/>
        </w:rPr>
        <w:t>Câu 94: Đáp án đúng: B</w:t>
      </w:r>
    </w:p>
    <w:p>
      <w:r>
        <w:rPr>
          <w:b/>
        </w:rPr>
        <w:t>Câu 95: Đáp án đúng: C</w:t>
      </w:r>
    </w:p>
    <w:p>
      <w:r>
        <w:rPr>
          <w:b/>
        </w:rPr>
        <w:t>Câu 96: Đáp án đúng: D</w:t>
      </w:r>
    </w:p>
    <w:p>
      <w:r>
        <w:rPr>
          <w:b/>
        </w:rPr>
        <w:t>Câu 97: Đáp án đúng: A</w:t>
      </w:r>
    </w:p>
    <w:p>
      <w:r>
        <w:rPr>
          <w:b/>
        </w:rPr>
        <w:t>Câu 98: Đáp án đúng: B</w:t>
      </w:r>
    </w:p>
    <w:p>
      <w:r>
        <w:rPr>
          <w:b/>
        </w:rPr>
        <w:t>Câu 99: Đáp án đúng: C</w:t>
      </w:r>
    </w:p>
    <w:p>
      <w:r>
        <w:rPr>
          <w:b/>
        </w:rPr>
        <w:t>Câu 100: Đáp án đúng: D</w:t>
      </w:r>
    </w:p>
    <w:p>
      <w:r>
        <w:rPr>
          <w:b/>
        </w:rPr>
        <w:t>Câu 101: Đáp án đúng: A</w:t>
      </w:r>
    </w:p>
    <w:p>
      <w:r>
        <w:rPr>
          <w:b/>
        </w:rPr>
        <w:t>Câu 102: Đáp án đúng: B</w:t>
      </w:r>
    </w:p>
    <w:p>
      <w:r>
        <w:rPr>
          <w:b/>
        </w:rPr>
        <w:t>Câu 103: Đáp án đúng: C</w:t>
      </w:r>
    </w:p>
    <w:p>
      <w:r>
        <w:rPr>
          <w:b/>
        </w:rPr>
        <w:t>Câu 104: Đáp án đúng: D</w:t>
      </w:r>
    </w:p>
    <w:p>
      <w:r>
        <w:rPr>
          <w:b/>
        </w:rPr>
        <w:t>Câu 105: Đáp án đúng: A</w:t>
      </w:r>
    </w:p>
    <w:p>
      <w:r>
        <w:rPr>
          <w:b/>
        </w:rPr>
        <w:t>Câu 106: Đáp án đúng: B</w:t>
      </w:r>
    </w:p>
    <w:p>
      <w:r>
        <w:rPr>
          <w:b/>
        </w:rPr>
        <w:t>Câu 107: Đáp án đúng: C</w:t>
      </w:r>
    </w:p>
    <w:p>
      <w:r>
        <w:rPr>
          <w:b/>
        </w:rPr>
        <w:t>Câu 108: Đáp án đúng: D</w:t>
      </w:r>
    </w:p>
    <w:p>
      <w:r>
        <w:rPr>
          <w:b/>
        </w:rPr>
        <w:t>Câu 109: Đáp án đúng: A</w:t>
      </w:r>
    </w:p>
    <w:p>
      <w:r>
        <w:rPr>
          <w:b/>
        </w:rPr>
        <w:t>Câu 110: Đáp án đúng: B</w:t>
      </w:r>
    </w:p>
    <w:p>
      <w:r>
        <w:rPr>
          <w:b/>
        </w:rPr>
        <w:t>Câu 111: Đáp án đúng: C</w:t>
      </w:r>
    </w:p>
    <w:p>
      <w:r>
        <w:rPr>
          <w:b/>
        </w:rPr>
        <w:t>Câu 112: Đáp án đúng: D</w:t>
      </w:r>
    </w:p>
    <w:p>
      <w:r>
        <w:rPr>
          <w:b/>
        </w:rPr>
        <w:t>Câu 113: Đáp án đúng: A</w:t>
      </w:r>
    </w:p>
    <w:p>
      <w:r>
        <w:rPr>
          <w:b/>
        </w:rPr>
        <w:t>Câu 114: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