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Chúng ta trong tiếng anh được gọi bằng từ nào</w:t>
      </w:r>
    </w:p>
    <w:p>
      <w:pPr>
        <w:jc w:val="center"/>
      </w:pPr>
      <w:r>
        <w:rPr>
          <w:sz w:val="22"/>
        </w:rPr>
        <w:t>Số câu: 11    Thời gian: _____ phút    Họ và tên: _________________________</w:t>
      </w:r>
    </w:p>
    <w:p/>
    <w:p>
      <w:r>
        <w:rPr>
          <w:b/>
          <w:sz w:val="24"/>
        </w:rPr>
        <w:t>Câu 1: Chúng ta trong tiếng anh được gọi bằng từ nào</w:t>
      </w:r>
    </w:p>
    <w:p>
      <w:pPr>
        <w:pStyle w:val="ListParagraph"/>
      </w:pPr>
      <w:r>
        <w:rPr>
          <w:sz w:val="22"/>
        </w:rPr>
        <w:t>A. Your</w:t>
      </w:r>
    </w:p>
    <w:p>
      <w:pPr>
        <w:pStyle w:val="ListParagraph"/>
      </w:pPr>
      <w:r>
        <w:rPr>
          <w:sz w:val="22"/>
        </w:rPr>
        <w:t>B. Their</w:t>
      </w:r>
    </w:p>
    <w:p>
      <w:pPr>
        <w:pStyle w:val="ListParagraph"/>
      </w:pPr>
      <w:r>
        <w:rPr>
          <w:sz w:val="22"/>
        </w:rPr>
        <w:t>C. Our</w:t>
      </w:r>
    </w:p>
    <w:p>
      <w:pPr>
        <w:pStyle w:val="ListParagraph"/>
      </w:pPr>
      <w:r>
        <w:rPr>
          <w:sz w:val="22"/>
        </w:rPr>
        <w:t>D. His</w:t>
      </w:r>
    </w:p>
    <w:p/>
    <w:p>
      <w:r>
        <w:rPr>
          <w:b/>
          <w:sz w:val="24"/>
        </w:rPr>
        <w:t>Câu 2: Phòng tập thể dục trong tiếng anh là gì</w:t>
      </w:r>
    </w:p>
    <w:p>
      <w:pPr>
        <w:pStyle w:val="ListParagraph"/>
      </w:pPr>
      <w:r>
        <w:rPr>
          <w:sz w:val="22"/>
        </w:rPr>
        <w:t>A. Library</w:t>
      </w:r>
    </w:p>
    <w:p>
      <w:pPr>
        <w:pStyle w:val="ListParagraph"/>
      </w:pPr>
      <w:r>
        <w:rPr>
          <w:sz w:val="22"/>
        </w:rPr>
        <w:t>B. Gym</w:t>
      </w:r>
    </w:p>
    <w:p>
      <w:pPr>
        <w:pStyle w:val="ListParagraph"/>
      </w:pPr>
      <w:r>
        <w:rPr>
          <w:sz w:val="22"/>
        </w:rPr>
        <w:t>C. Class room</w:t>
      </w:r>
    </w:p>
    <w:p>
      <w:pPr>
        <w:pStyle w:val="ListParagraph"/>
      </w:pPr>
      <w:r>
        <w:rPr>
          <w:sz w:val="22"/>
        </w:rPr>
        <w:t>D. Bedroom</w:t>
      </w:r>
    </w:p>
    <w:p/>
    <w:p>
      <w:r>
        <w:rPr>
          <w:b/>
          <w:sz w:val="24"/>
        </w:rPr>
        <w:t>Câu 3: Trường học trong tiếng anh là gì</w:t>
      </w:r>
    </w:p>
    <w:p>
      <w:pPr>
        <w:pStyle w:val="ListParagraph"/>
      </w:pPr>
      <w:r>
        <w:rPr>
          <w:sz w:val="22"/>
        </w:rPr>
        <w:t>A. Hospital</w:t>
      </w:r>
    </w:p>
    <w:p>
      <w:pPr>
        <w:pStyle w:val="ListParagraph"/>
      </w:pPr>
      <w:r>
        <w:rPr>
          <w:sz w:val="22"/>
        </w:rPr>
        <w:t>B. Picture</w:t>
      </w:r>
    </w:p>
    <w:p>
      <w:pPr>
        <w:pStyle w:val="ListParagraph"/>
      </w:pPr>
      <w:r>
        <w:rPr>
          <w:sz w:val="22"/>
        </w:rPr>
        <w:t>C. School</w:t>
      </w:r>
    </w:p>
    <w:p>
      <w:pPr>
        <w:pStyle w:val="ListParagraph"/>
      </w:pPr>
      <w:r>
        <w:rPr>
          <w:sz w:val="22"/>
        </w:rPr>
        <w:t>D. Play ground</w:t>
      </w:r>
    </w:p>
    <w:p/>
    <w:p>
      <w:r>
        <w:rPr>
          <w:b/>
          <w:sz w:val="24"/>
        </w:rPr>
        <w:t>Câu 4: Đi trong tiếng anh là gì</w:t>
      </w:r>
    </w:p>
    <w:p>
      <w:pPr>
        <w:pStyle w:val="ListParagraph"/>
      </w:pPr>
      <w:r>
        <w:rPr>
          <w:sz w:val="22"/>
        </w:rPr>
        <w:t>A. Eat</w:t>
      </w:r>
    </w:p>
    <w:p>
      <w:pPr>
        <w:pStyle w:val="ListParagraph"/>
      </w:pPr>
      <w:r>
        <w:rPr>
          <w:sz w:val="22"/>
        </w:rPr>
        <w:t>B. Sleep</w:t>
      </w:r>
    </w:p>
    <w:p>
      <w:pPr>
        <w:pStyle w:val="ListParagraph"/>
      </w:pPr>
      <w:r>
        <w:rPr>
          <w:sz w:val="22"/>
        </w:rPr>
        <w:t>C. Run</w:t>
      </w:r>
    </w:p>
    <w:p>
      <w:pPr>
        <w:pStyle w:val="ListParagraph"/>
      </w:pPr>
      <w:r>
        <w:rPr>
          <w:sz w:val="22"/>
        </w:rPr>
        <w:t>D. Go</w:t>
      </w:r>
    </w:p>
    <w:p/>
    <w:p>
      <w:r>
        <w:rPr>
          <w:b/>
          <w:sz w:val="24"/>
        </w:rPr>
        <w:t>Câu 5: Bức tranh trong tiếng anh là gì</w:t>
      </w:r>
    </w:p>
    <w:p>
      <w:pPr>
        <w:pStyle w:val="ListParagraph"/>
      </w:pPr>
      <w:r>
        <w:rPr>
          <w:sz w:val="22"/>
        </w:rPr>
        <w:t>A. Picture</w:t>
      </w:r>
    </w:p>
    <w:p>
      <w:pPr>
        <w:pStyle w:val="ListParagraph"/>
      </w:pPr>
      <w:r>
        <w:rPr>
          <w:sz w:val="22"/>
        </w:rPr>
        <w:t>B. Book</w:t>
      </w:r>
    </w:p>
    <w:p>
      <w:pPr>
        <w:pStyle w:val="ListParagraph"/>
      </w:pPr>
      <w:r>
        <w:rPr>
          <w:sz w:val="22"/>
        </w:rPr>
        <w:t>C. Pen</w:t>
      </w:r>
    </w:p>
    <w:p>
      <w:pPr>
        <w:pStyle w:val="ListParagraph"/>
      </w:pPr>
      <w:r>
        <w:rPr>
          <w:sz w:val="22"/>
        </w:rPr>
        <w:t>D. Table</w:t>
      </w:r>
    </w:p>
    <w:p/>
    <w:p>
      <w:r>
        <w:rPr>
          <w:b/>
          <w:sz w:val="24"/>
        </w:rPr>
        <w:t>Câu 6: Phòng máy tính trong tiếng anh là gì</w:t>
      </w:r>
    </w:p>
    <w:p>
      <w:pPr>
        <w:pStyle w:val="ListParagraph"/>
      </w:pPr>
      <w:r>
        <w:rPr>
          <w:sz w:val="22"/>
        </w:rPr>
        <w:t>A. Class room</w:t>
      </w:r>
    </w:p>
    <w:p>
      <w:pPr>
        <w:pStyle w:val="ListParagraph"/>
      </w:pPr>
      <w:r>
        <w:rPr>
          <w:sz w:val="22"/>
        </w:rPr>
        <w:t>B. Computer room</w:t>
      </w:r>
    </w:p>
    <w:p>
      <w:pPr>
        <w:pStyle w:val="ListParagraph"/>
      </w:pPr>
      <w:r>
        <w:rPr>
          <w:sz w:val="22"/>
        </w:rPr>
        <w:t>C. Art room</w:t>
      </w:r>
    </w:p>
    <w:p>
      <w:pPr>
        <w:pStyle w:val="ListParagraph"/>
      </w:pPr>
      <w:r>
        <w:rPr>
          <w:sz w:val="22"/>
        </w:rPr>
        <w:t>D. Music room</w:t>
      </w:r>
    </w:p>
    <w:p/>
    <w:p>
      <w:r>
        <w:rPr>
          <w:b/>
          <w:sz w:val="24"/>
        </w:rPr>
        <w:t>Câu 7: Phòng âm nhạc trong tiếng anh là gì</w:t>
      </w:r>
    </w:p>
    <w:p>
      <w:pPr>
        <w:pStyle w:val="ListParagraph"/>
      </w:pPr>
      <w:r>
        <w:rPr>
          <w:sz w:val="22"/>
        </w:rPr>
        <w:t>A. Gym</w:t>
      </w:r>
    </w:p>
    <w:p>
      <w:pPr>
        <w:pStyle w:val="ListParagraph"/>
      </w:pPr>
      <w:r>
        <w:rPr>
          <w:sz w:val="22"/>
        </w:rPr>
        <w:t>B. Library</w:t>
      </w:r>
    </w:p>
    <w:p>
      <w:pPr>
        <w:pStyle w:val="ListParagraph"/>
      </w:pPr>
      <w:r>
        <w:rPr>
          <w:sz w:val="22"/>
        </w:rPr>
        <w:t>C. Music room</w:t>
      </w:r>
    </w:p>
    <w:p>
      <w:pPr>
        <w:pStyle w:val="ListParagraph"/>
      </w:pPr>
      <w:r>
        <w:rPr>
          <w:sz w:val="22"/>
        </w:rPr>
        <w:t>D. Computer room</w:t>
      </w:r>
    </w:p>
    <w:p/>
    <w:p>
      <w:r>
        <w:rPr>
          <w:b/>
          <w:sz w:val="24"/>
        </w:rPr>
        <w:t>Câu 8: Thư viện trong tiếng anh là gì</w:t>
      </w:r>
    </w:p>
    <w:p>
      <w:pPr>
        <w:pStyle w:val="ListParagraph"/>
      </w:pPr>
      <w:r>
        <w:rPr>
          <w:sz w:val="22"/>
        </w:rPr>
        <w:t>A. Playground</w:t>
      </w:r>
    </w:p>
    <w:p>
      <w:pPr>
        <w:pStyle w:val="ListParagraph"/>
      </w:pPr>
      <w:r>
        <w:rPr>
          <w:sz w:val="22"/>
        </w:rPr>
        <w:t>B. School</w:t>
      </w:r>
    </w:p>
    <w:p>
      <w:pPr>
        <w:pStyle w:val="ListParagraph"/>
      </w:pPr>
      <w:r>
        <w:rPr>
          <w:sz w:val="22"/>
        </w:rPr>
        <w:t>C. Music room</w:t>
      </w:r>
    </w:p>
    <w:p>
      <w:pPr>
        <w:pStyle w:val="ListParagraph"/>
      </w:pPr>
      <w:r>
        <w:rPr>
          <w:sz w:val="22"/>
        </w:rPr>
        <w:t>D. Library</w:t>
      </w:r>
    </w:p>
    <w:p/>
    <w:p>
      <w:r>
        <w:rPr>
          <w:b/>
          <w:sz w:val="24"/>
        </w:rPr>
        <w:t>Câu 9: Sân chơi trong tiếng anh là gì</w:t>
      </w:r>
    </w:p>
    <w:p>
      <w:pPr>
        <w:pStyle w:val="ListParagraph"/>
      </w:pPr>
      <w:r>
        <w:rPr>
          <w:sz w:val="22"/>
        </w:rPr>
        <w:t>A. Class room</w:t>
      </w:r>
    </w:p>
    <w:p>
      <w:pPr>
        <w:pStyle w:val="ListParagraph"/>
      </w:pPr>
      <w:r>
        <w:rPr>
          <w:sz w:val="22"/>
        </w:rPr>
        <w:t>B. Playground</w:t>
      </w:r>
    </w:p>
    <w:p>
      <w:pPr>
        <w:pStyle w:val="ListParagraph"/>
      </w:pPr>
      <w:r>
        <w:rPr>
          <w:sz w:val="22"/>
        </w:rPr>
        <w:t>C. Music room</w:t>
      </w:r>
    </w:p>
    <w:p>
      <w:pPr>
        <w:pStyle w:val="ListParagraph"/>
      </w:pPr>
      <w:r>
        <w:rPr>
          <w:sz w:val="22"/>
        </w:rPr>
        <w:t>D. Library</w:t>
      </w:r>
    </w:p>
    <w:p/>
    <w:p>
      <w:r>
        <w:rPr>
          <w:b/>
          <w:sz w:val="24"/>
        </w:rPr>
        <w:t>Câu 10: Phòng mĩ thuật trong tiếng anh là gì</w:t>
      </w:r>
    </w:p>
    <w:p>
      <w:pPr>
        <w:pStyle w:val="ListParagraph"/>
      </w:pPr>
      <w:r>
        <w:rPr>
          <w:sz w:val="22"/>
        </w:rPr>
        <w:t>A. Computer room</w:t>
      </w:r>
    </w:p>
    <w:p>
      <w:pPr>
        <w:pStyle w:val="ListParagraph"/>
      </w:pPr>
      <w:r>
        <w:rPr>
          <w:sz w:val="22"/>
        </w:rPr>
        <w:t>B. Art room</w:t>
      </w:r>
    </w:p>
    <w:p>
      <w:pPr>
        <w:pStyle w:val="ListParagraph"/>
      </w:pPr>
      <w:r>
        <w:rPr>
          <w:sz w:val="22"/>
        </w:rPr>
        <w:t>C. Gym</w:t>
      </w:r>
    </w:p>
    <w:p>
      <w:pPr>
        <w:pStyle w:val="ListParagraph"/>
      </w:pPr>
      <w:r>
        <w:rPr>
          <w:sz w:val="22"/>
        </w:rPr>
        <w:t>D. School</w:t>
      </w:r>
    </w:p>
    <w:p/>
    <w:p>
      <w:r>
        <w:rPr>
          <w:b/>
          <w:sz w:val="24"/>
        </w:rPr>
        <w:t>Câu 11: Phòng học trong tiếng anh là gì</w:t>
      </w:r>
    </w:p>
    <w:p>
      <w:pPr>
        <w:pStyle w:val="ListParagraph"/>
      </w:pPr>
      <w:r>
        <w:rPr>
          <w:sz w:val="22"/>
        </w:rPr>
        <w:t>A. Playground</w:t>
      </w:r>
    </w:p>
    <w:p>
      <w:pPr>
        <w:pStyle w:val="ListParagraph"/>
      </w:pPr>
      <w:r>
        <w:rPr>
          <w:sz w:val="22"/>
        </w:rPr>
        <w:t>B. Class room</w:t>
      </w:r>
    </w:p>
    <w:p>
      <w:pPr>
        <w:pStyle w:val="ListParagraph"/>
      </w:pPr>
      <w:r>
        <w:rPr>
          <w:sz w:val="22"/>
        </w:rPr>
        <w:t>C. Library</w:t>
      </w:r>
    </w:p>
    <w:p>
      <w:pPr>
        <w:pStyle w:val="ListParagraph"/>
      </w:pPr>
      <w:r>
        <w:rPr>
          <w:sz w:val="22"/>
        </w:rPr>
        <w:t>D. Music room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