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8 - Xã hội loài người thời kỳ nguyên thủy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Xã hội loài người thời kỳ nguyên thủy được tổ chức theo hình thức nào?</w:t>
      </w:r>
    </w:p>
    <w:p>
      <w:pPr>
        <w:pStyle w:val="ListParagraph"/>
      </w:pPr>
      <w:r>
        <w:rPr>
          <w:sz w:val="22"/>
        </w:rPr>
        <w:t>A. Nhà nước</w:t>
      </w:r>
    </w:p>
    <w:p>
      <w:pPr>
        <w:pStyle w:val="ListParagraph"/>
      </w:pPr>
      <w:r>
        <w:rPr>
          <w:sz w:val="22"/>
        </w:rPr>
        <w:t>B. Bầy người nguyên thủy</w:t>
      </w:r>
    </w:p>
    <w:p>
      <w:pPr>
        <w:pStyle w:val="ListParagraph"/>
      </w:pPr>
      <w:r>
        <w:rPr>
          <w:sz w:val="22"/>
        </w:rPr>
        <w:t>C. Thị tộc, bộ lạc</w:t>
      </w:r>
    </w:p>
    <w:p>
      <w:pPr>
        <w:pStyle w:val="ListParagraph"/>
      </w:pPr>
      <w:r>
        <w:rPr>
          <w:sz w:val="22"/>
        </w:rPr>
        <w:t>D. Làng xã</w:t>
      </w:r>
    </w:p>
    <w:p/>
    <w:p>
      <w:r>
        <w:rPr>
          <w:b/>
          <w:sz w:val="24"/>
        </w:rPr>
        <w:t>Câu 2: Công cụ lao động chủ yếu của người nguyên thủy là gì?</w:t>
      </w:r>
    </w:p>
    <w:p>
      <w:pPr>
        <w:pStyle w:val="ListParagraph"/>
      </w:pPr>
      <w:r>
        <w:rPr>
          <w:sz w:val="22"/>
        </w:rPr>
        <w:t>A. Đồ đá</w:t>
      </w:r>
    </w:p>
    <w:p>
      <w:pPr>
        <w:pStyle w:val="ListParagraph"/>
      </w:pPr>
      <w:r>
        <w:rPr>
          <w:sz w:val="22"/>
        </w:rPr>
        <w:t>B. Đồ đồng</w:t>
      </w:r>
    </w:p>
    <w:p>
      <w:pPr>
        <w:pStyle w:val="ListParagraph"/>
      </w:pPr>
      <w:r>
        <w:rPr>
          <w:sz w:val="22"/>
        </w:rPr>
        <w:t>C. Đồ sắt</w:t>
      </w:r>
    </w:p>
    <w:p>
      <w:pPr>
        <w:pStyle w:val="ListParagraph"/>
      </w:pPr>
      <w:r>
        <w:rPr>
          <w:sz w:val="22"/>
        </w:rPr>
        <w:t>D. Đồ gốm</w:t>
      </w:r>
    </w:p>
    <w:p/>
    <w:p>
      <w:r>
        <w:rPr>
          <w:b/>
          <w:sz w:val="24"/>
        </w:rPr>
        <w:t>Câu 3: Người nguyên thủy sống theo hình thức nào?</w:t>
      </w:r>
    </w:p>
    <w:p>
      <w:pPr>
        <w:pStyle w:val="ListParagraph"/>
      </w:pPr>
      <w:r>
        <w:rPr>
          <w:sz w:val="22"/>
        </w:rPr>
        <w:t>A. Sống đơn lẻ</w:t>
      </w:r>
    </w:p>
    <w:p>
      <w:pPr>
        <w:pStyle w:val="ListParagraph"/>
      </w:pPr>
      <w:r>
        <w:rPr>
          <w:sz w:val="22"/>
        </w:rPr>
        <w:t>B. Sống thành bầy đàn</w:t>
      </w:r>
    </w:p>
    <w:p>
      <w:pPr>
        <w:pStyle w:val="ListParagraph"/>
      </w:pPr>
      <w:r>
        <w:rPr>
          <w:sz w:val="22"/>
        </w:rPr>
        <w:t>C. Sống thành thị tộc</w:t>
      </w:r>
    </w:p>
    <w:p>
      <w:pPr>
        <w:pStyle w:val="ListParagraph"/>
      </w:pPr>
      <w:r>
        <w:rPr>
          <w:sz w:val="22"/>
        </w:rPr>
        <w:t>D. Sống thành bộ lạc</w:t>
      </w:r>
    </w:p>
    <w:p/>
    <w:p>
      <w:r>
        <w:rPr>
          <w:b/>
          <w:sz w:val="24"/>
        </w:rPr>
        <w:t>Câu 4: Thị tộc là gì?</w:t>
      </w:r>
    </w:p>
    <w:p>
      <w:pPr>
        <w:pStyle w:val="ListParagraph"/>
      </w:pPr>
      <w:r>
        <w:rPr>
          <w:sz w:val="22"/>
        </w:rPr>
        <w:t>A. Nhóm người có chung huyết thống</w:t>
      </w:r>
    </w:p>
    <w:p>
      <w:pPr>
        <w:pStyle w:val="ListParagraph"/>
      </w:pPr>
      <w:r>
        <w:rPr>
          <w:sz w:val="22"/>
        </w:rPr>
        <w:t>B. Nhóm người sống chung một khu vực</w:t>
      </w:r>
    </w:p>
    <w:p>
      <w:pPr>
        <w:pStyle w:val="ListParagraph"/>
      </w:pPr>
      <w:r>
        <w:rPr>
          <w:sz w:val="22"/>
        </w:rPr>
        <w:t>C. Nhóm người cùng làm một nghề</w:t>
      </w:r>
    </w:p>
    <w:p>
      <w:pPr>
        <w:pStyle w:val="ListParagraph"/>
      </w:pPr>
      <w:r>
        <w:rPr>
          <w:sz w:val="22"/>
        </w:rPr>
        <w:t>D. Nhóm người có chung tôn giáo</w:t>
      </w:r>
    </w:p>
    <w:p/>
    <w:p>
      <w:r>
        <w:rPr>
          <w:b/>
          <w:sz w:val="24"/>
        </w:rPr>
        <w:t>Câu 5: Bộ lạc là gì?</w:t>
      </w:r>
    </w:p>
    <w:p>
      <w:pPr>
        <w:pStyle w:val="ListParagraph"/>
      </w:pPr>
      <w:r>
        <w:rPr>
          <w:sz w:val="22"/>
        </w:rPr>
        <w:t>A. Tập hợp nhiều thị tộc</w:t>
      </w:r>
    </w:p>
    <w:p>
      <w:pPr>
        <w:pStyle w:val="ListParagraph"/>
      </w:pPr>
      <w:r>
        <w:rPr>
          <w:sz w:val="22"/>
        </w:rPr>
        <w:t>B. Tập hợp nhiều gia đình</w:t>
      </w:r>
    </w:p>
    <w:p>
      <w:pPr>
        <w:pStyle w:val="ListParagraph"/>
      </w:pPr>
      <w:r>
        <w:rPr>
          <w:sz w:val="22"/>
        </w:rPr>
        <w:t>C. Tập hợp nhiều bầy người</w:t>
      </w:r>
    </w:p>
    <w:p>
      <w:pPr>
        <w:pStyle w:val="ListParagraph"/>
      </w:pPr>
      <w:r>
        <w:rPr>
          <w:sz w:val="22"/>
        </w:rPr>
        <w:t>D. Tập hợp nhiều làng xã</w:t>
      </w:r>
    </w:p>
    <w:p/>
    <w:p>
      <w:r>
        <w:rPr>
          <w:b/>
          <w:sz w:val="24"/>
        </w:rPr>
        <w:t>Câu 6: Người nguyên thủy phát minh ra lửa có ý nghĩa gì?</w:t>
      </w:r>
    </w:p>
    <w:p>
      <w:pPr>
        <w:pStyle w:val="ListParagraph"/>
      </w:pPr>
      <w:r>
        <w:rPr>
          <w:sz w:val="22"/>
        </w:rPr>
        <w:t>A. Giúp nấu chín thức ăn, sưởi ấm, xua đuổi thú dữ</w:t>
      </w:r>
    </w:p>
    <w:p>
      <w:pPr>
        <w:pStyle w:val="ListParagraph"/>
      </w:pPr>
      <w:r>
        <w:rPr>
          <w:sz w:val="22"/>
        </w:rPr>
        <w:t>B. Giúp chế tạo công cụ bằng kim loại</w:t>
      </w:r>
    </w:p>
    <w:p>
      <w:pPr>
        <w:pStyle w:val="ListParagraph"/>
      </w:pPr>
      <w:r>
        <w:rPr>
          <w:sz w:val="22"/>
        </w:rPr>
        <w:t>C. Giúp phát triển nông nghiệp</w:t>
      </w:r>
    </w:p>
    <w:p>
      <w:pPr>
        <w:pStyle w:val="ListParagraph"/>
      </w:pPr>
      <w:r>
        <w:rPr>
          <w:sz w:val="22"/>
        </w:rPr>
        <w:t>D. Giúp xây dựng nhà cửa</w:t>
      </w:r>
    </w:p>
    <w:p/>
    <w:p>
      <w:r>
        <w:rPr>
          <w:b/>
          <w:sz w:val="24"/>
        </w:rPr>
        <w:t>Câu 7: Trong xã hội nguyên thủy, của cải được phân chia như thế nào?</w:t>
      </w:r>
    </w:p>
    <w:p>
      <w:pPr>
        <w:pStyle w:val="ListParagraph"/>
      </w:pPr>
      <w:r>
        <w:rPr>
          <w:sz w:val="22"/>
        </w:rPr>
        <w:t>A. Chia đều cho mọi người</w:t>
      </w:r>
    </w:p>
    <w:p>
      <w:pPr>
        <w:pStyle w:val="ListParagraph"/>
      </w:pPr>
      <w:r>
        <w:rPr>
          <w:sz w:val="22"/>
        </w:rPr>
        <w:t>B. Chia theo thứ bậc</w:t>
      </w:r>
    </w:p>
    <w:p>
      <w:pPr>
        <w:pStyle w:val="ListParagraph"/>
      </w:pPr>
      <w:r>
        <w:rPr>
          <w:sz w:val="22"/>
        </w:rPr>
        <w:t>C. Người đứng đầu được nhiều hơn</w:t>
      </w:r>
    </w:p>
    <w:p>
      <w:pPr>
        <w:pStyle w:val="ListParagraph"/>
      </w:pPr>
      <w:r>
        <w:rPr>
          <w:sz w:val="22"/>
        </w:rPr>
        <w:t>D. Ai làm nhiều hưởng nhiều</w:t>
      </w:r>
    </w:p>
    <w:p/>
    <w:p>
      <w:r>
        <w:rPr>
          <w:b/>
          <w:sz w:val="24"/>
        </w:rPr>
        <w:t>Câu 8: Người nguyên thủy thường sinh sống ở đâu?</w:t>
      </w:r>
    </w:p>
    <w:p>
      <w:pPr>
        <w:pStyle w:val="ListParagraph"/>
      </w:pPr>
      <w:r>
        <w:rPr>
          <w:sz w:val="22"/>
        </w:rPr>
        <w:t>A. Trong các hang động, mái đá</w:t>
      </w:r>
    </w:p>
    <w:p>
      <w:pPr>
        <w:pStyle w:val="ListParagraph"/>
      </w:pPr>
      <w:r>
        <w:rPr>
          <w:sz w:val="22"/>
        </w:rPr>
        <w:t>B. Trên các cây cao</w:t>
      </w:r>
    </w:p>
    <w:p>
      <w:pPr>
        <w:pStyle w:val="ListParagraph"/>
      </w:pPr>
      <w:r>
        <w:rPr>
          <w:sz w:val="22"/>
        </w:rPr>
        <w:t>C. Ven biển</w:t>
      </w:r>
    </w:p>
    <w:p>
      <w:pPr>
        <w:pStyle w:val="ListParagraph"/>
      </w:pPr>
      <w:r>
        <w:rPr>
          <w:sz w:val="22"/>
        </w:rPr>
        <w:t>D. Trong các thành phố</w:t>
      </w:r>
    </w:p>
    <w:p/>
    <w:p>
      <w:r>
        <w:rPr>
          <w:b/>
          <w:sz w:val="24"/>
        </w:rPr>
        <w:t>Câu 9: Đặc điểm nổi bật của xã hội nguyên thủy là gì?</w:t>
      </w:r>
    </w:p>
    <w:p>
      <w:pPr>
        <w:pStyle w:val="ListParagraph"/>
      </w:pPr>
      <w:r>
        <w:rPr>
          <w:sz w:val="22"/>
        </w:rPr>
        <w:t>A. Có sự phân hóa giàu nghèo</w:t>
      </w:r>
    </w:p>
    <w:p>
      <w:pPr>
        <w:pStyle w:val="ListParagraph"/>
      </w:pPr>
      <w:r>
        <w:rPr>
          <w:sz w:val="22"/>
        </w:rPr>
        <w:t>B. Không có sự phân hóa giai cấp</w:t>
      </w:r>
    </w:p>
    <w:p>
      <w:pPr>
        <w:pStyle w:val="ListParagraph"/>
      </w:pPr>
      <w:r>
        <w:rPr>
          <w:sz w:val="22"/>
        </w:rPr>
        <w:t>C. Có nhà nước</w:t>
      </w:r>
    </w:p>
    <w:p>
      <w:pPr>
        <w:pStyle w:val="ListParagraph"/>
      </w:pPr>
      <w:r>
        <w:rPr>
          <w:sz w:val="22"/>
        </w:rPr>
        <w:t>D. Có chữ viết</w:t>
      </w:r>
    </w:p>
    <w:p/>
    <w:p>
      <w:r>
        <w:rPr>
          <w:b/>
          <w:sz w:val="24"/>
        </w:rPr>
        <w:t>Câu 10: Người nguyên thủy biết sử dụng kim loại đầu tiên là loại nào?</w:t>
      </w:r>
    </w:p>
    <w:p>
      <w:pPr>
        <w:pStyle w:val="ListParagraph"/>
      </w:pPr>
      <w:r>
        <w:rPr>
          <w:sz w:val="22"/>
        </w:rPr>
        <w:t>A. Đồng</w:t>
      </w:r>
    </w:p>
    <w:p>
      <w:pPr>
        <w:pStyle w:val="ListParagraph"/>
      </w:pPr>
      <w:r>
        <w:rPr>
          <w:sz w:val="22"/>
        </w:rPr>
        <w:t>B. Sắt</w:t>
      </w:r>
    </w:p>
    <w:p>
      <w:pPr>
        <w:pStyle w:val="ListParagraph"/>
      </w:pPr>
      <w:r>
        <w:rPr>
          <w:sz w:val="22"/>
        </w:rPr>
        <w:t>C. Nhôm</w:t>
      </w:r>
    </w:p>
    <w:p>
      <w:pPr>
        <w:pStyle w:val="ListParagraph"/>
      </w:pPr>
      <w:r>
        <w:rPr>
          <w:sz w:val="22"/>
        </w:rPr>
        <w:t>D. Vàng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