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tạo 24 câu trắc nghiệm muôn Giáo Dục Quốc Phòng và</w:t>
      </w:r>
    </w:p>
    <w:p>
      <w:pPr>
        <w:jc w:val="center"/>
      </w:pPr>
      <w:r>
        <w:rPr>
          <w:sz w:val="22"/>
        </w:rPr>
        <w:t>Số câu: 24    Thời gian: _____ phút    Họ và tên: _________________________</w:t>
      </w:r>
    </w:p>
    <w:p/>
    <w:p>
      <w:r>
        <w:rPr>
          <w:b/>
          <w:sz w:val="24"/>
        </w:rPr>
        <w:t>Câu 1: Mục tiêu của môn Giáo dục quốc phòng và an ninh ở trường trung học phổ thông là gì?</w:t>
      </w:r>
    </w:p>
    <w:p>
      <w:pPr>
        <w:pStyle w:val="ListParagraph"/>
      </w:pPr>
      <w:r>
        <w:rPr>
          <w:sz w:val="22"/>
        </w:rPr>
        <w:t>A. Giúp học sinh có hiểu biết ban đầu về quốc phòng, an ninh và kỹ năng quân sự cần thiết.</w:t>
      </w:r>
    </w:p>
    <w:p>
      <w:pPr>
        <w:pStyle w:val="ListParagraph"/>
      </w:pPr>
      <w:r>
        <w:rPr>
          <w:sz w:val="22"/>
        </w:rPr>
        <w:t>B. Đào tạo học sinh trở thành sĩ quan quân đội.</w:t>
      </w:r>
    </w:p>
    <w:p>
      <w:pPr>
        <w:pStyle w:val="ListParagraph"/>
      </w:pPr>
      <w:r>
        <w:rPr>
          <w:sz w:val="22"/>
        </w:rPr>
        <w:t>C. Trang bị kiến thức chuyên sâu về vũ khí hạt nhân.</w:t>
      </w:r>
    </w:p>
    <w:p>
      <w:pPr>
        <w:pStyle w:val="ListParagraph"/>
      </w:pPr>
      <w:r>
        <w:rPr>
          <w:sz w:val="22"/>
        </w:rPr>
        <w:t>D. Chỉ nhằm mục đích rèn luyện thể lực.</w:t>
      </w:r>
    </w:p>
    <w:p/>
    <w:p>
      <w:r>
        <w:rPr>
          <w:b/>
          <w:sz w:val="24"/>
        </w:rPr>
        <w:t>Câu 2: Đối tượng nào không thuộc diện miễn học môn Giáo dục quốc phòng và an ninh?</w:t>
      </w:r>
    </w:p>
    <w:p>
      <w:pPr>
        <w:pStyle w:val="ListParagraph"/>
      </w:pPr>
      <w:r>
        <w:rPr>
          <w:sz w:val="22"/>
        </w:rPr>
        <w:t>A. Học sinh là con liệt sĩ.</w:t>
      </w:r>
    </w:p>
    <w:p>
      <w:pPr>
        <w:pStyle w:val="ListParagraph"/>
      </w:pPr>
      <w:r>
        <w:rPr>
          <w:sz w:val="22"/>
        </w:rPr>
        <w:t>B. Học sinh có bệnh mãn tính.</w:t>
      </w:r>
    </w:p>
    <w:p>
      <w:pPr>
        <w:pStyle w:val="ListParagraph"/>
      </w:pPr>
      <w:r>
        <w:rPr>
          <w:sz w:val="22"/>
        </w:rPr>
        <w:t>C. Học sinh nữ đang mang thai.</w:t>
      </w:r>
    </w:p>
    <w:p>
      <w:pPr>
        <w:pStyle w:val="ListParagraph"/>
      </w:pPr>
      <w:r>
        <w:rPr>
          <w:sz w:val="22"/>
        </w:rPr>
        <w:t>D. Học sinh có sức khỏe bình thường.</w:t>
      </w:r>
    </w:p>
    <w:p/>
    <w:p>
      <w:r>
        <w:rPr>
          <w:b/>
          <w:sz w:val="24"/>
        </w:rPr>
        <w:t>Câu 3: Nội dung nào không có trong chương trình Giáo dục quốc phòng và an ninh lớp 12?</w:t>
      </w:r>
    </w:p>
    <w:p>
      <w:pPr>
        <w:pStyle w:val="ListParagraph"/>
      </w:pPr>
      <w:r>
        <w:rPr>
          <w:sz w:val="22"/>
        </w:rPr>
        <w:t>A. Một số hiểu biết về nền quốc phòng toàn dân, an ninh nhân dân.</w:t>
      </w:r>
    </w:p>
    <w:p>
      <w:pPr>
        <w:pStyle w:val="ListParagraph"/>
      </w:pPr>
      <w:r>
        <w:rPr>
          <w:sz w:val="22"/>
        </w:rPr>
        <w:t>B. Tổ chức Quân đội nhân dân Việt Nam và Công an nhân dân Việt Nam.</w:t>
      </w:r>
    </w:p>
    <w:p>
      <w:pPr>
        <w:pStyle w:val="ListParagraph"/>
      </w:pPr>
      <w:r>
        <w:rPr>
          <w:sz w:val="22"/>
        </w:rPr>
        <w:t>C. Kỹ thuật bắn súng tiểu liên AK.</w:t>
      </w:r>
    </w:p>
    <w:p>
      <w:pPr>
        <w:pStyle w:val="ListParagraph"/>
      </w:pPr>
      <w:r>
        <w:rPr>
          <w:sz w:val="22"/>
        </w:rPr>
        <w:t>D. Chiến lược phát triển kinh tế biển.</w:t>
      </w:r>
    </w:p>
    <w:p/>
    <w:p>
      <w:r>
        <w:rPr>
          <w:b/>
          <w:sz w:val="24"/>
        </w:rPr>
        <w:t>Câu 4: Nền quốc phòng toàn dân là gì?</w:t>
      </w:r>
    </w:p>
    <w:p>
      <w:pPr>
        <w:pStyle w:val="ListParagraph"/>
      </w:pPr>
      <w:r>
        <w:rPr>
          <w:sz w:val="22"/>
        </w:rPr>
        <w:t>A. Là nền quốc phòng do toàn dân xây dựng, bảo vệ và phục vụ.</w:t>
      </w:r>
    </w:p>
    <w:p>
      <w:pPr>
        <w:pStyle w:val="ListParagraph"/>
      </w:pPr>
      <w:r>
        <w:rPr>
          <w:sz w:val="22"/>
        </w:rPr>
        <w:t>B. Là nền quốc phòng chỉ do quân đội đảm nhiệm.</w:t>
      </w:r>
    </w:p>
    <w:p>
      <w:pPr>
        <w:pStyle w:val="ListParagraph"/>
      </w:pPr>
      <w:r>
        <w:rPr>
          <w:sz w:val="22"/>
        </w:rPr>
        <w:t>C. Là nền quốc phòng chỉ dựa vào vũ khí hiện đại.</w:t>
      </w:r>
    </w:p>
    <w:p>
      <w:pPr>
        <w:pStyle w:val="ListParagraph"/>
      </w:pPr>
      <w:r>
        <w:rPr>
          <w:sz w:val="22"/>
        </w:rPr>
        <w:t>D. Là nền quốc phòng của một số tỉnh thành.</w:t>
      </w:r>
    </w:p>
    <w:p/>
    <w:p>
      <w:r>
        <w:rPr>
          <w:b/>
          <w:sz w:val="24"/>
        </w:rPr>
        <w:t>Câu 5: An ninh nhân dân là gì?</w:t>
      </w:r>
    </w:p>
    <w:p>
      <w:pPr>
        <w:pStyle w:val="ListParagraph"/>
      </w:pPr>
      <w:r>
        <w:rPr>
          <w:sz w:val="22"/>
        </w:rPr>
        <w:t>A. Là sự nghiệp bảo vệ an ninh quốc gia do toàn dân tham gia.</w:t>
      </w:r>
    </w:p>
    <w:p>
      <w:pPr>
        <w:pStyle w:val="ListParagraph"/>
      </w:pPr>
      <w:r>
        <w:rPr>
          <w:sz w:val="22"/>
        </w:rPr>
        <w:t>B. Là lực lượng công an chuyên trách.</w:t>
      </w:r>
    </w:p>
    <w:p>
      <w:pPr>
        <w:pStyle w:val="ListParagraph"/>
      </w:pPr>
      <w:r>
        <w:rPr>
          <w:sz w:val="22"/>
        </w:rPr>
        <w:t>C. Là hệ thống pháp luật về an ninh.</w:t>
      </w:r>
    </w:p>
    <w:p>
      <w:pPr>
        <w:pStyle w:val="ListParagraph"/>
      </w:pPr>
      <w:r>
        <w:rPr>
          <w:sz w:val="22"/>
        </w:rPr>
        <w:t>D. Là hoạt động của các cơ quan tình báo.</w:t>
      </w:r>
    </w:p>
    <w:p/>
    <w:p>
      <w:r>
        <w:rPr>
          <w:b/>
          <w:sz w:val="24"/>
        </w:rPr>
        <w:t>Câu 6: Đặc trưng nào không phải của nền quốc phòng toàn dân?</w:t>
      </w:r>
    </w:p>
    <w:p>
      <w:pPr>
        <w:pStyle w:val="ListParagraph"/>
      </w:pPr>
      <w:r>
        <w:rPr>
          <w:sz w:val="22"/>
        </w:rPr>
        <w:t>A. Mang tính chất toàn dân, toàn diện.</w:t>
      </w:r>
    </w:p>
    <w:p>
      <w:pPr>
        <w:pStyle w:val="ListParagraph"/>
      </w:pPr>
      <w:r>
        <w:rPr>
          <w:sz w:val="22"/>
        </w:rPr>
        <w:t>B. Do Đảng lãnh đạo.</w:t>
      </w:r>
    </w:p>
    <w:p>
      <w:pPr>
        <w:pStyle w:val="ListParagraph"/>
      </w:pPr>
      <w:r>
        <w:rPr>
          <w:sz w:val="22"/>
        </w:rPr>
        <w:t>C. Chỉ dựa vào lực lượng vũ trang.</w:t>
      </w:r>
    </w:p>
    <w:p>
      <w:pPr>
        <w:pStyle w:val="ListParagraph"/>
      </w:pPr>
      <w:r>
        <w:rPr>
          <w:sz w:val="22"/>
        </w:rPr>
        <w:t>D. Mang tính chất chính nghĩa.</w:t>
      </w:r>
    </w:p>
    <w:p/>
    <w:p>
      <w:r>
        <w:rPr>
          <w:b/>
          <w:sz w:val="24"/>
        </w:rPr>
        <w:t>Câu 7: Một trong những biện pháp xây dựng nền quốc phòng toàn dân là gì?</w:t>
      </w:r>
    </w:p>
    <w:p>
      <w:pPr>
        <w:pStyle w:val="ListParagraph"/>
      </w:pPr>
      <w:r>
        <w:rPr>
          <w:sz w:val="22"/>
        </w:rPr>
        <w:t>A. Tăng cường giáo dục quốc phòng cho toàn dân.</w:t>
      </w:r>
    </w:p>
    <w:p>
      <w:pPr>
        <w:pStyle w:val="ListParagraph"/>
      </w:pPr>
      <w:r>
        <w:rPr>
          <w:sz w:val="22"/>
        </w:rPr>
        <w:t>B. Giảm chi tiêu cho quốc phòng.</w:t>
      </w:r>
    </w:p>
    <w:p>
      <w:pPr>
        <w:pStyle w:val="ListParagraph"/>
      </w:pPr>
      <w:r>
        <w:rPr>
          <w:sz w:val="22"/>
        </w:rPr>
        <w:t>C. Chỉ phát triển kinh tế, không quan tâm quốc phòng.</w:t>
      </w:r>
    </w:p>
    <w:p>
      <w:pPr>
        <w:pStyle w:val="ListParagraph"/>
      </w:pPr>
      <w:r>
        <w:rPr>
          <w:sz w:val="22"/>
        </w:rPr>
        <w:t>D. Phụ thuộc vào nước ngoài về vũ khí.</w:t>
      </w:r>
    </w:p>
    <w:p/>
    <w:p>
      <w:r>
        <w:rPr>
          <w:b/>
          <w:sz w:val="24"/>
        </w:rPr>
        <w:t>Câu 8: Lực lượng vũ trang nhân dân Việt Nam gồm những thành phần nào?</w:t>
      </w:r>
    </w:p>
    <w:p>
      <w:pPr>
        <w:pStyle w:val="ListParagraph"/>
      </w:pPr>
      <w:r>
        <w:rPr>
          <w:sz w:val="22"/>
        </w:rPr>
        <w:t>A. Quân đội nhân dân, Công an nhân dân và Dân quân tự vệ.</w:t>
      </w:r>
    </w:p>
    <w:p>
      <w:pPr>
        <w:pStyle w:val="ListParagraph"/>
      </w:pPr>
      <w:r>
        <w:rPr>
          <w:sz w:val="22"/>
        </w:rPr>
        <w:t>B. Quân đội nhân dân và Công an nhân dân.</w:t>
      </w:r>
    </w:p>
    <w:p>
      <w:pPr>
        <w:pStyle w:val="ListParagraph"/>
      </w:pPr>
      <w:r>
        <w:rPr>
          <w:sz w:val="22"/>
        </w:rPr>
        <w:t>C. Quân đội nhân dân và Dân quân tự vệ.</w:t>
      </w:r>
    </w:p>
    <w:p>
      <w:pPr>
        <w:pStyle w:val="ListParagraph"/>
      </w:pPr>
      <w:r>
        <w:rPr>
          <w:sz w:val="22"/>
        </w:rPr>
        <w:t>D. Công an nhân dân và Dân quân tự vệ.</w:t>
      </w:r>
    </w:p>
    <w:p/>
    <w:p>
      <w:r>
        <w:rPr>
          <w:b/>
          <w:sz w:val="24"/>
        </w:rPr>
        <w:t>Câu 9: Quân đội nhân dân Việt Nam có chức năng gì?</w:t>
      </w:r>
    </w:p>
    <w:p>
      <w:pPr>
        <w:pStyle w:val="ListParagraph"/>
      </w:pPr>
      <w:r>
        <w:rPr>
          <w:sz w:val="22"/>
        </w:rPr>
        <w:t>A. Bảo vệ độc lập, chủ quyền, toàn vẹn lãnh thổ và an ninh quốc gia.</w:t>
      </w:r>
    </w:p>
    <w:p>
      <w:pPr>
        <w:pStyle w:val="ListParagraph"/>
      </w:pPr>
      <w:r>
        <w:rPr>
          <w:sz w:val="22"/>
        </w:rPr>
        <w:t>B. Quản lý kinh tế đất nước.</w:t>
      </w:r>
    </w:p>
    <w:p>
      <w:pPr>
        <w:pStyle w:val="ListParagraph"/>
      </w:pPr>
      <w:r>
        <w:rPr>
          <w:sz w:val="22"/>
        </w:rPr>
        <w:t>C. Xây dựng pháp luật.</w:t>
      </w:r>
    </w:p>
    <w:p>
      <w:pPr>
        <w:pStyle w:val="ListParagraph"/>
      </w:pPr>
      <w:r>
        <w:rPr>
          <w:sz w:val="22"/>
        </w:rPr>
        <w:t>D. Tổ chức bầu cử.</w:t>
      </w:r>
    </w:p>
    <w:p/>
    <w:p>
      <w:r>
        <w:rPr>
          <w:b/>
          <w:sz w:val="24"/>
        </w:rPr>
        <w:t>Câu 10: Công an nhân dân Việt Nam có chức năng gì?</w:t>
      </w:r>
    </w:p>
    <w:p>
      <w:pPr>
        <w:pStyle w:val="ListParagraph"/>
      </w:pPr>
      <w:r>
        <w:rPr>
          <w:sz w:val="22"/>
        </w:rPr>
        <w:t>A. Bảo vệ an ninh quốc gia và trật tự an toàn xã hội.</w:t>
      </w:r>
    </w:p>
    <w:p>
      <w:pPr>
        <w:pStyle w:val="ListParagraph"/>
      </w:pPr>
      <w:r>
        <w:rPr>
          <w:sz w:val="22"/>
        </w:rPr>
        <w:t>B. Bảo vệ biên giới quốc gia.</w:t>
      </w:r>
    </w:p>
    <w:p>
      <w:pPr>
        <w:pStyle w:val="ListParagraph"/>
      </w:pPr>
      <w:r>
        <w:rPr>
          <w:sz w:val="22"/>
        </w:rPr>
        <w:t>C. Xây dựng kinh tế.</w:t>
      </w:r>
    </w:p>
    <w:p>
      <w:pPr>
        <w:pStyle w:val="ListParagraph"/>
      </w:pPr>
      <w:r>
        <w:rPr>
          <w:sz w:val="22"/>
        </w:rPr>
        <w:t>D. Quản lý giáo dục.</w:t>
      </w:r>
    </w:p>
    <w:p/>
    <w:p>
      <w:r>
        <w:rPr>
          <w:b/>
          <w:sz w:val="24"/>
        </w:rPr>
        <w:t>Câu 11: Dân quân tự vệ là gì?</w:t>
      </w:r>
    </w:p>
    <w:p>
      <w:pPr>
        <w:pStyle w:val="ListParagraph"/>
      </w:pPr>
      <w:r>
        <w:rPr>
          <w:sz w:val="22"/>
        </w:rPr>
        <w:t>A. Là lực lượng vũ trang quần chúng không thoát ly sản xuất, công tác.</w:t>
      </w:r>
    </w:p>
    <w:p>
      <w:pPr>
        <w:pStyle w:val="ListParagraph"/>
      </w:pPr>
      <w:r>
        <w:rPr>
          <w:sz w:val="22"/>
        </w:rPr>
        <w:t>B. Là lực lượng chuyên trách của quân đội.</w:t>
      </w:r>
    </w:p>
    <w:p>
      <w:pPr>
        <w:pStyle w:val="ListParagraph"/>
      </w:pPr>
      <w:r>
        <w:rPr>
          <w:sz w:val="22"/>
        </w:rPr>
        <w:t>C. Là lực lượng cảnh sát cơ động.</w:t>
      </w:r>
    </w:p>
    <w:p>
      <w:pPr>
        <w:pStyle w:val="ListParagraph"/>
      </w:pPr>
      <w:r>
        <w:rPr>
          <w:sz w:val="22"/>
        </w:rPr>
        <w:t>D. Là lực lượng bảo vệ của các công ty.</w:t>
      </w:r>
    </w:p>
    <w:p/>
    <w:p>
      <w:r>
        <w:rPr>
          <w:b/>
          <w:sz w:val="24"/>
        </w:rPr>
        <w:t>Câu 12: Hệ thống tổ chức của Quân đội nhân dân Việt Nam gồm mấy cấp?</w:t>
      </w:r>
    </w:p>
    <w:p>
      <w:pPr>
        <w:pStyle w:val="ListParagraph"/>
      </w:pPr>
      <w:r>
        <w:rPr>
          <w:sz w:val="22"/>
        </w:rPr>
        <w:t>A. 4 cấp</w:t>
      </w:r>
    </w:p>
    <w:p>
      <w:pPr>
        <w:pStyle w:val="ListParagraph"/>
      </w:pPr>
      <w:r>
        <w:rPr>
          <w:sz w:val="22"/>
        </w:rPr>
        <w:t>B. 3 cấp</w:t>
      </w:r>
    </w:p>
    <w:p>
      <w:pPr>
        <w:pStyle w:val="ListParagraph"/>
      </w:pPr>
      <w:r>
        <w:rPr>
          <w:sz w:val="22"/>
        </w:rPr>
        <w:t>C. 5 cấp</w:t>
      </w:r>
    </w:p>
    <w:p>
      <w:pPr>
        <w:pStyle w:val="ListParagraph"/>
      </w:pPr>
      <w:r>
        <w:rPr>
          <w:sz w:val="22"/>
        </w:rPr>
        <w:t>D. 2 cấp</w:t>
      </w:r>
    </w:p>
    <w:p/>
    <w:p>
      <w:r>
        <w:rPr>
          <w:b/>
          <w:sz w:val="24"/>
        </w:rPr>
        <w:t>Câu 13: Cấp cao nhất trong hệ thống tổ chức của Quân đội nhân dân Việt Nam là gì?</w:t>
      </w:r>
    </w:p>
    <w:p>
      <w:pPr>
        <w:pStyle w:val="ListParagraph"/>
      </w:pPr>
      <w:r>
        <w:rPr>
          <w:sz w:val="22"/>
        </w:rPr>
        <w:t>A. Bộ Quốc phòng</w:t>
      </w:r>
    </w:p>
    <w:p>
      <w:pPr>
        <w:pStyle w:val="ListParagraph"/>
      </w:pPr>
      <w:r>
        <w:rPr>
          <w:sz w:val="22"/>
        </w:rPr>
        <w:t>B. Bộ Tổng Tham mưu</w:t>
      </w:r>
    </w:p>
    <w:p>
      <w:pPr>
        <w:pStyle w:val="ListParagraph"/>
      </w:pPr>
      <w:r>
        <w:rPr>
          <w:sz w:val="22"/>
        </w:rPr>
        <w:t>C. Quân khu</w:t>
      </w:r>
    </w:p>
    <w:p>
      <w:pPr>
        <w:pStyle w:val="ListParagraph"/>
      </w:pPr>
      <w:r>
        <w:rPr>
          <w:sz w:val="22"/>
        </w:rPr>
        <w:t>D. Sư đoàn</w:t>
      </w:r>
    </w:p>
    <w:p/>
    <w:p>
      <w:r>
        <w:rPr>
          <w:b/>
          <w:sz w:val="24"/>
        </w:rPr>
        <w:t>Câu 14: Quân hiệu của Quân đội nhân dân Việt Nam có hình gì?</w:t>
      </w:r>
    </w:p>
    <w:p>
      <w:pPr>
        <w:pStyle w:val="ListParagraph"/>
      </w:pPr>
      <w:r>
        <w:rPr>
          <w:sz w:val="22"/>
        </w:rPr>
        <w:t>A. Ngôi sao vàng năm cánh</w:t>
      </w:r>
    </w:p>
    <w:p>
      <w:pPr>
        <w:pStyle w:val="ListParagraph"/>
      </w:pPr>
      <w:r>
        <w:rPr>
          <w:sz w:val="22"/>
        </w:rPr>
        <w:t>B. Búa liềm</w:t>
      </w:r>
    </w:p>
    <w:p>
      <w:pPr>
        <w:pStyle w:val="ListParagraph"/>
      </w:pPr>
      <w:r>
        <w:rPr>
          <w:sz w:val="22"/>
        </w:rPr>
        <w:t>C. Quốc huy</w:t>
      </w:r>
    </w:p>
    <w:p>
      <w:pPr>
        <w:pStyle w:val="ListParagraph"/>
      </w:pPr>
      <w:r>
        <w:rPr>
          <w:sz w:val="22"/>
        </w:rPr>
        <w:t>D. Rồng vàng</w:t>
      </w:r>
    </w:p>
    <w:p/>
    <w:p>
      <w:r>
        <w:rPr>
          <w:b/>
          <w:sz w:val="24"/>
        </w:rPr>
        <w:t>Câu 15: Cấp hiệu của sĩ quan Quân đội nhân dân Việt Nam được gắn ở đâu?</w:t>
      </w:r>
    </w:p>
    <w:p>
      <w:pPr>
        <w:pStyle w:val="ListParagraph"/>
      </w:pPr>
      <w:r>
        <w:rPr>
          <w:sz w:val="22"/>
        </w:rPr>
        <w:t>A. Trên vai áo</w:t>
      </w:r>
    </w:p>
    <w:p>
      <w:pPr>
        <w:pStyle w:val="ListParagraph"/>
      </w:pPr>
      <w:r>
        <w:rPr>
          <w:sz w:val="22"/>
        </w:rPr>
        <w:t>B. Trên ngực áo</w:t>
      </w:r>
    </w:p>
    <w:p>
      <w:pPr>
        <w:pStyle w:val="ListParagraph"/>
      </w:pPr>
      <w:r>
        <w:rPr>
          <w:sz w:val="22"/>
        </w:rPr>
        <w:t>C. Trên mũ</w:t>
      </w:r>
    </w:p>
    <w:p>
      <w:pPr>
        <w:pStyle w:val="ListParagraph"/>
      </w:pPr>
      <w:r>
        <w:rPr>
          <w:sz w:val="22"/>
        </w:rPr>
        <w:t>D. Trên tay áo</w:t>
      </w:r>
    </w:p>
    <w:p/>
    <w:p>
      <w:r>
        <w:rPr>
          <w:b/>
          <w:sz w:val="24"/>
        </w:rPr>
        <w:t>Câu 16: Quân hàm của Quân đội nhân dân Việt Nam gồm có mấy loại?</w:t>
      </w:r>
    </w:p>
    <w:p>
      <w:pPr>
        <w:pStyle w:val="ListParagraph"/>
      </w:pPr>
      <w:r>
        <w:rPr>
          <w:sz w:val="22"/>
        </w:rPr>
        <w:t>A. 3 loại</w:t>
      </w:r>
    </w:p>
    <w:p>
      <w:pPr>
        <w:pStyle w:val="ListParagraph"/>
      </w:pPr>
      <w:r>
        <w:rPr>
          <w:sz w:val="22"/>
        </w:rPr>
        <w:t>B. 2 loại</w:t>
      </w:r>
    </w:p>
    <w:p>
      <w:pPr>
        <w:pStyle w:val="ListParagraph"/>
      </w:pPr>
      <w:r>
        <w:rPr>
          <w:sz w:val="22"/>
        </w:rPr>
        <w:t>C. 4 loại</w:t>
      </w:r>
    </w:p>
    <w:p>
      <w:pPr>
        <w:pStyle w:val="ListParagraph"/>
      </w:pPr>
      <w:r>
        <w:rPr>
          <w:sz w:val="22"/>
        </w:rPr>
        <w:t>D. 5 loại</w:t>
      </w:r>
    </w:p>
    <w:p/>
    <w:p>
      <w:r>
        <w:rPr>
          <w:b/>
          <w:sz w:val="24"/>
        </w:rPr>
        <w:t>Câu 17: Quân hàm nào cao nhất trong Quân đội nhân dân Việt Nam?</w:t>
      </w:r>
    </w:p>
    <w:p>
      <w:pPr>
        <w:pStyle w:val="ListParagraph"/>
      </w:pPr>
      <w:r>
        <w:rPr>
          <w:sz w:val="22"/>
        </w:rPr>
        <w:t>A. Đại tướng</w:t>
      </w:r>
    </w:p>
    <w:p>
      <w:pPr>
        <w:pStyle w:val="ListParagraph"/>
      </w:pPr>
      <w:r>
        <w:rPr>
          <w:sz w:val="22"/>
        </w:rPr>
        <w:t>B. Thượng tướng</w:t>
      </w:r>
    </w:p>
    <w:p>
      <w:pPr>
        <w:pStyle w:val="ListParagraph"/>
      </w:pPr>
      <w:r>
        <w:rPr>
          <w:sz w:val="22"/>
        </w:rPr>
        <w:t>C. Trung tướng</w:t>
      </w:r>
    </w:p>
    <w:p>
      <w:pPr>
        <w:pStyle w:val="ListParagraph"/>
      </w:pPr>
      <w:r>
        <w:rPr>
          <w:sz w:val="22"/>
        </w:rPr>
        <w:t>D. Thiếu tướng</w:t>
      </w:r>
    </w:p>
    <w:p/>
    <w:p>
      <w:r>
        <w:rPr>
          <w:b/>
          <w:sz w:val="24"/>
        </w:rPr>
        <w:t>Câu 18: Công an nhân dân Việt Nam có mấy lực lượng chính?</w:t>
      </w:r>
    </w:p>
    <w:p>
      <w:pPr>
        <w:pStyle w:val="ListParagraph"/>
      </w:pPr>
      <w:r>
        <w:rPr>
          <w:sz w:val="22"/>
        </w:rPr>
        <w:t>A. 2 lực lượng</w:t>
      </w:r>
    </w:p>
    <w:p>
      <w:pPr>
        <w:pStyle w:val="ListParagraph"/>
      </w:pPr>
      <w:r>
        <w:rPr>
          <w:sz w:val="22"/>
        </w:rPr>
        <w:t>B. 3 lực lượng</w:t>
      </w:r>
    </w:p>
    <w:p>
      <w:pPr>
        <w:pStyle w:val="ListParagraph"/>
      </w:pPr>
      <w:r>
        <w:rPr>
          <w:sz w:val="22"/>
        </w:rPr>
        <w:t>C. 4 lực lượng</w:t>
      </w:r>
    </w:p>
    <w:p>
      <w:pPr>
        <w:pStyle w:val="ListParagraph"/>
      </w:pPr>
      <w:r>
        <w:rPr>
          <w:sz w:val="22"/>
        </w:rPr>
        <w:t>D. 5 lực lượng</w:t>
      </w:r>
    </w:p>
    <w:p/>
    <w:p>
      <w:r>
        <w:rPr>
          <w:b/>
          <w:sz w:val="24"/>
        </w:rPr>
        <w:t>Câu 19: Lực lượng Công an nhân dân Việt Nam gồm những lực lượng nào?</w:t>
      </w:r>
    </w:p>
    <w:p>
      <w:pPr>
        <w:pStyle w:val="ListParagraph"/>
      </w:pPr>
      <w:r>
        <w:rPr>
          <w:sz w:val="22"/>
        </w:rPr>
        <w:t>A. An ninh và Cảnh sát</w:t>
      </w:r>
    </w:p>
    <w:p>
      <w:pPr>
        <w:pStyle w:val="ListParagraph"/>
      </w:pPr>
      <w:r>
        <w:rPr>
          <w:sz w:val="22"/>
        </w:rPr>
        <w:t>B. An ninh và Quân đội</w:t>
      </w:r>
    </w:p>
    <w:p>
      <w:pPr>
        <w:pStyle w:val="ListParagraph"/>
      </w:pPr>
      <w:r>
        <w:rPr>
          <w:sz w:val="22"/>
        </w:rPr>
        <w:t>C. Cảnh sát và Dân quân</w:t>
      </w:r>
    </w:p>
    <w:p>
      <w:pPr>
        <w:pStyle w:val="ListParagraph"/>
      </w:pPr>
      <w:r>
        <w:rPr>
          <w:sz w:val="22"/>
        </w:rPr>
        <w:t>D. Quân đội và Dân quân</w:t>
      </w:r>
    </w:p>
    <w:p/>
    <w:p>
      <w:r>
        <w:rPr>
          <w:b/>
          <w:sz w:val="24"/>
        </w:rPr>
        <w:t>Câu 20: Cấp hiệu của Công an nhân dân Việt Nam có hình gì?</w:t>
      </w:r>
    </w:p>
    <w:p>
      <w:pPr>
        <w:pStyle w:val="ListParagraph"/>
      </w:pPr>
      <w:r>
        <w:rPr>
          <w:sz w:val="22"/>
        </w:rPr>
        <w:t>A. Ngôi sao vàng năm cánh</w:t>
      </w:r>
    </w:p>
    <w:p>
      <w:pPr>
        <w:pStyle w:val="ListParagraph"/>
      </w:pPr>
      <w:r>
        <w:rPr>
          <w:sz w:val="22"/>
        </w:rPr>
        <w:t>B. Búa liềm</w:t>
      </w:r>
    </w:p>
    <w:p>
      <w:pPr>
        <w:pStyle w:val="ListParagraph"/>
      </w:pPr>
      <w:r>
        <w:rPr>
          <w:sz w:val="22"/>
        </w:rPr>
        <w:t>C. Quốc huy</w:t>
      </w:r>
    </w:p>
    <w:p>
      <w:pPr>
        <w:pStyle w:val="ListParagraph"/>
      </w:pPr>
      <w:r>
        <w:rPr>
          <w:sz w:val="22"/>
        </w:rPr>
        <w:t>D. Rồng vàng</w:t>
      </w:r>
    </w:p>
    <w:p/>
    <w:p>
      <w:r>
        <w:rPr>
          <w:b/>
          <w:sz w:val="24"/>
        </w:rPr>
        <w:t>Câu 21: Cấp bậc hàm nào cao nhất trong Công an nhân dân Việt Nam?</w:t>
      </w:r>
    </w:p>
    <w:p>
      <w:pPr>
        <w:pStyle w:val="ListParagraph"/>
      </w:pPr>
      <w:r>
        <w:rPr>
          <w:sz w:val="22"/>
        </w:rPr>
        <w:t>A. Đại tướng</w:t>
      </w:r>
    </w:p>
    <w:p>
      <w:pPr>
        <w:pStyle w:val="ListParagraph"/>
      </w:pPr>
      <w:r>
        <w:rPr>
          <w:sz w:val="22"/>
        </w:rPr>
        <w:t>B. Thượng tướng</w:t>
      </w:r>
    </w:p>
    <w:p>
      <w:pPr>
        <w:pStyle w:val="ListParagraph"/>
      </w:pPr>
      <w:r>
        <w:rPr>
          <w:sz w:val="22"/>
        </w:rPr>
        <w:t>C. Trung tướng</w:t>
      </w:r>
    </w:p>
    <w:p>
      <w:pPr>
        <w:pStyle w:val="ListParagraph"/>
      </w:pPr>
      <w:r>
        <w:rPr>
          <w:sz w:val="22"/>
        </w:rPr>
        <w:t>D. Thiếu tướng</w:t>
      </w:r>
    </w:p>
    <w:p/>
    <w:p>
      <w:r>
        <w:rPr>
          <w:b/>
          <w:sz w:val="24"/>
        </w:rPr>
        <w:t>Câu 22: Một trong những nguyên tắc tổ chức và hoạt động của Công an nhân dân Việt Nam là gì?</w:t>
      </w:r>
    </w:p>
    <w:p>
      <w:pPr>
        <w:pStyle w:val="ListParagraph"/>
      </w:pPr>
      <w:r>
        <w:rPr>
          <w:sz w:val="22"/>
        </w:rPr>
        <w:t>A. Đặt dưới sự lãnh đạo tuyệt đối, trực tiếp về mọi mặt của Đảng Cộng sản Việt Nam.</w:t>
      </w:r>
    </w:p>
    <w:p>
      <w:pPr>
        <w:pStyle w:val="ListParagraph"/>
      </w:pPr>
      <w:r>
        <w:rPr>
          <w:sz w:val="22"/>
        </w:rPr>
        <w:t>B. Hoạt động độc lập với chính quyền.</w:t>
      </w:r>
    </w:p>
    <w:p>
      <w:pPr>
        <w:pStyle w:val="ListParagraph"/>
      </w:pPr>
      <w:r>
        <w:rPr>
          <w:sz w:val="22"/>
        </w:rPr>
        <w:t>C. Chỉ tuân theo pháp luật quốc tế.</w:t>
      </w:r>
    </w:p>
    <w:p>
      <w:pPr>
        <w:pStyle w:val="ListParagraph"/>
      </w:pPr>
      <w:r>
        <w:rPr>
          <w:sz w:val="22"/>
        </w:rPr>
        <w:t>D. Do nhân dân trực tiếp quản lý.</w:t>
      </w:r>
    </w:p>
    <w:p/>
    <w:p>
      <w:r>
        <w:rPr>
          <w:b/>
          <w:sz w:val="24"/>
        </w:rPr>
        <w:t>Câu 23: Nhiệm vụ của Dân quân tự vệ là gì?</w:t>
      </w:r>
    </w:p>
    <w:p>
      <w:pPr>
        <w:pStyle w:val="ListParagraph"/>
      </w:pPr>
      <w:r>
        <w:rPr>
          <w:sz w:val="22"/>
        </w:rPr>
        <w:t>A. Sẵn sàng chiến đấu, phục vụ chiến đấu và tham gia xây dựng nền quốc phòng toàn dân.</w:t>
      </w:r>
    </w:p>
    <w:p>
      <w:pPr>
        <w:pStyle w:val="ListParagraph"/>
      </w:pPr>
      <w:r>
        <w:rPr>
          <w:sz w:val="22"/>
        </w:rPr>
        <w:t>B. Quản lý hành chính nhà nước.</w:t>
      </w:r>
    </w:p>
    <w:p>
      <w:pPr>
        <w:pStyle w:val="ListParagraph"/>
      </w:pPr>
      <w:r>
        <w:rPr>
          <w:sz w:val="22"/>
        </w:rPr>
        <w:t>C. Xây dựng kinh tế.</w:t>
      </w:r>
    </w:p>
    <w:p>
      <w:pPr>
        <w:pStyle w:val="ListParagraph"/>
      </w:pPr>
      <w:r>
        <w:rPr>
          <w:sz w:val="22"/>
        </w:rPr>
        <w:t>D. Tổ chức giáo dục.</w:t>
      </w:r>
    </w:p>
    <w:p/>
    <w:p>
      <w:r>
        <w:rPr>
          <w:b/>
          <w:sz w:val="24"/>
        </w:rPr>
        <w:t>Câu 24: Độ tuổi tham gia Dân quân tự vệ đối với nam là bao nhiêu?</w:t>
      </w:r>
    </w:p>
    <w:p>
      <w:pPr>
        <w:pStyle w:val="ListParagraph"/>
      </w:pPr>
      <w:r>
        <w:rPr>
          <w:sz w:val="22"/>
        </w:rPr>
        <w:t>A. Từ đủ 18 đến hết 45 tuổi</w:t>
      </w:r>
    </w:p>
    <w:p>
      <w:pPr>
        <w:pStyle w:val="ListParagraph"/>
      </w:pPr>
      <w:r>
        <w:rPr>
          <w:sz w:val="22"/>
        </w:rPr>
        <w:t>B. Từ đủ 18 đến hết 40 tuổi</w:t>
      </w:r>
    </w:p>
    <w:p>
      <w:pPr>
        <w:pStyle w:val="ListParagraph"/>
      </w:pPr>
      <w:r>
        <w:rPr>
          <w:sz w:val="22"/>
        </w:rPr>
        <w:t>C. Từ đủ 20 đến hết 45 tuổi</w:t>
      </w:r>
    </w:p>
    <w:p>
      <w:pPr>
        <w:pStyle w:val="ListParagraph"/>
      </w:pPr>
      <w:r>
        <w:rPr>
          <w:sz w:val="22"/>
        </w:rPr>
        <w:t>D. Từ đủ 18 đến hết 35 tuổi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