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Ôn tập tuần 5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Số thập phân 0,25 được viết dưới dạng phân số thập phân là:</w:t>
      </w:r>
    </w:p>
    <w:p>
      <w:pPr>
        <w:pStyle w:val="ListParagraph"/>
      </w:pPr>
      <w:r>
        <w:rPr>
          <w:sz w:val="22"/>
        </w:rPr>
        <w:t>A. $\frac{25}{10}$</w:t>
      </w:r>
    </w:p>
    <w:p>
      <w:pPr>
        <w:pStyle w:val="ListParagraph"/>
      </w:pPr>
      <w:r>
        <w:rPr>
          <w:sz w:val="22"/>
        </w:rPr>
        <w:t>B. $\frac{25}{100}$</w:t>
      </w:r>
    </w:p>
    <w:p>
      <w:pPr>
        <w:pStyle w:val="ListParagraph"/>
      </w:pPr>
      <w:r>
        <w:rPr>
          <w:sz w:val="22"/>
        </w:rPr>
        <w:t>C. $\frac{25}{1000}$</w:t>
      </w:r>
    </w:p>
    <w:p>
      <w:pPr>
        <w:pStyle w:val="ListParagraph"/>
      </w:pPr>
      <w:r>
        <w:rPr>
          <w:sz w:val="22"/>
        </w:rPr>
        <w:t>D. $\frac{25}{10000}$</w:t>
      </w:r>
    </w:p>
    <w:p/>
    <w:p>
      <w:r>
        <w:rPr>
          <w:b/>
          <w:sz w:val="24"/>
        </w:rPr>
        <w:t>Câu 2: Số thập phân 0,7 đọc là:</w:t>
      </w:r>
    </w:p>
    <w:p>
      <w:pPr>
        <w:pStyle w:val="ListParagraph"/>
      </w:pPr>
      <w:r>
        <w:rPr>
          <w:sz w:val="22"/>
        </w:rPr>
        <w:t>A. Không phẩy bảy</w:t>
      </w:r>
    </w:p>
    <w:p>
      <w:pPr>
        <w:pStyle w:val="ListParagraph"/>
      </w:pPr>
      <w:r>
        <w:rPr>
          <w:sz w:val="22"/>
        </w:rPr>
        <w:t>B. Bảy phần mười</w:t>
      </w:r>
    </w:p>
    <w:p>
      <w:pPr>
        <w:pStyle w:val="ListParagraph"/>
      </w:pPr>
      <w:r>
        <w:rPr>
          <w:sz w:val="22"/>
        </w:rPr>
        <w:t>C. Bảy phần trăm</w:t>
      </w:r>
    </w:p>
    <w:p>
      <w:pPr>
        <w:pStyle w:val="ListParagraph"/>
      </w:pPr>
      <w:r>
        <w:rPr>
          <w:sz w:val="22"/>
        </w:rPr>
        <w:t>D. Bảy phần nghìn</w:t>
      </w:r>
    </w:p>
    <w:p/>
    <w:p>
      <w:r>
        <w:rPr>
          <w:b/>
          <w:sz w:val="24"/>
        </w:rPr>
        <w:t>Câu 3: Trong các số thập phân sau, số nào lớn nhất?</w:t>
      </w:r>
    </w:p>
    <w:p>
      <w:pPr>
        <w:pStyle w:val="ListParagraph"/>
      </w:pPr>
      <w:r>
        <w:rPr>
          <w:sz w:val="22"/>
        </w:rPr>
        <w:t>A. 0,789</w:t>
      </w:r>
    </w:p>
    <w:p>
      <w:pPr>
        <w:pStyle w:val="ListParagraph"/>
      </w:pPr>
      <w:r>
        <w:rPr>
          <w:sz w:val="22"/>
        </w:rPr>
        <w:t>B. 0,798</w:t>
      </w:r>
    </w:p>
    <w:p>
      <w:pPr>
        <w:pStyle w:val="ListParagraph"/>
      </w:pPr>
      <w:r>
        <w:rPr>
          <w:sz w:val="22"/>
        </w:rPr>
        <w:t>C. 0,879</w:t>
      </w:r>
    </w:p>
    <w:p>
      <w:pPr>
        <w:pStyle w:val="ListParagraph"/>
      </w:pPr>
      <w:r>
        <w:rPr>
          <w:sz w:val="22"/>
        </w:rPr>
        <w:t>D. 0,897</w:t>
      </w:r>
    </w:p>
    <w:p/>
    <w:p>
      <w:r>
        <w:rPr>
          <w:b/>
          <w:sz w:val="24"/>
        </w:rPr>
        <w:t>Câu 4: Số thập phân 3,45 được viết dưới dạng hỗn số là:</w:t>
      </w:r>
    </w:p>
    <w:p>
      <w:pPr>
        <w:pStyle w:val="ListParagraph"/>
      </w:pPr>
      <w:r>
        <w:rPr>
          <w:sz w:val="22"/>
        </w:rPr>
        <w:t>A. $3\frac{45}{10}$</w:t>
      </w:r>
    </w:p>
    <w:p>
      <w:pPr>
        <w:pStyle w:val="ListParagraph"/>
      </w:pPr>
      <w:r>
        <w:rPr>
          <w:sz w:val="22"/>
        </w:rPr>
        <w:t>B. $3\frac{45}{100}$</w:t>
      </w:r>
    </w:p>
    <w:p>
      <w:pPr>
        <w:pStyle w:val="ListParagraph"/>
      </w:pPr>
      <w:r>
        <w:rPr>
          <w:sz w:val="22"/>
        </w:rPr>
        <w:t>C. $3\frac{45}{1000}$</w:t>
      </w:r>
    </w:p>
    <w:p>
      <w:pPr>
        <w:pStyle w:val="ListParagraph"/>
      </w:pPr>
      <w:r>
        <w:rPr>
          <w:sz w:val="22"/>
        </w:rPr>
        <w:t>D. $3\frac{45}{10000}$</w:t>
      </w:r>
    </w:p>
    <w:p/>
    <w:p>
      <w:r>
        <w:rPr>
          <w:b/>
          <w:sz w:val="24"/>
        </w:rPr>
        <w:t>Câu 5: Số thập phân 0,09 được viết dưới dạng phân số thập phân là:</w:t>
      </w:r>
    </w:p>
    <w:p>
      <w:pPr>
        <w:pStyle w:val="ListParagraph"/>
      </w:pPr>
      <w:r>
        <w:rPr>
          <w:sz w:val="22"/>
        </w:rPr>
        <w:t>A. $\frac{9}{10}$</w:t>
      </w:r>
    </w:p>
    <w:p>
      <w:pPr>
        <w:pStyle w:val="ListParagraph"/>
      </w:pPr>
      <w:r>
        <w:rPr>
          <w:sz w:val="22"/>
        </w:rPr>
        <w:t>B. $\frac{9}{100}$</w:t>
      </w:r>
    </w:p>
    <w:p>
      <w:pPr>
        <w:pStyle w:val="ListParagraph"/>
      </w:pPr>
      <w:r>
        <w:rPr>
          <w:sz w:val="22"/>
        </w:rPr>
        <w:t>C. $\frac{9}{1000}$</w:t>
      </w:r>
    </w:p>
    <w:p>
      <w:pPr>
        <w:pStyle w:val="ListParagraph"/>
      </w:pPr>
      <w:r>
        <w:rPr>
          <w:sz w:val="22"/>
        </w:rPr>
        <w:t>D. $\frac{9}{10000}$</w:t>
      </w:r>
    </w:p>
    <w:p/>
    <w:p>
      <w:r>
        <w:rPr>
          <w:b/>
          <w:sz w:val="24"/>
        </w:rPr>
        <w:t>Câu 6: Số thập phân 1,25 đọc là:</w:t>
      </w:r>
    </w:p>
    <w:p>
      <w:pPr>
        <w:pStyle w:val="ListParagraph"/>
      </w:pPr>
      <w:r>
        <w:rPr>
          <w:sz w:val="22"/>
        </w:rPr>
        <w:t>A. Một phẩy hai mươi lăm</w:t>
      </w:r>
    </w:p>
    <w:p>
      <w:pPr>
        <w:pStyle w:val="ListParagraph"/>
      </w:pPr>
      <w:r>
        <w:rPr>
          <w:sz w:val="22"/>
        </w:rPr>
        <w:t>B. Một phẩy hai lăm</w:t>
      </w:r>
    </w:p>
    <w:p>
      <w:pPr>
        <w:pStyle w:val="ListParagraph"/>
      </w:pPr>
      <w:r>
        <w:rPr>
          <w:sz w:val="22"/>
        </w:rPr>
        <w:t>C. Một hai mươi lăm</w:t>
      </w:r>
    </w:p>
    <w:p>
      <w:pPr>
        <w:pStyle w:val="ListParagraph"/>
      </w:pPr>
      <w:r>
        <w:rPr>
          <w:sz w:val="22"/>
        </w:rPr>
        <w:t>D. Một phẩy hai trăm năm mươi</w:t>
      </w:r>
    </w:p>
    <w:p/>
    <w:p>
      <w:r>
        <w:rPr>
          <w:b/>
          <w:sz w:val="24"/>
        </w:rPr>
        <w:t>Câu 7: Trong các số thập phân sau, số nào bé nhất?</w:t>
      </w:r>
    </w:p>
    <w:p>
      <w:pPr>
        <w:pStyle w:val="ListParagraph"/>
      </w:pPr>
      <w:r>
        <w:rPr>
          <w:sz w:val="22"/>
        </w:rPr>
        <w:t>A. 0,123</w:t>
      </w:r>
    </w:p>
    <w:p>
      <w:pPr>
        <w:pStyle w:val="ListParagraph"/>
      </w:pPr>
      <w:r>
        <w:rPr>
          <w:sz w:val="22"/>
        </w:rPr>
        <w:t>B. 0,132</w:t>
      </w:r>
    </w:p>
    <w:p>
      <w:pPr>
        <w:pStyle w:val="ListParagraph"/>
      </w:pPr>
      <w:r>
        <w:rPr>
          <w:sz w:val="22"/>
        </w:rPr>
        <w:t>C. 0,213</w:t>
      </w:r>
    </w:p>
    <w:p>
      <w:pPr>
        <w:pStyle w:val="ListParagraph"/>
      </w:pPr>
      <w:r>
        <w:rPr>
          <w:sz w:val="22"/>
        </w:rPr>
        <w:t>D. 0,231</w:t>
      </w:r>
    </w:p>
    <w:p/>
    <w:p>
      <w:r>
        <w:rPr>
          <w:b/>
          <w:sz w:val="24"/>
        </w:rPr>
        <w:t>Câu 8: Số thập phân 0,005 được viết dưới dạng phân số thập phân là:</w:t>
      </w:r>
    </w:p>
    <w:p>
      <w:pPr>
        <w:pStyle w:val="ListParagraph"/>
      </w:pPr>
      <w:r>
        <w:rPr>
          <w:sz w:val="22"/>
        </w:rPr>
        <w:t>A. $\frac{5}{10}$</w:t>
      </w:r>
    </w:p>
    <w:p>
      <w:pPr>
        <w:pStyle w:val="ListParagraph"/>
      </w:pPr>
      <w:r>
        <w:rPr>
          <w:sz w:val="22"/>
        </w:rPr>
        <w:t>B. $\frac{5}{100}$</w:t>
      </w:r>
    </w:p>
    <w:p>
      <w:pPr>
        <w:pStyle w:val="ListParagraph"/>
      </w:pPr>
      <w:r>
        <w:rPr>
          <w:sz w:val="22"/>
        </w:rPr>
        <w:t>C. $\frac{5}{1000}$</w:t>
      </w:r>
    </w:p>
    <w:p>
      <w:pPr>
        <w:pStyle w:val="ListParagraph"/>
      </w:pPr>
      <w:r>
        <w:rPr>
          <w:sz w:val="22"/>
        </w:rPr>
        <w:t>D. $\frac{5}{10000}$</w:t>
      </w:r>
    </w:p>
    <w:p/>
    <w:p>
      <w:r>
        <w:rPr>
          <w:b/>
          <w:sz w:val="24"/>
        </w:rPr>
        <w:t>Câu 9: Số thập phân 2,345 được viết dưới dạng hỗn số là:</w:t>
      </w:r>
    </w:p>
    <w:p>
      <w:pPr>
        <w:pStyle w:val="ListParagraph"/>
      </w:pPr>
      <w:r>
        <w:rPr>
          <w:sz w:val="22"/>
        </w:rPr>
        <w:t>A. $2\frac{345}{10}$</w:t>
      </w:r>
    </w:p>
    <w:p>
      <w:pPr>
        <w:pStyle w:val="ListParagraph"/>
      </w:pPr>
      <w:r>
        <w:rPr>
          <w:sz w:val="22"/>
        </w:rPr>
        <w:t>B. $2\frac{345}{100}$</w:t>
      </w:r>
    </w:p>
    <w:p>
      <w:pPr>
        <w:pStyle w:val="ListParagraph"/>
      </w:pPr>
      <w:r>
        <w:rPr>
          <w:sz w:val="22"/>
        </w:rPr>
        <w:t>C. $2\frac{345}{1000}$</w:t>
      </w:r>
    </w:p>
    <w:p>
      <w:pPr>
        <w:pStyle w:val="ListParagraph"/>
      </w:pPr>
      <w:r>
        <w:rPr>
          <w:sz w:val="22"/>
        </w:rPr>
        <w:t>D. $2\frac{345}{10000}$</w:t>
      </w:r>
    </w:p>
    <w:p/>
    <w:p>
      <w:r>
        <w:rPr>
          <w:b/>
          <w:sz w:val="24"/>
        </w:rPr>
        <w:t>Câu 10: Số thập phân 0,8 đọc là:</w:t>
      </w:r>
    </w:p>
    <w:p>
      <w:pPr>
        <w:pStyle w:val="ListParagraph"/>
      </w:pPr>
      <w:r>
        <w:rPr>
          <w:sz w:val="22"/>
        </w:rPr>
        <w:t>A. Không phẩy tám</w:t>
      </w:r>
    </w:p>
    <w:p>
      <w:pPr>
        <w:pStyle w:val="ListParagraph"/>
      </w:pPr>
      <w:r>
        <w:rPr>
          <w:sz w:val="22"/>
        </w:rPr>
        <w:t>B. Tám phần mười</w:t>
      </w:r>
    </w:p>
    <w:p>
      <w:pPr>
        <w:pStyle w:val="ListParagraph"/>
      </w:pPr>
      <w:r>
        <w:rPr>
          <w:sz w:val="22"/>
        </w:rPr>
        <w:t>C. Tám phần trăm</w:t>
      </w:r>
    </w:p>
    <w:p>
      <w:pPr>
        <w:pStyle w:val="ListParagraph"/>
      </w:pPr>
      <w:r>
        <w:rPr>
          <w:sz w:val="22"/>
        </w:rPr>
        <w:t>D. Tám phần nghìn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