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Hóa học - II. BÀI TẬP TRẮC NGHIỆM (50 CÂU)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Dụng cụ chuyên dùng để đo thể tích chất lỏng là:</w:t>
      </w:r>
    </w:p>
    <w:p>
      <w:pPr>
        <w:pStyle w:val="ListParagraph"/>
      </w:pPr>
      <w:r>
        <w:rPr>
          <w:sz w:val="22"/>
        </w:rPr>
        <w:t>A. Ống nghiệm</w:t>
      </w:r>
    </w:p>
    <w:p>
      <w:pPr>
        <w:pStyle w:val="ListParagraph"/>
      </w:pPr>
      <w:r>
        <w:rPr>
          <w:sz w:val="22"/>
        </w:rPr>
        <w:t>B. Ống đong</w:t>
      </w:r>
    </w:p>
    <w:p>
      <w:pPr>
        <w:pStyle w:val="ListParagraph"/>
      </w:pPr>
      <w:r>
        <w:rPr>
          <w:sz w:val="22"/>
        </w:rPr>
        <w:t>C. Phễu thủy tinh</w:t>
      </w:r>
    </w:p>
    <w:p>
      <w:pPr>
        <w:pStyle w:val="ListParagraph"/>
      </w:pPr>
      <w:r>
        <w:rPr>
          <w:sz w:val="22"/>
        </w:rPr>
        <w:t>D. Đũa thủy tinh</w:t>
      </w:r>
    </w:p>
    <w:p/>
    <w:p>
      <w:r>
        <w:rPr>
          <w:b/>
          <w:sz w:val="24"/>
        </w:rPr>
        <w:t>Câu 2: Dụng cụ nào sau đây dùng làm nguồn nhiệt để đun nóng hóa chất?</w:t>
      </w:r>
    </w:p>
    <w:p>
      <w:pPr>
        <w:pStyle w:val="ListParagraph"/>
      </w:pPr>
      <w:r>
        <w:rPr>
          <w:sz w:val="22"/>
        </w:rPr>
        <w:t>A. Ống hút nhỏ giọt</w:t>
      </w:r>
    </w:p>
    <w:p>
      <w:pPr>
        <w:pStyle w:val="ListParagraph"/>
      </w:pPr>
      <w:r>
        <w:rPr>
          <w:sz w:val="22"/>
        </w:rPr>
        <w:t>B. Đèn cồn</w:t>
      </w:r>
    </w:p>
    <w:p>
      <w:pPr>
        <w:pStyle w:val="ListParagraph"/>
      </w:pPr>
      <w:r>
        <w:rPr>
          <w:sz w:val="22"/>
        </w:rPr>
        <w:t>C. Giá ống nghiệm</w:t>
      </w:r>
    </w:p>
    <w:p>
      <w:pPr>
        <w:pStyle w:val="ListParagraph"/>
      </w:pPr>
      <w:r>
        <w:rPr>
          <w:sz w:val="22"/>
        </w:rPr>
        <w:t>D. Kẹp ống nghiệm</w:t>
      </w:r>
    </w:p>
    <w:p/>
    <w:p>
      <w:r>
        <w:rPr>
          <w:b/>
          <w:sz w:val="24"/>
        </w:rPr>
        <w:t>Câu 3: Kí hiệu cảnh báo hình đầu lâu và hai xương chéo trên nhãn lọ hóa chất cho biết hóa chất đó:</w:t>
      </w:r>
    </w:p>
    <w:p>
      <w:pPr>
        <w:pStyle w:val="ListParagraph"/>
      </w:pPr>
      <w:r>
        <w:rPr>
          <w:sz w:val="22"/>
        </w:rPr>
        <w:t>A. nguy hiểm cho môi trường</w:t>
      </w:r>
    </w:p>
    <w:p>
      <w:pPr>
        <w:pStyle w:val="ListParagraph"/>
      </w:pPr>
      <w:r>
        <w:rPr>
          <w:sz w:val="22"/>
        </w:rPr>
        <w:t>B. độc, có thể gây nguy hiểm đến tính mạng</w:t>
      </w:r>
    </w:p>
    <w:p>
      <w:pPr>
        <w:pStyle w:val="ListParagraph"/>
      </w:pPr>
      <w:r>
        <w:rPr>
          <w:sz w:val="22"/>
        </w:rPr>
        <w:t>C. gây ăn mòn</w:t>
      </w:r>
    </w:p>
    <w:p>
      <w:pPr>
        <w:pStyle w:val="ListParagraph"/>
      </w:pPr>
      <w:r>
        <w:rPr>
          <w:sz w:val="22"/>
        </w:rPr>
        <w:t>D. dễ cháy</w:t>
      </w:r>
    </w:p>
    <w:p/>
    <w:p>
      <w:r>
        <w:rPr>
          <w:b/>
          <w:sz w:val="24"/>
        </w:rPr>
        <w:t>Câu 4: Khi sử dụng hóa chất trong phòng thí nghiệm, cách làm nào sau đây là đúng?</w:t>
      </w:r>
    </w:p>
    <w:p>
      <w:pPr>
        <w:pStyle w:val="ListParagraph"/>
      </w:pPr>
      <w:r>
        <w:rPr>
          <w:sz w:val="22"/>
        </w:rPr>
        <w:t>A. Nếm thử để nhận biết hóa chất</w:t>
      </w:r>
    </w:p>
    <w:p>
      <w:pPr>
        <w:pStyle w:val="ListParagraph"/>
      </w:pPr>
      <w:r>
        <w:rPr>
          <w:sz w:val="22"/>
        </w:rPr>
        <w:t>B. Đưa mũi sát miệng lọ để ngửi trực tiếp</w:t>
      </w:r>
    </w:p>
    <w:p>
      <w:pPr>
        <w:pStyle w:val="ListParagraph"/>
      </w:pPr>
      <w:r>
        <w:rPr>
          <w:sz w:val="22"/>
        </w:rPr>
        <w:t>C. Đọc kĩ nhãn, làm theo hướng dẫn và đeo kính, găng tay bảo hộ khi cần</w:t>
      </w:r>
    </w:p>
    <w:p>
      <w:pPr>
        <w:pStyle w:val="ListParagraph"/>
      </w:pPr>
      <w:r>
        <w:rPr>
          <w:sz w:val="22"/>
        </w:rPr>
        <w:t>D. Đổ hóa chất thừa trở lại lọ ban đầu</w:t>
      </w:r>
    </w:p>
    <w:p/>
    <w:p>
      <w:r>
        <w:rPr>
          <w:b/>
          <w:sz w:val="24"/>
        </w:rPr>
        <w:t>Câu 5: Dụng cụ dùng để lấy một lượng nhỏ chất lỏng và nhỏ từng giọt là:</w:t>
      </w:r>
    </w:p>
    <w:p>
      <w:pPr>
        <w:pStyle w:val="ListParagraph"/>
      </w:pPr>
      <w:r>
        <w:rPr>
          <w:sz w:val="22"/>
        </w:rPr>
        <w:t>A. cốc thủy tinh</w:t>
      </w:r>
    </w:p>
    <w:p>
      <w:pPr>
        <w:pStyle w:val="ListParagraph"/>
      </w:pPr>
      <w:r>
        <w:rPr>
          <w:sz w:val="22"/>
        </w:rPr>
        <w:t>B. bình tam giác</w:t>
      </w:r>
    </w:p>
    <w:p>
      <w:pPr>
        <w:pStyle w:val="ListParagraph"/>
      </w:pPr>
      <w:r>
        <w:rPr>
          <w:sz w:val="22"/>
        </w:rPr>
        <w:t>C. ống hút nhỏ giọt</w:t>
      </w:r>
    </w:p>
    <w:p>
      <w:pPr>
        <w:pStyle w:val="ListParagraph"/>
      </w:pPr>
      <w:r>
        <w:rPr>
          <w:sz w:val="22"/>
        </w:rPr>
        <w:t>D. phễu thủy tinh</w:t>
      </w:r>
    </w:p>
    <w:p/>
    <w:p>
      <w:r>
        <w:rPr>
          <w:b/>
          <w:sz w:val="24"/>
        </w:rPr>
        <w:t>Câu 6: Dãy nào sau đây gồm các tính chất vật lí chung của kim loại?</w:t>
      </w:r>
    </w:p>
    <w:p>
      <w:pPr>
        <w:pStyle w:val="ListParagraph"/>
      </w:pPr>
      <w:r>
        <w:rPr>
          <w:sz w:val="22"/>
        </w:rPr>
        <w:t>A. Tính cứng, giòn, dẫn nhiệt, ánh kim</w:t>
      </w:r>
    </w:p>
    <w:p>
      <w:pPr>
        <w:pStyle w:val="ListParagraph"/>
      </w:pPr>
      <w:r>
        <w:rPr>
          <w:sz w:val="22"/>
        </w:rPr>
        <w:t>B. Tính dẻo, dẫn điện, dẫn nhiệt, ánh kim</w:t>
      </w:r>
    </w:p>
    <w:p>
      <w:pPr>
        <w:pStyle w:val="ListParagraph"/>
      </w:pPr>
      <w:r>
        <w:rPr>
          <w:sz w:val="22"/>
        </w:rPr>
        <w:t>C. Tính dẫn điện, cứng, giòn, nhiệt độ nóng chảy thấp</w:t>
      </w:r>
    </w:p>
    <w:p>
      <w:pPr>
        <w:pStyle w:val="ListParagraph"/>
      </w:pPr>
      <w:r>
        <w:rPr>
          <w:sz w:val="22"/>
        </w:rPr>
        <w:t>D. Tính dẻo, ánh kim, không dẫn điện, khối lượng riêng nhỏ</w:t>
      </w:r>
    </w:p>
    <w:p/>
    <w:p>
      <w:r>
        <w:rPr>
          <w:b/>
          <w:sz w:val="24"/>
        </w:rPr>
        <w:t>Câu 7: Trong các kim loại sau, kim loại dẫn điện tốt nhất là:</w:t>
      </w:r>
    </w:p>
    <w:p>
      <w:pPr>
        <w:pStyle w:val="ListParagraph"/>
      </w:pPr>
      <w:r>
        <w:rPr>
          <w:sz w:val="22"/>
        </w:rPr>
        <w:t>A. bạc (Ag)</w:t>
      </w:r>
    </w:p>
    <w:p>
      <w:pPr>
        <w:pStyle w:val="ListParagraph"/>
      </w:pPr>
      <w:r>
        <w:rPr>
          <w:sz w:val="22"/>
        </w:rPr>
        <w:t>B. đồng (Cu)</w:t>
      </w:r>
    </w:p>
    <w:p>
      <w:pPr>
        <w:pStyle w:val="ListParagraph"/>
      </w:pPr>
      <w:r>
        <w:rPr>
          <w:sz w:val="22"/>
        </w:rPr>
        <w:t>C. nhôm (Al)</w:t>
      </w:r>
    </w:p>
    <w:p>
      <w:pPr>
        <w:pStyle w:val="ListParagraph"/>
      </w:pPr>
      <w:r>
        <w:rPr>
          <w:sz w:val="22"/>
        </w:rPr>
        <w:t>D. sắt (Fe)</w:t>
      </w:r>
    </w:p>
    <w:p/>
    <w:p>
      <w:r>
        <w:rPr>
          <w:b/>
          <w:sz w:val="24"/>
        </w:rPr>
        <w:t>Câu 8: Ở điều kiện thường, kim loại nào sau đây ở thể lỏng, được dùng làm chất lỏng trong nhiệt kế?</w:t>
      </w:r>
    </w:p>
    <w:p>
      <w:pPr>
        <w:pStyle w:val="ListParagraph"/>
      </w:pPr>
      <w:r>
        <w:rPr>
          <w:sz w:val="22"/>
        </w:rPr>
        <w:t>A. Bạc (Ag)</w:t>
      </w:r>
    </w:p>
    <w:p>
      <w:pPr>
        <w:pStyle w:val="ListParagraph"/>
      </w:pPr>
      <w:r>
        <w:rPr>
          <w:sz w:val="22"/>
        </w:rPr>
        <w:t>B. Chì (Pb)</w:t>
      </w:r>
    </w:p>
    <w:p>
      <w:pPr>
        <w:pStyle w:val="ListParagraph"/>
      </w:pPr>
      <w:r>
        <w:rPr>
          <w:sz w:val="22"/>
        </w:rPr>
        <w:t>C. Thủy ngân (Hg)</w:t>
      </w:r>
    </w:p>
    <w:p>
      <w:pPr>
        <w:pStyle w:val="ListParagraph"/>
      </w:pPr>
      <w:r>
        <w:rPr>
          <w:sz w:val="22"/>
        </w:rPr>
        <w:t>D. Natri (Na)</w:t>
      </w:r>
    </w:p>
    <w:p/>
    <w:p>
      <w:r>
        <w:rPr>
          <w:b/>
          <w:sz w:val="24"/>
        </w:rPr>
        <w:t>Câu 9: Kim loại nào sau đây có nhiệt độ nóng chảy cao nhất, được dùng làm dây tóc bóng đèn sợi đốt?</w:t>
      </w:r>
    </w:p>
    <w:p>
      <w:pPr>
        <w:pStyle w:val="ListParagraph"/>
      </w:pPr>
      <w:r>
        <w:rPr>
          <w:sz w:val="22"/>
        </w:rPr>
        <w:t>A. Tungsten (W)</w:t>
      </w:r>
    </w:p>
    <w:p>
      <w:pPr>
        <w:pStyle w:val="ListParagraph"/>
      </w:pPr>
      <w:r>
        <w:rPr>
          <w:sz w:val="22"/>
        </w:rPr>
        <w:t>B. Nhôm (Al)</w:t>
      </w:r>
    </w:p>
    <w:p>
      <w:pPr>
        <w:pStyle w:val="ListParagraph"/>
      </w:pPr>
      <w:r>
        <w:rPr>
          <w:sz w:val="22"/>
        </w:rPr>
        <w:t>C. Đồng (Cu)</w:t>
      </w:r>
    </w:p>
    <w:p>
      <w:pPr>
        <w:pStyle w:val="ListParagraph"/>
      </w:pPr>
      <w:r>
        <w:rPr>
          <w:sz w:val="22"/>
        </w:rPr>
        <w:t>D. Chì (Pb)</w:t>
      </w:r>
    </w:p>
    <w:p/>
    <w:p>
      <w:r>
        <w:rPr>
          <w:b/>
          <w:sz w:val="24"/>
        </w:rPr>
        <w:t>Câu 10: Phần lớn kim loại (trừ Au, Ag, Pt...) tác dụng với khí oxygen tạo thành:</w:t>
      </w:r>
    </w:p>
    <w:p>
      <w:pPr>
        <w:pStyle w:val="ListParagraph"/>
      </w:pPr>
      <w:r>
        <w:rPr>
          <w:sz w:val="22"/>
        </w:rPr>
        <w:t>A. oxide</w:t>
      </w:r>
    </w:p>
    <w:p>
      <w:pPr>
        <w:pStyle w:val="ListParagraph"/>
      </w:pPr>
      <w:r>
        <w:rPr>
          <w:sz w:val="22"/>
        </w:rPr>
        <w:t>B. hydroxide</w:t>
      </w:r>
    </w:p>
    <w:p>
      <w:pPr>
        <w:pStyle w:val="ListParagraph"/>
      </w:pPr>
      <w:r>
        <w:rPr>
          <w:sz w:val="22"/>
        </w:rPr>
        <w:t>C. acid</w:t>
      </w:r>
    </w:p>
    <w:p>
      <w:pPr>
        <w:pStyle w:val="ListParagraph"/>
      </w:pPr>
      <w:r>
        <w:rPr>
          <w:sz w:val="22"/>
        </w:rPr>
        <w:t>D. muối</w:t>
      </w:r>
    </w:p>
    <w:p/>
    <w:p>
      <w:r>
        <w:rPr>
          <w:b/>
          <w:sz w:val="24"/>
        </w:rPr>
        <w:t>Câu 11: Phương trình hóa học nào sau đây viết đúng?</w:t>
      </w:r>
    </w:p>
    <w:p>
      <w:pPr>
        <w:pStyle w:val="ListParagraph"/>
      </w:pPr>
      <w:r>
        <w:rPr>
          <w:sz w:val="22"/>
        </w:rPr>
        <w:t>A. 2Fe + 3Cl2 → 2FeCl3 (t°)</w:t>
      </w:r>
    </w:p>
    <w:p>
      <w:pPr>
        <w:pStyle w:val="ListParagraph"/>
      </w:pPr>
      <w:r>
        <w:rPr>
          <w:sz w:val="22"/>
        </w:rPr>
        <w:t>B. Cu + 2HCl → CuCl2 + H2</w:t>
      </w:r>
    </w:p>
    <w:p>
      <w:pPr>
        <w:pStyle w:val="ListParagraph"/>
      </w:pPr>
      <w:r>
        <w:rPr>
          <w:sz w:val="22"/>
        </w:rPr>
        <w:t>C. Fe + Cl2 → FeCl2 (t°)</w:t>
      </w:r>
    </w:p>
    <w:p>
      <w:pPr>
        <w:pStyle w:val="ListParagraph"/>
      </w:pPr>
      <w:r>
        <w:rPr>
          <w:sz w:val="22"/>
        </w:rPr>
        <w:t>D. Fe + 2HCl → FeCl3 + H2</w:t>
      </w:r>
    </w:p>
    <w:p/>
    <w:p>
      <w:r>
        <w:rPr>
          <w:b/>
          <w:sz w:val="24"/>
        </w:rPr>
        <w:t>Câu 12: Kim loại nào sau đây tác dụng được với nước ở nhiệt độ thường?</w:t>
      </w:r>
    </w:p>
    <w:p>
      <w:pPr>
        <w:pStyle w:val="ListParagraph"/>
      </w:pPr>
      <w:r>
        <w:rPr>
          <w:sz w:val="22"/>
        </w:rPr>
        <w:t>A. Bạc (Ag)</w:t>
      </w:r>
    </w:p>
    <w:p>
      <w:pPr>
        <w:pStyle w:val="ListParagraph"/>
      </w:pPr>
      <w:r>
        <w:rPr>
          <w:sz w:val="22"/>
        </w:rPr>
        <w:t>B. Sắt (Fe)</w:t>
      </w:r>
    </w:p>
    <w:p>
      <w:pPr>
        <w:pStyle w:val="ListParagraph"/>
      </w:pPr>
      <w:r>
        <w:rPr>
          <w:sz w:val="22"/>
        </w:rPr>
        <w:t>C. Natri (Na)</w:t>
      </w:r>
    </w:p>
    <w:p>
      <w:pPr>
        <w:pStyle w:val="ListParagraph"/>
      </w:pPr>
      <w:r>
        <w:rPr>
          <w:sz w:val="22"/>
        </w:rPr>
        <w:t>D. Đồng (Cu)</w:t>
      </w:r>
    </w:p>
    <w:p/>
    <w:p>
      <w:r>
        <w:rPr>
          <w:b/>
          <w:sz w:val="24"/>
        </w:rPr>
        <w:t>Câu 13: Hiện tượng quan sát được khi nhúng dây sắt vào dung dịch CuSO4 là:</w:t>
      </w:r>
    </w:p>
    <w:p>
      <w:pPr>
        <w:pStyle w:val="ListParagraph"/>
      </w:pPr>
      <w:r>
        <w:rPr>
          <w:sz w:val="22"/>
        </w:rPr>
        <w:t>A. có khí không màu thoát ra, dung dịch không đổi màu</w:t>
      </w:r>
    </w:p>
    <w:p>
      <w:pPr>
        <w:pStyle w:val="ListParagraph"/>
      </w:pPr>
      <w:r>
        <w:rPr>
          <w:sz w:val="22"/>
        </w:rPr>
        <w:t>B. có chất rắn màu đỏ bám vào dây sắt, dung dịch xanh nhạt dần</w:t>
      </w:r>
    </w:p>
    <w:p>
      <w:pPr>
        <w:pStyle w:val="ListParagraph"/>
      </w:pPr>
      <w:r>
        <w:rPr>
          <w:sz w:val="22"/>
        </w:rPr>
        <w:t>C. dung dịch chuyển sang màu nâu đỏ, không có chất rắn</w:t>
      </w:r>
    </w:p>
    <w:p>
      <w:pPr>
        <w:pStyle w:val="ListParagraph"/>
      </w:pPr>
      <w:r>
        <w:rPr>
          <w:sz w:val="22"/>
        </w:rPr>
        <w:t>D. không có hiện tượng gì</w:t>
      </w:r>
    </w:p>
    <w:p/>
    <w:p>
      <w:r>
        <w:rPr>
          <w:b/>
          <w:sz w:val="24"/>
        </w:rPr>
        <w:t>Câu 14: Đồ vật bằng vàng mà các nhà khảo cổ tìm thấy vẫn sáng bóng, không bị gỉ vì:</w:t>
      </w:r>
    </w:p>
    <w:p>
      <w:pPr>
        <w:pStyle w:val="ListParagraph"/>
      </w:pPr>
      <w:r>
        <w:rPr>
          <w:sz w:val="22"/>
        </w:rPr>
        <w:t>A. vàng có nhiệt độ nóng chảy thấp</w:t>
      </w:r>
    </w:p>
    <w:p>
      <w:pPr>
        <w:pStyle w:val="ListParagraph"/>
      </w:pPr>
      <w:r>
        <w:rPr>
          <w:sz w:val="22"/>
        </w:rPr>
        <w:t>B. vàng dẫn điện tốt</w:t>
      </w:r>
    </w:p>
    <w:p>
      <w:pPr>
        <w:pStyle w:val="ListParagraph"/>
      </w:pPr>
      <w:r>
        <w:rPr>
          <w:sz w:val="22"/>
        </w:rPr>
        <w:t>C. vàng không tác dụng với oxygen trong không khí</w:t>
      </w:r>
    </w:p>
    <w:p>
      <w:pPr>
        <w:pStyle w:val="ListParagraph"/>
      </w:pPr>
      <w:r>
        <w:rPr>
          <w:sz w:val="22"/>
        </w:rPr>
        <w:t>D. vàng có khối lượng riêng rất lớn</w:t>
      </w:r>
    </w:p>
    <w:p/>
    <w:p>
      <w:r>
        <w:rPr>
          <w:b/>
          <w:sz w:val="24"/>
        </w:rPr>
        <w:t>Câu 15: Trong phòng thí nghiệm, kim loại Na thường được bảo quản bằng cách ngâm trong:</w:t>
      </w:r>
    </w:p>
    <w:p>
      <w:pPr>
        <w:pStyle w:val="ListParagraph"/>
      </w:pPr>
      <w:r>
        <w:rPr>
          <w:sz w:val="22"/>
        </w:rPr>
        <w:t>A. dầu hỏa</w:t>
      </w:r>
    </w:p>
    <w:p>
      <w:pPr>
        <w:pStyle w:val="ListParagraph"/>
      </w:pPr>
      <w:r>
        <w:rPr>
          <w:sz w:val="22"/>
        </w:rPr>
        <w:t>B. nước</w:t>
      </w:r>
    </w:p>
    <w:p>
      <w:pPr>
        <w:pStyle w:val="ListParagraph"/>
      </w:pPr>
      <w:r>
        <w:rPr>
          <w:sz w:val="22"/>
        </w:rPr>
        <w:t>C. dung dịch HCl</w:t>
      </w:r>
    </w:p>
    <w:p>
      <w:pPr>
        <w:pStyle w:val="ListParagraph"/>
      </w:pPr>
      <w:r>
        <w:rPr>
          <w:sz w:val="22"/>
        </w:rPr>
        <w:t>D. giấm ăn</w:t>
      </w:r>
    </w:p>
    <w:p/>
    <w:p>
      <w:r>
        <w:rPr>
          <w:b/>
          <w:sz w:val="24"/>
        </w:rPr>
        <w:t>Câu 16: Dãy kim loại nào sau đây được sắp xếp theo chiều mức độ hoạt động hóa học giảm dần?</w:t>
      </w:r>
    </w:p>
    <w:p>
      <w:pPr>
        <w:pStyle w:val="ListParagraph"/>
      </w:pPr>
      <w:r>
        <w:rPr>
          <w:sz w:val="22"/>
        </w:rPr>
        <w:t>A. Mg, K, Zn, Cu</w:t>
      </w:r>
    </w:p>
    <w:p>
      <w:pPr>
        <w:pStyle w:val="ListParagraph"/>
      </w:pPr>
      <w:r>
        <w:rPr>
          <w:sz w:val="22"/>
        </w:rPr>
        <w:t>B. K, Mg, Zn, Cu</w:t>
      </w:r>
    </w:p>
    <w:p>
      <w:pPr>
        <w:pStyle w:val="ListParagraph"/>
      </w:pPr>
      <w:r>
        <w:rPr>
          <w:sz w:val="22"/>
        </w:rPr>
        <w:t>C. K, Zn, Mg, Cu</w:t>
      </w:r>
    </w:p>
    <w:p>
      <w:pPr>
        <w:pStyle w:val="ListParagraph"/>
      </w:pPr>
      <w:r>
        <w:rPr>
          <w:sz w:val="22"/>
        </w:rPr>
        <w:t>D. Cu, Zn, Mg, K</w:t>
      </w:r>
    </w:p>
    <w:p/>
    <w:p>
      <w:r>
        <w:rPr>
          <w:b/>
          <w:sz w:val="24"/>
        </w:rPr>
        <w:t>Câu 17: Dãy gồm các kim loại đều đứng trước H trong dãy hoạt động hóa học là:</w:t>
      </w:r>
    </w:p>
    <w:p>
      <w:pPr>
        <w:pStyle w:val="ListParagraph"/>
      </w:pPr>
      <w:r>
        <w:rPr>
          <w:sz w:val="22"/>
        </w:rPr>
        <w:t>A. Cu, Ag, Au</w:t>
      </w:r>
    </w:p>
    <w:p>
      <w:pPr>
        <w:pStyle w:val="ListParagraph"/>
      </w:pPr>
      <w:r>
        <w:rPr>
          <w:sz w:val="22"/>
        </w:rPr>
        <w:t>B. Mg, Cu, Fe</w:t>
      </w:r>
    </w:p>
    <w:p>
      <w:pPr>
        <w:pStyle w:val="ListParagraph"/>
      </w:pPr>
      <w:r>
        <w:rPr>
          <w:sz w:val="22"/>
        </w:rPr>
        <w:t>C. Mg, Zn, Fe</w:t>
      </w:r>
    </w:p>
    <w:p>
      <w:pPr>
        <w:pStyle w:val="ListParagraph"/>
      </w:pPr>
      <w:r>
        <w:rPr>
          <w:sz w:val="22"/>
        </w:rPr>
        <w:t>D. Zn, Ag, Al</w:t>
      </w:r>
    </w:p>
    <w:p/>
    <w:p>
      <w:r>
        <w:rPr>
          <w:b/>
          <w:sz w:val="24"/>
        </w:rPr>
        <w:t>Câu 18: Kim loại nào sau đây không tác dụng với dung dịch HCl?</w:t>
      </w:r>
    </w:p>
    <w:p>
      <w:pPr>
        <w:pStyle w:val="ListParagraph"/>
      </w:pPr>
      <w:r>
        <w:rPr>
          <w:sz w:val="22"/>
        </w:rPr>
        <w:t>A. Zn</w:t>
      </w:r>
    </w:p>
    <w:p>
      <w:pPr>
        <w:pStyle w:val="ListParagraph"/>
      </w:pPr>
      <w:r>
        <w:rPr>
          <w:sz w:val="22"/>
        </w:rPr>
        <w:t>B. Fe</w:t>
      </w:r>
    </w:p>
    <w:p>
      <w:pPr>
        <w:pStyle w:val="ListParagraph"/>
      </w:pPr>
      <w:r>
        <w:rPr>
          <w:sz w:val="22"/>
        </w:rPr>
        <w:t>C. Cu</w:t>
      </w:r>
    </w:p>
    <w:p>
      <w:pPr>
        <w:pStyle w:val="ListParagraph"/>
      </w:pPr>
      <w:r>
        <w:rPr>
          <w:sz w:val="22"/>
        </w:rPr>
        <w:t>D. Mg</w:t>
      </w:r>
    </w:p>
    <w:p/>
    <w:p>
      <w:r>
        <w:rPr>
          <w:b/>
          <w:sz w:val="24"/>
        </w:rPr>
        <w:t>Câu 19: Cho lá đồng vào dung dịch AgNO3, hiện tượng quan sát được là:</w:t>
      </w:r>
    </w:p>
    <w:p>
      <w:pPr>
        <w:pStyle w:val="ListParagraph"/>
      </w:pPr>
      <w:r>
        <w:rPr>
          <w:sz w:val="22"/>
        </w:rPr>
        <w:t>A. không có hiện tượng gì</w:t>
      </w:r>
    </w:p>
    <w:p>
      <w:pPr>
        <w:pStyle w:val="ListParagraph"/>
      </w:pPr>
      <w:r>
        <w:rPr>
          <w:sz w:val="22"/>
        </w:rPr>
        <w:t>B. có chất rắn màu trắng bạc bám ngoài lá đồng, dung dịch chuyển dần sang màu xanh</w:t>
      </w:r>
    </w:p>
    <w:p>
      <w:pPr>
        <w:pStyle w:val="ListParagraph"/>
      </w:pPr>
      <w:r>
        <w:rPr>
          <w:sz w:val="22"/>
        </w:rPr>
        <w:t>C. dung dịch bị mất màu, lá đồng không đổi</w:t>
      </w:r>
    </w:p>
    <w:p>
      <w:pPr>
        <w:pStyle w:val="ListParagraph"/>
      </w:pPr>
      <w:r>
        <w:rPr>
          <w:sz w:val="22"/>
        </w:rPr>
        <w:t>D. có khí không màu thoát ra từ lá đồng</w:t>
      </w:r>
    </w:p>
    <w:p/>
    <w:p>
      <w:r>
        <w:rPr>
          <w:b/>
          <w:sz w:val="24"/>
        </w:rPr>
        <w:t>Câu 20: Cặp chất nào sau đây xảy ra phản ứng hóa học?</w:t>
      </w:r>
    </w:p>
    <w:p>
      <w:pPr>
        <w:pStyle w:val="ListParagraph"/>
      </w:pPr>
      <w:r>
        <w:rPr>
          <w:sz w:val="22"/>
        </w:rPr>
        <w:t>A. Ag và dung dịch HCl</w:t>
      </w:r>
    </w:p>
    <w:p>
      <w:pPr>
        <w:pStyle w:val="ListParagraph"/>
      </w:pPr>
      <w:r>
        <w:rPr>
          <w:sz w:val="22"/>
        </w:rPr>
        <w:t>B. Cu và dung dịch ZnSO4</w:t>
      </w:r>
    </w:p>
    <w:p>
      <w:pPr>
        <w:pStyle w:val="ListParagraph"/>
      </w:pPr>
      <w:r>
        <w:rPr>
          <w:sz w:val="22"/>
        </w:rPr>
        <w:t>C. Fe và dung dịch MgCl2</w:t>
      </w:r>
    </w:p>
    <w:p>
      <w:pPr>
        <w:pStyle w:val="ListParagraph"/>
      </w:pPr>
      <w:r>
        <w:rPr>
          <w:sz w:val="22"/>
        </w:rPr>
        <w:t>D. Zn và dung dịch CuSO4</w:t>
      </w:r>
    </w:p>
    <w:p/>
    <w:p>
      <w:r>
        <w:rPr>
          <w:b/>
          <w:sz w:val="24"/>
        </w:rPr>
        <w:t>Câu 21: Dãy gồm các kim loại đều tác dụng với dung dịch H2SO4 loãng giải phóng khí H2 là:</w:t>
      </w:r>
    </w:p>
    <w:p>
      <w:pPr>
        <w:pStyle w:val="ListParagraph"/>
      </w:pPr>
      <w:r>
        <w:rPr>
          <w:sz w:val="22"/>
        </w:rPr>
        <w:t>A. Cu, Ag, Au</w:t>
      </w:r>
    </w:p>
    <w:p>
      <w:pPr>
        <w:pStyle w:val="ListParagraph"/>
      </w:pPr>
      <w:r>
        <w:rPr>
          <w:sz w:val="22"/>
        </w:rPr>
        <w:t>B. Fe, Ag, Al</w:t>
      </w:r>
    </w:p>
    <w:p>
      <w:pPr>
        <w:pStyle w:val="ListParagraph"/>
      </w:pPr>
      <w:r>
        <w:rPr>
          <w:sz w:val="22"/>
        </w:rPr>
        <w:t>C. Mg, Al, Fe</w:t>
      </w:r>
    </w:p>
    <w:p>
      <w:pPr>
        <w:pStyle w:val="ListParagraph"/>
      </w:pPr>
      <w:r>
        <w:rPr>
          <w:sz w:val="22"/>
        </w:rPr>
        <w:t>D. Zn, Cu, Mg</w:t>
      </w:r>
    </w:p>
    <w:p/>
    <w:p>
      <w:r>
        <w:rPr>
          <w:b/>
          <w:sz w:val="24"/>
        </w:rPr>
        <w:t>Câu 22: Cho dãy kim loại: Au, K, Mg, Ag, Fe, Cu. Số kim loại đứng sau H trong dãy hoạt động hóa học là: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23: Kim loại M tác dụng được với dung dịch HCl giải phóng H2 nhưng không đẩy được Zn ra khỏi dung dịch ZnSO4. M là:</w:t>
      </w:r>
    </w:p>
    <w:p>
      <w:pPr>
        <w:pStyle w:val="ListParagraph"/>
      </w:pPr>
      <w:r>
        <w:rPr>
          <w:sz w:val="22"/>
        </w:rPr>
        <w:t>A. Al</w:t>
      </w:r>
    </w:p>
    <w:p>
      <w:pPr>
        <w:pStyle w:val="ListParagraph"/>
      </w:pPr>
      <w:r>
        <w:rPr>
          <w:sz w:val="22"/>
        </w:rPr>
        <w:t>B. Fe</w:t>
      </w:r>
    </w:p>
    <w:p>
      <w:pPr>
        <w:pStyle w:val="ListParagraph"/>
      </w:pPr>
      <w:r>
        <w:rPr>
          <w:sz w:val="22"/>
        </w:rPr>
        <w:t>C. Cu</w:t>
      </w:r>
    </w:p>
    <w:p>
      <w:pPr>
        <w:pStyle w:val="ListParagraph"/>
      </w:pPr>
      <w:r>
        <w:rPr>
          <w:sz w:val="22"/>
        </w:rPr>
        <w:t>D. Mg</w:t>
      </w:r>
    </w:p>
    <w:p/>
    <w:p>
      <w:r>
        <w:rPr>
          <w:b/>
          <w:sz w:val="24"/>
        </w:rPr>
        <w:t>Câu 24: Cho một mẩu Na vào dung dịch CuSO4. Hiện tượng quan sát được là:</w:t>
      </w:r>
    </w:p>
    <w:p>
      <w:pPr>
        <w:pStyle w:val="ListParagraph"/>
      </w:pPr>
      <w:r>
        <w:rPr>
          <w:sz w:val="22"/>
        </w:rPr>
        <w:t>A. Na tan dần, có chất rắn màu đỏ bám vào mẩu Na</w:t>
      </w:r>
    </w:p>
    <w:p>
      <w:pPr>
        <w:pStyle w:val="ListParagraph"/>
      </w:pPr>
      <w:r>
        <w:rPr>
          <w:sz w:val="22"/>
        </w:rPr>
        <w:t>B. không có hiện tượng gì xảy ra</w:t>
      </w:r>
    </w:p>
    <w:p>
      <w:pPr>
        <w:pStyle w:val="ListParagraph"/>
      </w:pPr>
      <w:r>
        <w:rPr>
          <w:sz w:val="22"/>
        </w:rPr>
        <w:t>C. Na tan dần, có khí thoát ra, xuất hiện kết tủa màu xanh</w:t>
      </w:r>
    </w:p>
    <w:p>
      <w:pPr>
        <w:pStyle w:val="ListParagraph"/>
      </w:pPr>
      <w:r>
        <w:rPr>
          <w:sz w:val="22"/>
        </w:rPr>
        <w:t>D. Na tan dần, dung dịch mất màu, không có khí thoát ra</w:t>
      </w:r>
    </w:p>
    <w:p/>
    <w:p>
      <w:r>
        <w:rPr>
          <w:b/>
          <w:sz w:val="24"/>
        </w:rPr>
        <w:t>Câu 25: Để loại bỏ tạp chất Fe ra khỏi bột Cu, có thể ngâm hỗn hợp trong lượng dư dung dịch nào, rồi lọc lấy phần rắn?</w:t>
      </w:r>
    </w:p>
    <w:p>
      <w:pPr>
        <w:pStyle w:val="ListParagraph"/>
      </w:pPr>
      <w:r>
        <w:rPr>
          <w:sz w:val="22"/>
        </w:rPr>
        <w:t>A. ZnSO4</w:t>
      </w:r>
    </w:p>
    <w:p>
      <w:pPr>
        <w:pStyle w:val="ListParagraph"/>
      </w:pPr>
      <w:r>
        <w:rPr>
          <w:sz w:val="22"/>
        </w:rPr>
        <w:t>B. AgNO3</w:t>
      </w:r>
    </w:p>
    <w:p>
      <w:pPr>
        <w:pStyle w:val="ListParagraph"/>
      </w:pPr>
      <w:r>
        <w:rPr>
          <w:sz w:val="22"/>
        </w:rPr>
        <w:t>C. nước cất</w:t>
      </w:r>
    </w:p>
    <w:p>
      <w:pPr>
        <w:pStyle w:val="ListParagraph"/>
      </w:pPr>
      <w:r>
        <w:rPr>
          <w:sz w:val="22"/>
        </w:rPr>
        <w:t>D. HCl</w:t>
      </w:r>
    </w:p>
    <w:p/>
    <w:p>
      <w:r>
        <w:rPr>
          <w:b/>
          <w:sz w:val="24"/>
        </w:rPr>
        <w:t>Câu 26: Thành phần chính của quặng bauxite, dùng để sản xuất nhôm, là:</w:t>
      </w:r>
    </w:p>
    <w:p>
      <w:pPr>
        <w:pStyle w:val="ListParagraph"/>
      </w:pPr>
      <w:r>
        <w:rPr>
          <w:sz w:val="22"/>
        </w:rPr>
        <w:t>A. Al2O3</w:t>
      </w:r>
    </w:p>
    <w:p>
      <w:pPr>
        <w:pStyle w:val="ListParagraph"/>
      </w:pPr>
      <w:r>
        <w:rPr>
          <w:sz w:val="22"/>
        </w:rPr>
        <w:t>B. CaCO3</w:t>
      </w:r>
    </w:p>
    <w:p>
      <w:pPr>
        <w:pStyle w:val="ListParagraph"/>
      </w:pPr>
      <w:r>
        <w:rPr>
          <w:sz w:val="22"/>
        </w:rPr>
        <w:t>C. Fe2O3</w:t>
      </w:r>
    </w:p>
    <w:p>
      <w:pPr>
        <w:pStyle w:val="ListParagraph"/>
      </w:pPr>
      <w:r>
        <w:rPr>
          <w:sz w:val="22"/>
        </w:rPr>
        <w:t>D. ZnS</w:t>
      </w:r>
    </w:p>
    <w:p/>
    <w:p>
      <w:r>
        <w:rPr>
          <w:b/>
          <w:sz w:val="24"/>
        </w:rPr>
        <w:t>Câu 27: Trong công nghiệp, nhôm được sản xuất bằng cách:</w:t>
      </w:r>
    </w:p>
    <w:p>
      <w:pPr>
        <w:pStyle w:val="ListParagraph"/>
      </w:pPr>
      <w:r>
        <w:rPr>
          <w:sz w:val="22"/>
        </w:rPr>
        <w:t>A. dùng CO khử Al2O3 ở nhiệt độ cao</w:t>
      </w:r>
    </w:p>
    <w:p>
      <w:pPr>
        <w:pStyle w:val="ListParagraph"/>
      </w:pPr>
      <w:r>
        <w:rPr>
          <w:sz w:val="22"/>
        </w:rPr>
        <w:t>B. điện phân dung dịch AlCl3</w:t>
      </w:r>
    </w:p>
    <w:p>
      <w:pPr>
        <w:pStyle w:val="ListParagraph"/>
      </w:pPr>
      <w:r>
        <w:rPr>
          <w:sz w:val="22"/>
        </w:rPr>
        <w:t>C. dùng Zn đẩy Al ra khỏi dung dịch muối</w:t>
      </w:r>
    </w:p>
    <w:p>
      <w:pPr>
        <w:pStyle w:val="ListParagraph"/>
      </w:pPr>
      <w:r>
        <w:rPr>
          <w:sz w:val="22"/>
        </w:rPr>
        <w:t>D. điện phân nóng chảy Al2O3 (có cryolite)</w:t>
      </w:r>
    </w:p>
    <w:p/>
    <w:p>
      <w:r>
        <w:rPr>
          <w:b/>
          <w:sz w:val="24"/>
        </w:rPr>
        <w:t>Câu 28: Hợp kim là:</w:t>
      </w:r>
    </w:p>
    <w:p>
      <w:pPr>
        <w:pStyle w:val="ListParagraph"/>
      </w:pPr>
      <w:r>
        <w:rPr>
          <w:sz w:val="22"/>
        </w:rPr>
        <w:t>A. vật liệu kim loại có ít nhất một kim loại cơ bản và một số kim loại hoặc phi kim khác</w:t>
      </w:r>
    </w:p>
    <w:p>
      <w:pPr>
        <w:pStyle w:val="ListParagraph"/>
      </w:pPr>
      <w:r>
        <w:rPr>
          <w:sz w:val="22"/>
        </w:rPr>
        <w:t>B. hỗn hợp của các phi kim với nhau</w:t>
      </w:r>
    </w:p>
    <w:p>
      <w:pPr>
        <w:pStyle w:val="ListParagraph"/>
      </w:pPr>
      <w:r>
        <w:rPr>
          <w:sz w:val="22"/>
        </w:rPr>
        <w:t>C. kim loại nguyên chất có độ cứng cao</w:t>
      </w:r>
    </w:p>
    <w:p>
      <w:pPr>
        <w:pStyle w:val="ListParagraph"/>
      </w:pPr>
      <w:r>
        <w:rPr>
          <w:sz w:val="22"/>
        </w:rPr>
        <w:t>D. hợp chất của kim loại với oxygen</w:t>
      </w:r>
    </w:p>
    <w:p/>
    <w:p>
      <w:r>
        <w:rPr>
          <w:b/>
          <w:sz w:val="24"/>
        </w:rPr>
        <w:t>Câu 29: Gang và thép đều là hợp kim của sắt với nguyên tố nào là chủ yếu?</w:t>
      </w:r>
    </w:p>
    <w:p>
      <w:pPr>
        <w:pStyle w:val="ListParagraph"/>
      </w:pPr>
      <w:r>
        <w:rPr>
          <w:sz w:val="22"/>
        </w:rPr>
        <w:t>A. Nhôm</w:t>
      </w:r>
    </w:p>
    <w:p>
      <w:pPr>
        <w:pStyle w:val="ListParagraph"/>
      </w:pPr>
      <w:r>
        <w:rPr>
          <w:sz w:val="22"/>
        </w:rPr>
        <w:t>B. Kẽm</w:t>
      </w:r>
    </w:p>
    <w:p>
      <w:pPr>
        <w:pStyle w:val="ListParagraph"/>
      </w:pPr>
      <w:r>
        <w:rPr>
          <w:sz w:val="22"/>
        </w:rPr>
        <w:t>C. Đồng</w:t>
      </w:r>
    </w:p>
    <w:p>
      <w:pPr>
        <w:pStyle w:val="ListParagraph"/>
      </w:pPr>
      <w:r>
        <w:rPr>
          <w:sz w:val="22"/>
        </w:rPr>
        <w:t>D. Carbon</w:t>
      </w:r>
    </w:p>
    <w:p/>
    <w:p>
      <w:r>
        <w:rPr>
          <w:b/>
          <w:sz w:val="24"/>
        </w:rPr>
        <w:t>Câu 30: Hàm lượng carbon trong gang và thép lần lượt là:</w:t>
      </w:r>
    </w:p>
    <w:p>
      <w:pPr>
        <w:pStyle w:val="ListParagraph"/>
      </w:pPr>
      <w:r>
        <w:rPr>
          <w:sz w:val="22"/>
        </w:rPr>
        <w:t>A. dưới 2% và 2 – 5%</w:t>
      </w:r>
    </w:p>
    <w:p>
      <w:pPr>
        <w:pStyle w:val="ListParagraph"/>
      </w:pPr>
      <w:r>
        <w:rPr>
          <w:sz w:val="22"/>
        </w:rPr>
        <w:t>B. 2 – 5% và dưới 2%</w:t>
      </w:r>
    </w:p>
    <w:p>
      <w:pPr>
        <w:pStyle w:val="ListParagraph"/>
      </w:pPr>
      <w:r>
        <w:rPr>
          <w:sz w:val="22"/>
        </w:rPr>
        <w:t>C. đều dưới 2%</w:t>
      </w:r>
    </w:p>
    <w:p>
      <w:pPr>
        <w:pStyle w:val="ListParagraph"/>
      </w:pPr>
      <w:r>
        <w:rPr>
          <w:sz w:val="22"/>
        </w:rPr>
        <w:t>D. đều 2 – 5%</w:t>
      </w:r>
    </w:p>
    <w:p/>
    <w:p>
      <w:r>
        <w:rPr>
          <w:b/>
          <w:sz w:val="24"/>
        </w:rPr>
        <w:t>Câu 31: Trong quá trình sản xuất gang, chất trực tiếp khử Fe2O3 thành Fe là:</w:t>
      </w:r>
    </w:p>
    <w:p>
      <w:pPr>
        <w:pStyle w:val="ListParagraph"/>
      </w:pPr>
      <w:r>
        <w:rPr>
          <w:sz w:val="22"/>
        </w:rPr>
        <w:t>A. SO2</w:t>
      </w:r>
    </w:p>
    <w:p>
      <w:pPr>
        <w:pStyle w:val="ListParagraph"/>
      </w:pPr>
      <w:r>
        <w:rPr>
          <w:sz w:val="22"/>
        </w:rPr>
        <w:t>B. CO2</w:t>
      </w:r>
    </w:p>
    <w:p>
      <w:pPr>
        <w:pStyle w:val="ListParagraph"/>
      </w:pPr>
      <w:r>
        <w:rPr>
          <w:sz w:val="22"/>
        </w:rPr>
        <w:t>C. CaO</w:t>
      </w:r>
    </w:p>
    <w:p>
      <w:pPr>
        <w:pStyle w:val="ListParagraph"/>
      </w:pPr>
      <w:r>
        <w:rPr>
          <w:sz w:val="22"/>
        </w:rPr>
        <w:t>D. CO</w:t>
      </w:r>
    </w:p>
    <w:p/>
    <w:p>
      <w:r>
        <w:rPr>
          <w:b/>
          <w:sz w:val="24"/>
        </w:rPr>
        <w:t>Câu 32: Dụng cụ nhà bếp thường làm bằng inox thay vì sắt nguyên chất vì inox:</w:t>
      </w:r>
    </w:p>
    <w:p>
      <w:pPr>
        <w:pStyle w:val="ListParagraph"/>
      </w:pPr>
      <w:r>
        <w:rPr>
          <w:sz w:val="22"/>
        </w:rPr>
        <w:t>A. nhẹ hơn nhôm</w:t>
      </w:r>
    </w:p>
    <w:p>
      <w:pPr>
        <w:pStyle w:val="ListParagraph"/>
      </w:pPr>
      <w:r>
        <w:rPr>
          <w:sz w:val="22"/>
        </w:rPr>
        <w:t>B. khó bị gỉ và bền</w:t>
      </w:r>
    </w:p>
    <w:p>
      <w:pPr>
        <w:pStyle w:val="ListParagraph"/>
      </w:pPr>
      <w:r>
        <w:rPr>
          <w:sz w:val="22"/>
        </w:rPr>
        <w:t>C. có nhiệt độ nóng chảy rất thấp</w:t>
      </w:r>
    </w:p>
    <w:p>
      <w:pPr>
        <w:pStyle w:val="ListParagraph"/>
      </w:pPr>
      <w:r>
        <w:rPr>
          <w:sz w:val="22"/>
        </w:rPr>
        <w:t>D. dẫn điện tốt hơn sắt</w:t>
      </w:r>
    </w:p>
    <w:p/>
    <w:p>
      <w:r>
        <w:rPr>
          <w:b/>
          <w:sz w:val="24"/>
        </w:rPr>
        <w:t>Câu 33: Về tính chất vật lí của kim loại:</w:t>
        <w:br/>
        <w:t>a) Kim loại có tính dẻo nên có thể dát mỏng hoặc kéo thành sợi.</w:t>
        <w:br/>
        <w:t>b) Trong các kim loại Ag, Cu, Al, Fe, kim loại dẫn điện tốt nhất là đồng (Cu).</w:t>
        <w:br/>
        <w:t>c) Vàng được dùng làm đồ trang sức vì có ánh kim đẹp, dẻo và bền trong không khí.</w:t>
        <w:br/>
        <w:t>d) Lõi dây điện bằng đồng được bọc nhựa bên ngoài để tránh điện giật và chập cháy khi sử dụng.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34: Về tính chất hóa học của kim loại:</w:t>
        <w:br/>
        <w:t>a) Đốt dây sắt trong khí oxygen, dây sắt cháy sáng tạo thành Fe3O4.</w:t>
        <w:br/>
        <w:t>b) Natri tác dụng với khí chlorine tạo ra khói màu nâu đỏ.</w:t>
        <w:br/>
        <w:t>c) Sắt tác dụng với dung dịch HCl tạo muối FeCl3 và giải phóng khí H2.</w:t>
        <w:br/>
        <w:t>d) Đồ vật bằng sắt được sơn phủ bề mặt để ngăn sắt tiếp xúc với oxygen và hơi ẩm, hạn chế gỉ sét.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35: Cho dãy hoạt động hóa học: K, Na, Ca, Mg, Al, Zn, Fe, Pb, H, Cu, Ag, Au.</w:t>
        <w:br/>
        <w:t>a) Kim loại đứng càng về bên trái thì mức độ hoạt động hóa học càng mạnh.</w:t>
        <w:br/>
        <w:t>b) Cu đứng sau H nên Cu tác dụng với dung dịch HCl giải phóng khí H2.</w:t>
        <w:br/>
        <w:t>c) Zn đẩy được Cu ra khỏi dung dịch CuSO4.</w:t>
        <w:br/>
        <w:t>d) Ag đẩy được Cu ra khỏi dung dịch Cu(NO3)2.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36: Cho các kim loại Mg, Cu, Ag lần lượt tác dụng với dung dịch H2SO4 loãng và dung dịch AgNO3:</w:t>
        <w:br/>
        <w:t>a) Mg tan trong dung dịch H2SO4 loãng và có khí H2 thoát ra.</w:t>
        <w:br/>
        <w:t>b) Cu và Ag đều tan trong dung dịch H2SO4 loãng.</w:t>
        <w:br/>
        <w:t>c) Cu tác dụng với dung dịch AgNO3 tạo Ag và Cu(NO3)2, dung dịch chuyển sang màu xanh.</w:t>
        <w:br/>
        <w:t>d) Từ các thí nghiệm trên có thể kết luận mức độ hoạt động hóa học giảm dần theo thứ tự Mg &gt; Cu &gt; Ag.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37: Về quá trình tách kim loại từ quặng:</w:t>
        <w:br/>
        <w:t>a) Quặng hematite có thành phần chính là Fe2O3.</w:t>
        <w:br/>
        <w:t>b) Nhôm được tách ra khỏi Al2O3 bằng phương pháp điện phân nóng chảy.</w:t>
        <w:br/>
        <w:t>c) Kẽm được tách trực tiếp từ ZnS bằng cách cho khí CO đi qua ZnS nóng chảy.</w:t>
        <w:br/>
        <w:t>d) Cryolite được thêm vào Al2O3 để làm tăng nhiệt độ nóng chảy của Al2O3.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38: Về hợp kim:</w:t>
        <w:br/>
        <w:t>a) Hợp kim là vật liệu kim loại gồm ít nhất một kim loại cơ bản và một số kim loại hoặc phi kim khác.</w:t>
        <w:br/>
        <w:t>b) Kim loại cơ bản của thép là sắt, của duralumin là nhôm.</w:t>
        <w:br/>
        <w:t>c) Inox là hợp kim của nhôm, có đặc điểm khó bị gỉ.</w:t>
        <w:br/>
        <w:t>d) Gang có hàm lượng carbon thấp hơn thép nên gang dẻo hơn thép.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39: Về sản xuất gang trong lò cao:</w:t>
        <w:br/>
        <w:t>a) Quặng sắt, than cốc, đá vôi được nạp qua miệng lò; không khí nóng được thổi từ dưới lên.</w:t>
        <w:br/>
        <w:t>b) Than cốc chỉ có vai trò tạo khí CO, không có vai trò nào khác.</w:t>
        <w:br/>
        <w:t>c) Phản ứng khử oxide sắt trong lò cao: Fe2O3 + 3CO → 2Fe + 3CO2 (t°).</w:t>
        <w:br/>
        <w:t>d) Khí CO không phản ứng hết là khí độc, cần xử lí trước khi thải ra môi trường.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40: Về sản xuất thép:</w:t>
        <w:br/>
        <w:t>a) Nguyên liệu chính để sản xuất thép là gang (hoặc thép phế liệu) và khí oxygen.</w:t>
        <w:br/>
        <w:t>b) Quá trình luyện thép làm tăng hàm lượng carbon so với gang.</w:t>
        <w:br/>
        <w:t>c) Thép cứng và giòn hơn gang nên được dùng làm khung công trình, cầu.</w:t>
        <w:br/>
        <w:t>d) Khí SO2 sinh ra khi luyện thép gây ô nhiễm không khí và có thể gây mưa acid.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41: Kim loại nào dẻo nhất? (Viết kí hiệu hóa học.)</w:t>
      </w:r>
    </w:p>
    <w:p/>
    <w:p>
      <w:r>
        <w:rPr>
          <w:b/>
          <w:sz w:val="24"/>
        </w:rPr>
        <w:t>Câu 42: Cho các kim loại: Cu, Fe, Ag, Mg, Zn. Có bao nhiêu kim loại tác dụng được với dung dịch HCl giải phóng khí hydrogen?</w:t>
      </w:r>
    </w:p>
    <w:p/>
    <w:p>
      <w:r>
        <w:rPr>
          <w:b/>
          <w:sz w:val="24"/>
        </w:rPr>
        <w:t>Câu 43: Hòa tan hoàn toàn 5,6 g Fe bằng dung dịch HCl dư. Tính thể tích khí H2 thu được ở đkc (làm tròn đến hai chữ số thập phân, đơn vị lít).</w:t>
      </w:r>
    </w:p>
    <w:p/>
    <w:p>
      <w:r>
        <w:rPr>
          <w:b/>
          <w:sz w:val="24"/>
        </w:rPr>
        <w:t>Câu 44: Sắp xếp các kim loại sau theo chiều mức độ hoạt động hóa học giảm dần: (1) Cu; (2) Mg; (3) Ag; (4) Fe. (Viết dãy bốn chữ số.)</w:t>
      </w:r>
    </w:p>
    <w:p/>
    <w:p>
      <w:r>
        <w:rPr>
          <w:b/>
          <w:sz w:val="24"/>
        </w:rPr>
        <w:t>Câu 45: Cho 4,6 g Na tác dụng hết với nước. Tính khối lượng NaOH thu được (đơn vị gam).</w:t>
      </w:r>
    </w:p>
    <w:p/>
    <w:p>
      <w:r>
        <w:rPr>
          <w:b/>
          <w:sz w:val="24"/>
        </w:rPr>
        <w:t>Câu 46: Hòa tan hoàn toàn 10 g hỗn hợp Cu và Zn trong dung dịch HCl dư, thu được 2,479 lít khí H2 (đkc). Tính khối lượng Cu trong hỗn hợp (đơn vị gam).</w:t>
      </w:r>
    </w:p>
    <w:p/>
    <w:p>
      <w:r>
        <w:rPr>
          <w:b/>
          <w:sz w:val="24"/>
        </w:rPr>
        <w:t>Câu 47: Ngâm một lá đồng trong dung dịch AgNO3 dư, sau phản ứng thu được 2,16 g Ag. Tính khối lượng Cu đã phản ứng (đơn vị gam).</w:t>
      </w:r>
    </w:p>
    <w:p/>
    <w:p>
      <w:r>
        <w:rPr>
          <w:b/>
          <w:sz w:val="24"/>
        </w:rPr>
        <w:t>Câu 48: Cho 10 g hỗn hợp Al và Cu vào dung dịch HCl dư thu được 7,437 lít H2 (đkc). Tính phần trăm khối lượng Al trong hỗn hợp (không cần ghi kí hiệu %).</w:t>
      </w:r>
    </w:p>
    <w:p/>
    <w:p>
      <w:r>
        <w:rPr>
          <w:b/>
          <w:sz w:val="24"/>
        </w:rPr>
        <w:t>Câu 49: Viết công thức hóa học của thành phần chính trong quặng hematite.</w:t>
      </w:r>
    </w:p>
    <w:p/>
    <w:p>
      <w:r>
        <w:rPr>
          <w:b/>
          <w:sz w:val="24"/>
        </w:rPr>
        <w:t>Câu 50: Cho các kim loại: Na, Fe, Zn, Al, Cu. Có bao nhiêu kim loại trong công nghiệp được tách ra bằng phương pháp điện phân nóng chảy hợp chất?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D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D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None</w:t>
      </w:r>
    </w:p>
    <w:p>
      <w:r>
        <w:rPr>
          <w:b/>
        </w:rPr>
        <w:t>Câu 34: Đáp án đúng: None</w:t>
      </w:r>
    </w:p>
    <w:p>
      <w:r>
        <w:rPr>
          <w:b/>
        </w:rPr>
        <w:t>Câu 35: Đáp án đúng: None</w:t>
      </w:r>
    </w:p>
    <w:p>
      <w:r>
        <w:rPr>
          <w:b/>
        </w:rPr>
        <w:t>Câu 36: Đáp án đúng: None</w:t>
      </w:r>
    </w:p>
    <w:p>
      <w:r>
        <w:rPr>
          <w:b/>
        </w:rPr>
        <w:t>Câu 37: Đáp án đúng: None</w:t>
      </w:r>
    </w:p>
    <w:p>
      <w:r>
        <w:rPr>
          <w:b/>
        </w:rPr>
        <w:t>Câu 38: Đáp án đúng: None</w:t>
      </w:r>
    </w:p>
    <w:p>
      <w:r>
        <w:rPr>
          <w:b/>
        </w:rPr>
        <w:t>Câu 39: Đáp án đúng: None</w:t>
      </w:r>
    </w:p>
    <w:p>
      <w:r>
        <w:rPr>
          <w:b/>
        </w:rPr>
        <w:t>Câu 40: Đáp án đúng: None</w:t>
      </w:r>
    </w:p>
    <w:p>
      <w:r>
        <w:rPr>
          <w:b/>
        </w:rPr>
        <w:t>Câu 41: Đáp án đúng: Au</w:t>
      </w:r>
    </w:p>
    <w:p>
      <w:r>
        <w:rPr>
          <w:b/>
        </w:rPr>
        <w:t>Câu 42: Đáp án đúng: 3</w:t>
      </w:r>
    </w:p>
    <w:p>
      <w:r>
        <w:rPr>
          <w:b/>
        </w:rPr>
        <w:t>Câu 43: Đáp án đúng: 2.48</w:t>
      </w:r>
    </w:p>
    <w:p>
      <w:r>
        <w:rPr>
          <w:b/>
        </w:rPr>
        <w:t>Câu 44: Đáp án đúng: 2413</w:t>
      </w:r>
    </w:p>
    <w:p>
      <w:r>
        <w:rPr>
          <w:b/>
        </w:rPr>
        <w:t>Câu 45: Đáp án đúng: 8</w:t>
      </w:r>
    </w:p>
    <w:p>
      <w:r>
        <w:rPr>
          <w:b/>
        </w:rPr>
        <w:t>Câu 46: Đáp án đúng: 3.5</w:t>
      </w:r>
    </w:p>
    <w:p>
      <w:r>
        <w:rPr>
          <w:b/>
        </w:rPr>
        <w:t>Câu 47: Đáp án đúng: 0.64</w:t>
      </w:r>
    </w:p>
    <w:p>
      <w:r>
        <w:rPr>
          <w:b/>
        </w:rPr>
        <w:t>Câu 48: Đáp án đúng: 54</w:t>
      </w:r>
    </w:p>
    <w:p>
      <w:r>
        <w:rPr>
          <w:b/>
        </w:rPr>
        <w:t>Câu 49: Đáp án đúng: Fe2O3</w:t>
      </w:r>
    </w:p>
    <w:p>
      <w:r>
        <w:rPr>
          <w:b/>
        </w:rPr>
        <w:t>Câu 50: Đáp án đúng: 2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