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 ĐỀ CƯƠNG 12 – GIỮA KÌ I</w:t>
      </w:r>
    </w:p>
    <w:p>
      <w:pPr>
        <w:jc w:val="center"/>
      </w:pPr>
      <w:r>
        <w:rPr>
          <w:sz w:val="22"/>
        </w:rPr>
        <w:t>Số câu: 30    Thời gian: _____ phút    Họ và tên: _________________________</w:t>
      </w:r>
    </w:p>
    <w:p/>
    <w:p>
      <w:r>
        <w:rPr>
          <w:b/>
          <w:sz w:val="24"/>
        </w:rPr>
        <w:t>Câu 1: Be inspired (1) __________ the extraordinary life stories of individuals who turned adversity into triumph.</w:t>
      </w:r>
    </w:p>
    <w:p>
      <w:pPr>
        <w:pStyle w:val="ListParagraph"/>
      </w:pPr>
      <w:r>
        <w:rPr>
          <w:sz w:val="22"/>
        </w:rPr>
        <w:t>A. with</w:t>
      </w:r>
    </w:p>
    <w:p>
      <w:pPr>
        <w:pStyle w:val="ListParagraph"/>
      </w:pPr>
      <w:r>
        <w:rPr>
          <w:sz w:val="22"/>
        </w:rPr>
        <w:t>B. about</w:t>
      </w:r>
    </w:p>
    <w:p>
      <w:pPr>
        <w:pStyle w:val="ListParagraph"/>
      </w:pPr>
      <w:r>
        <w:rPr>
          <w:sz w:val="22"/>
        </w:rPr>
        <w:t>C. under</w:t>
      </w:r>
    </w:p>
    <w:p>
      <w:pPr>
        <w:pStyle w:val="ListParagraph"/>
      </w:pPr>
      <w:r>
        <w:rPr>
          <w:sz w:val="22"/>
        </w:rPr>
        <w:t>D. by</w:t>
      </w:r>
    </w:p>
    <w:p/>
    <w:p>
      <w:r>
        <w:rPr>
          <w:b/>
          <w:sz w:val="24"/>
        </w:rPr>
        <w:t>Câu 2: Last week, while our speakers (2) _______ their stories, the audience was taking notes of the lessons from those facing life-changing personal challenges.</w:t>
      </w:r>
    </w:p>
    <w:p>
      <w:pPr>
        <w:pStyle w:val="ListParagraph"/>
      </w:pPr>
      <w:r>
        <w:rPr>
          <w:sz w:val="22"/>
        </w:rPr>
        <w:t>A. telling</w:t>
      </w:r>
    </w:p>
    <w:p>
      <w:pPr>
        <w:pStyle w:val="ListParagraph"/>
      </w:pPr>
      <w:r>
        <w:rPr>
          <w:sz w:val="22"/>
        </w:rPr>
        <w:t>B. were telling</w:t>
      </w:r>
    </w:p>
    <w:p>
      <w:pPr>
        <w:pStyle w:val="ListParagraph"/>
      </w:pPr>
      <w:r>
        <w:rPr>
          <w:sz w:val="22"/>
        </w:rPr>
        <w:t>C. told</w:t>
      </w:r>
    </w:p>
    <w:p>
      <w:pPr>
        <w:pStyle w:val="ListParagraph"/>
      </w:pPr>
      <w:r>
        <w:rPr>
          <w:sz w:val="22"/>
        </w:rPr>
        <w:t>D. tell</w:t>
      </w:r>
    </w:p>
    <w:p/>
    <w:p>
      <w:r>
        <w:rPr>
          <w:b/>
          <w:sz w:val="24"/>
        </w:rPr>
        <w:t>Câu 3: These stories show that success isn’t just about (3) ________, it is also about resilience, perseverance, and fighting obstacles.</w:t>
      </w:r>
    </w:p>
    <w:p>
      <w:pPr>
        <w:pStyle w:val="ListParagraph"/>
      </w:pPr>
      <w:r>
        <w:rPr>
          <w:sz w:val="22"/>
        </w:rPr>
        <w:t>A. achieve</w:t>
      </w:r>
    </w:p>
    <w:p>
      <w:pPr>
        <w:pStyle w:val="ListParagraph"/>
      </w:pPr>
      <w:r>
        <w:rPr>
          <w:sz w:val="22"/>
        </w:rPr>
        <w:t>B. achievable</w:t>
      </w:r>
    </w:p>
    <w:p>
      <w:pPr>
        <w:pStyle w:val="ListParagraph"/>
      </w:pPr>
      <w:r>
        <w:rPr>
          <w:sz w:val="22"/>
        </w:rPr>
        <w:t>C. achievements</w:t>
      </w:r>
    </w:p>
    <w:p>
      <w:pPr>
        <w:pStyle w:val="ListParagraph"/>
      </w:pPr>
      <w:r>
        <w:rPr>
          <w:sz w:val="22"/>
        </w:rPr>
        <w:t>D. achievably</w:t>
      </w:r>
    </w:p>
    <w:p/>
    <w:p>
      <w:r>
        <w:rPr>
          <w:b/>
          <w:sz w:val="24"/>
        </w:rPr>
        <w:t>Câu 4: From conquering (4) ___________ hardships to leading game-changing revolutionary projects, these stories provide valuable insights into the strength of the human spirit.</w:t>
      </w:r>
    </w:p>
    <w:p>
      <w:pPr>
        <w:pStyle w:val="ListParagraph"/>
      </w:pPr>
      <w:r>
        <w:rPr>
          <w:sz w:val="22"/>
        </w:rPr>
        <w:t>A. personal</w:t>
      </w:r>
    </w:p>
    <w:p>
      <w:pPr>
        <w:pStyle w:val="ListParagraph"/>
      </w:pPr>
      <w:r>
        <w:rPr>
          <w:sz w:val="22"/>
        </w:rPr>
        <w:t>B. personally</w:t>
      </w:r>
    </w:p>
    <w:p>
      <w:pPr>
        <w:pStyle w:val="ListParagraph"/>
      </w:pPr>
      <w:r>
        <w:rPr>
          <w:sz w:val="22"/>
        </w:rPr>
        <w:t>C. personalize</w:t>
      </w:r>
    </w:p>
    <w:p>
      <w:pPr>
        <w:pStyle w:val="ListParagraph"/>
      </w:pPr>
      <w:r>
        <w:rPr>
          <w:sz w:val="22"/>
        </w:rPr>
        <w:t>D. persons</w:t>
      </w:r>
    </w:p>
    <w:p/>
    <w:p>
      <w:r>
        <w:rPr>
          <w:b/>
          <w:sz w:val="24"/>
        </w:rPr>
        <w:t>Câu 5: You’ll also learn how our national heroes (5) ______ their difficulties during hard times.</w:t>
      </w:r>
    </w:p>
    <w:p>
      <w:pPr>
        <w:pStyle w:val="ListParagraph"/>
      </w:pPr>
      <w:r>
        <w:rPr>
          <w:sz w:val="22"/>
        </w:rPr>
        <w:t>A. overcame</w:t>
      </w:r>
    </w:p>
    <w:p>
      <w:pPr>
        <w:pStyle w:val="ListParagraph"/>
      </w:pPr>
      <w:r>
        <w:rPr>
          <w:sz w:val="22"/>
        </w:rPr>
        <w:t>B. overcomes</w:t>
      </w:r>
    </w:p>
    <w:p>
      <w:pPr>
        <w:pStyle w:val="ListParagraph"/>
      </w:pPr>
      <w:r>
        <w:rPr>
          <w:sz w:val="22"/>
        </w:rPr>
        <w:t>C. were overcoming</w:t>
      </w:r>
    </w:p>
    <w:p>
      <w:pPr>
        <w:pStyle w:val="ListParagraph"/>
      </w:pPr>
      <w:r>
        <w:rPr>
          <w:sz w:val="22"/>
        </w:rPr>
        <w:t>D. overcome</w:t>
      </w:r>
    </w:p>
    <w:p/>
    <w:p>
      <w:r>
        <w:rPr>
          <w:b/>
          <w:sz w:val="24"/>
        </w:rPr>
        <w:t>Câu 6: (6) ___________ the leap today and let these life stories guide you toward building your own legacy!</w:t>
      </w:r>
    </w:p>
    <w:p>
      <w:pPr>
        <w:pStyle w:val="ListParagraph"/>
      </w:pPr>
      <w:r>
        <w:rPr>
          <w:sz w:val="22"/>
        </w:rPr>
        <w:t>A. Take</w:t>
      </w:r>
    </w:p>
    <w:p>
      <w:pPr>
        <w:pStyle w:val="ListParagraph"/>
      </w:pPr>
      <w:r>
        <w:rPr>
          <w:sz w:val="22"/>
        </w:rPr>
        <w:t>B. Fake</w:t>
      </w:r>
    </w:p>
    <w:p>
      <w:pPr>
        <w:pStyle w:val="ListParagraph"/>
      </w:pPr>
      <w:r>
        <w:rPr>
          <w:sz w:val="22"/>
        </w:rPr>
        <w:t>C. Go</w:t>
      </w:r>
    </w:p>
    <w:p>
      <w:pPr>
        <w:pStyle w:val="ListParagraph"/>
      </w:pPr>
      <w:r>
        <w:rPr>
          <w:sz w:val="22"/>
        </w:rPr>
        <w:t>D. Turn</w:t>
      </w:r>
    </w:p>
    <w:p/>
    <w:p>
      <w:r>
        <w:rPr>
          <w:b/>
          <w:sz w:val="24"/>
        </w:rPr>
        <w:t>Câu 7: Our (7) ______ offers an (8) ______ journey, bringing you closer to local heritage and authentic experiences.</w:t>
      </w:r>
    </w:p>
    <w:p>
      <w:pPr>
        <w:pStyle w:val="ListParagraph"/>
      </w:pPr>
      <w:r>
        <w:rPr>
          <w:sz w:val="22"/>
        </w:rPr>
        <w:t>A. unique cultural program tour</w:t>
      </w:r>
    </w:p>
    <w:p>
      <w:pPr>
        <w:pStyle w:val="ListParagraph"/>
      </w:pPr>
      <w:r>
        <w:rPr>
          <w:sz w:val="22"/>
        </w:rPr>
        <w:t>B. program unique cultural tour</w:t>
      </w:r>
    </w:p>
    <w:p>
      <w:pPr>
        <w:pStyle w:val="ListParagraph"/>
      </w:pPr>
      <w:r>
        <w:rPr>
          <w:sz w:val="22"/>
        </w:rPr>
        <w:t>C. unique cultural tour program</w:t>
      </w:r>
    </w:p>
    <w:p>
      <w:pPr>
        <w:pStyle w:val="ListParagraph"/>
      </w:pPr>
      <w:r>
        <w:rPr>
          <w:sz w:val="22"/>
        </w:rPr>
        <w:t>D. tour programs cultural unique</w:t>
      </w:r>
    </w:p>
    <w:p/>
    <w:p>
      <w:r>
        <w:rPr>
          <w:b/>
          <w:sz w:val="24"/>
        </w:rPr>
        <w:t>Câu 8: Our (7) ______ offers an (8) ______ journey, bringing you closer to local heritage and authentic experiences.</w:t>
      </w:r>
    </w:p>
    <w:p>
      <w:pPr>
        <w:pStyle w:val="ListParagraph"/>
      </w:pPr>
      <w:r>
        <w:rPr>
          <w:sz w:val="22"/>
        </w:rPr>
        <w:t>A. impressively</w:t>
      </w:r>
    </w:p>
    <w:p>
      <w:pPr>
        <w:pStyle w:val="ListParagraph"/>
      </w:pPr>
      <w:r>
        <w:rPr>
          <w:sz w:val="22"/>
        </w:rPr>
        <w:t>B. impression</w:t>
      </w:r>
    </w:p>
    <w:p>
      <w:pPr>
        <w:pStyle w:val="ListParagraph"/>
      </w:pPr>
      <w:r>
        <w:rPr>
          <w:sz w:val="22"/>
        </w:rPr>
        <w:t>C. impressive</w:t>
      </w:r>
    </w:p>
    <w:p>
      <w:pPr>
        <w:pStyle w:val="ListParagraph"/>
      </w:pPr>
      <w:r>
        <w:rPr>
          <w:sz w:val="22"/>
        </w:rPr>
        <w:t>D. impress</w:t>
      </w:r>
    </w:p>
    <w:p/>
    <w:p>
      <w:r>
        <w:rPr>
          <w:b/>
          <w:sz w:val="24"/>
        </w:rPr>
        <w:t>Câu 9: (9) ______ part in this enriching adventure will deepen your understanding of global cultures!</w:t>
      </w:r>
    </w:p>
    <w:p>
      <w:pPr>
        <w:pStyle w:val="ListParagraph"/>
      </w:pPr>
      <w:r>
        <w:rPr>
          <w:sz w:val="22"/>
        </w:rPr>
        <w:t>A. Making</w:t>
      </w:r>
    </w:p>
    <w:p>
      <w:pPr>
        <w:pStyle w:val="ListParagraph"/>
      </w:pPr>
      <w:r>
        <w:rPr>
          <w:sz w:val="22"/>
        </w:rPr>
        <w:t>B. Doing</w:t>
      </w:r>
    </w:p>
    <w:p>
      <w:pPr>
        <w:pStyle w:val="ListParagraph"/>
      </w:pPr>
      <w:r>
        <w:rPr>
          <w:sz w:val="22"/>
        </w:rPr>
        <w:t>C. Paying</w:t>
      </w:r>
    </w:p>
    <w:p>
      <w:pPr>
        <w:pStyle w:val="ListParagraph"/>
      </w:pPr>
      <w:r>
        <w:rPr>
          <w:sz w:val="22"/>
        </w:rPr>
        <w:t>D. Taking</w:t>
      </w:r>
    </w:p>
    <w:p/>
    <w:p>
      <w:r>
        <w:rPr>
          <w:b/>
          <w:sz w:val="24"/>
        </w:rPr>
        <w:t>Câu 10: Led by experienced local guides, our tours offer you the chance (10) ______ with communities, participating in traditional festivals and learning ancient customs.</w:t>
      </w:r>
    </w:p>
    <w:p>
      <w:pPr>
        <w:pStyle w:val="ListParagraph"/>
      </w:pPr>
      <w:r>
        <w:rPr>
          <w:sz w:val="22"/>
        </w:rPr>
        <w:t>A. to engaging</w:t>
      </w:r>
    </w:p>
    <w:p>
      <w:pPr>
        <w:pStyle w:val="ListParagraph"/>
      </w:pPr>
      <w:r>
        <w:rPr>
          <w:sz w:val="22"/>
        </w:rPr>
        <w:t>B. to engage</w:t>
      </w:r>
    </w:p>
    <w:p>
      <w:pPr>
        <w:pStyle w:val="ListParagraph"/>
      </w:pPr>
      <w:r>
        <w:rPr>
          <w:sz w:val="22"/>
        </w:rPr>
        <w:t>C. engaging</w:t>
      </w:r>
    </w:p>
    <w:p>
      <w:pPr>
        <w:pStyle w:val="ListParagraph"/>
      </w:pPr>
      <w:r>
        <w:rPr>
          <w:sz w:val="22"/>
        </w:rPr>
        <w:t>D. engage</w:t>
      </w:r>
    </w:p>
    <w:p/>
    <w:p>
      <w:r>
        <w:rPr>
          <w:b/>
          <w:sz w:val="24"/>
        </w:rPr>
        <w:t>Câu 11: With memorable activities, you’ll visit iconic cultural landmarks, taste traditional cuisine, and discover the beauty of regional arts, (11) ______ you a deeper connection to the local culture.</w:t>
      </w:r>
    </w:p>
    <w:p>
      <w:pPr>
        <w:pStyle w:val="ListParagraph"/>
      </w:pPr>
      <w:r>
        <w:rPr>
          <w:sz w:val="22"/>
        </w:rPr>
        <w:t>A. that give</w:t>
      </w:r>
    </w:p>
    <w:p>
      <w:pPr>
        <w:pStyle w:val="ListParagraph"/>
      </w:pPr>
      <w:r>
        <w:rPr>
          <w:sz w:val="22"/>
        </w:rPr>
        <w:t>B. which giving</w:t>
      </w:r>
    </w:p>
    <w:p>
      <w:pPr>
        <w:pStyle w:val="ListParagraph"/>
      </w:pPr>
      <w:r>
        <w:rPr>
          <w:sz w:val="22"/>
        </w:rPr>
        <w:t>C. giving</w:t>
      </w:r>
    </w:p>
    <w:p>
      <w:pPr>
        <w:pStyle w:val="ListParagraph"/>
      </w:pPr>
      <w:r>
        <w:rPr>
          <w:sz w:val="22"/>
        </w:rPr>
        <w:t>D. gave</w:t>
      </w:r>
    </w:p>
    <w:p/>
    <w:p>
      <w:r>
        <w:rPr>
          <w:b/>
          <w:sz w:val="24"/>
        </w:rPr>
        <w:t>Câu 12: Whether you’re passionate (12) ______ history, art, or folklore, our tour will leave you inspired and enriched.</w:t>
      </w:r>
    </w:p>
    <w:p>
      <w:pPr>
        <w:pStyle w:val="ListParagraph"/>
      </w:pPr>
      <w:r>
        <w:rPr>
          <w:sz w:val="22"/>
        </w:rPr>
        <w:t>A. in</w:t>
      </w:r>
    </w:p>
    <w:p>
      <w:pPr>
        <w:pStyle w:val="ListParagraph"/>
      </w:pPr>
      <w:r>
        <w:rPr>
          <w:sz w:val="22"/>
        </w:rPr>
        <w:t>B. about</w:t>
      </w:r>
    </w:p>
    <w:p>
      <w:pPr>
        <w:pStyle w:val="ListParagraph"/>
      </w:pPr>
      <w:r>
        <w:rPr>
          <w:sz w:val="22"/>
        </w:rPr>
        <w:t>C. on</w:t>
      </w:r>
    </w:p>
    <w:p>
      <w:pPr>
        <w:pStyle w:val="ListParagraph"/>
      </w:pPr>
      <w:r>
        <w:rPr>
          <w:sz w:val="22"/>
        </w:rPr>
        <w:t>D. by</w:t>
      </w:r>
    </w:p>
    <w:p/>
    <w:p>
      <w:r>
        <w:rPr>
          <w:b/>
          <w:sz w:val="24"/>
        </w:rPr>
        <w:t>Câu 13: Mark the letter A, B, C, or D on your answer sheet to indicate the correct arrangement of the sentence to make a meaningful paragraph/letter: a. John: His story is a true testament to hard work and perseverance. b. Anna: Obama’s presidency proved that dreams can become reality with dedication and hope. c. Anna: I admire Barack Obama’s journey from humble beginnings to becoming the first African-American president.</w:t>
      </w:r>
    </w:p>
    <w:p>
      <w:pPr>
        <w:pStyle w:val="ListParagraph"/>
      </w:pPr>
      <w:r>
        <w:rPr>
          <w:sz w:val="22"/>
        </w:rPr>
        <w:t>A. a-c-b</w:t>
      </w:r>
    </w:p>
    <w:p>
      <w:pPr>
        <w:pStyle w:val="ListParagraph"/>
      </w:pPr>
      <w:r>
        <w:rPr>
          <w:sz w:val="22"/>
        </w:rPr>
        <w:t>B. b-a-c</w:t>
      </w:r>
    </w:p>
    <w:p>
      <w:pPr>
        <w:pStyle w:val="ListParagraph"/>
      </w:pPr>
      <w:r>
        <w:rPr>
          <w:sz w:val="22"/>
        </w:rPr>
        <w:t>C. c-b-a</w:t>
      </w:r>
    </w:p>
    <w:p>
      <w:pPr>
        <w:pStyle w:val="ListParagraph"/>
      </w:pPr>
      <w:r>
        <w:rPr>
          <w:sz w:val="22"/>
        </w:rPr>
        <w:t>D. c-a-b</w:t>
      </w:r>
    </w:p>
    <w:p/>
    <w:p>
      <w:r>
        <w:rPr>
          <w:b/>
          <w:sz w:val="24"/>
        </w:rPr>
        <w:t>Câu 14: Mark the letter A, B, C, or D on your answer sheet to indicate the correct arrangement of the sentence to make a meaningful paragraph/letter: a. Minh: This year, they’re adding elements from African and South American cultures too. It’s a beautiful way to showcase global unity. b. Minh: Have you noticed how the Lantern Festival here blends traditions from various cultures? c. Mai: Yes, it’s fascinating! Last year, they had lantern designs inspired by several Asian and European countries. d. Minh: Absolutely, and the food stalls are just as diverse. You can taste dishes from nearly every continent! e. Mai: That sounds incredible. It’s like a journey around the world in one evening.</w:t>
      </w:r>
    </w:p>
    <w:p>
      <w:pPr>
        <w:pStyle w:val="ListParagraph"/>
      </w:pPr>
      <w:r>
        <w:rPr>
          <w:sz w:val="22"/>
        </w:rPr>
        <w:t>A. e-b-c-a-d</w:t>
      </w:r>
    </w:p>
    <w:p>
      <w:pPr>
        <w:pStyle w:val="ListParagraph"/>
      </w:pPr>
      <w:r>
        <w:rPr>
          <w:sz w:val="22"/>
        </w:rPr>
        <w:t>B. b-a-d-e-c</w:t>
      </w:r>
    </w:p>
    <w:p>
      <w:pPr>
        <w:pStyle w:val="ListParagraph"/>
      </w:pPr>
      <w:r>
        <w:rPr>
          <w:sz w:val="22"/>
        </w:rPr>
        <w:t>C. b-c-a-e-d</w:t>
      </w:r>
    </w:p>
    <w:p>
      <w:pPr>
        <w:pStyle w:val="ListParagraph"/>
      </w:pPr>
      <w:r>
        <w:rPr>
          <w:sz w:val="22"/>
        </w:rPr>
        <w:t>D. b-a-c-e-d</w:t>
      </w:r>
    </w:p>
    <w:p/>
    <w:p>
      <w:r>
        <w:rPr>
          <w:b/>
          <w:sz w:val="24"/>
        </w:rPr>
        <w:t>Câu 15: Dear Teacher, a. While I know he was committed to Vietnam’s independence, I would love to hear more about the challenges he faced and how he managed to stay resilient throughout. b. Could you share some insights into his leadership during the revolutionary period, and what values guided his actions? c. Recently, I’ve been reflecting on the life of President Ho Chi Minh, and I’m eager to learn more about his personal experiences. d. Your perspective would be really helpful as I continue to study his legacy. e. I trust you are doing well. Thank you for your time, John</w:t>
      </w:r>
    </w:p>
    <w:p>
      <w:pPr>
        <w:pStyle w:val="ListParagraph"/>
      </w:pPr>
      <w:r>
        <w:rPr>
          <w:sz w:val="22"/>
        </w:rPr>
        <w:t>A. e-a-c-b-d</w:t>
      </w:r>
    </w:p>
    <w:p>
      <w:pPr>
        <w:pStyle w:val="ListParagraph"/>
      </w:pPr>
      <w:r>
        <w:rPr>
          <w:sz w:val="22"/>
        </w:rPr>
        <w:t>B. e-c-a-b-d</w:t>
      </w:r>
    </w:p>
    <w:p>
      <w:pPr>
        <w:pStyle w:val="ListParagraph"/>
      </w:pPr>
      <w:r>
        <w:rPr>
          <w:sz w:val="22"/>
        </w:rPr>
        <w:t>C. a-c-e-d-b</w:t>
      </w:r>
    </w:p>
    <w:p>
      <w:pPr>
        <w:pStyle w:val="ListParagraph"/>
      </w:pPr>
      <w:r>
        <w:rPr>
          <w:sz w:val="22"/>
        </w:rPr>
        <w:t>D. d-e-a-c-b</w:t>
      </w:r>
    </w:p>
    <w:p/>
    <w:p>
      <w:r>
        <w:rPr>
          <w:b/>
          <w:sz w:val="24"/>
        </w:rPr>
        <w:t>Câu 16: a. His strength and forgiveness inspired people around the world, showing that true leaders work for peace and equality. b. Nelson Mandela, born in 1918 in South Africa, is known as one of the greatest leaders in the world. c. He fought against apartheid, a system that treated Black people unfairly, and became a symbol of hope for many. d. After he was released in 1990, he helped end apartheid, and in 1994, he became the first Black president of South Africa. e. Although he was put in prison for 27 years, he never gave up on his dream of a free South Africa.</w:t>
      </w:r>
    </w:p>
    <w:p>
      <w:pPr>
        <w:pStyle w:val="ListParagraph"/>
      </w:pPr>
      <w:r>
        <w:rPr>
          <w:sz w:val="22"/>
        </w:rPr>
        <w:t>A. b-c-e-a-d</w:t>
      </w:r>
    </w:p>
    <w:p>
      <w:pPr>
        <w:pStyle w:val="ListParagraph"/>
      </w:pPr>
      <w:r>
        <w:rPr>
          <w:sz w:val="22"/>
        </w:rPr>
        <w:t>B. b-d-e-a-c</w:t>
      </w:r>
    </w:p>
    <w:p>
      <w:pPr>
        <w:pStyle w:val="ListParagraph"/>
      </w:pPr>
      <w:r>
        <w:rPr>
          <w:sz w:val="22"/>
        </w:rPr>
        <w:t>C. b-c-e-d-a</w:t>
      </w:r>
    </w:p>
    <w:p>
      <w:pPr>
        <w:pStyle w:val="ListParagraph"/>
      </w:pPr>
      <w:r>
        <w:rPr>
          <w:sz w:val="22"/>
        </w:rPr>
        <w:t>D. c-e-a-b-d</w:t>
      </w:r>
    </w:p>
    <w:p/>
    <w:p>
      <w:r>
        <w:rPr>
          <w:b/>
          <w:sz w:val="24"/>
        </w:rPr>
        <w:t>Câu 17: a. SpaceX, his aerospace company, has achieved remarkable milestones, including the development of reusable rockets and the successful launch of missions to the International Space Station. b. Elon Musk, born in South Africa in 1971, is a visionary entrepreneur who has revolutionized multiple industries, including technology, space, and renewable energy. c. Through Tesla, Musk has pushed the electric car industry forward, making electric vehicles more affordable and widely accepted, and his work with SolarCity has promoted clean energy solutions. d. Musk's bold ideas, such as the Hyperloop and AI-driven technologies, show his commitment to creating a sustainable future and pushing the boundaries of innovation. e. He co-founded Zip2 and later sold it for nearly $300 million, which allowed him to fund his next ventures, such as PayPal, SpaceX, and Tesla.</w:t>
      </w:r>
    </w:p>
    <w:p>
      <w:pPr>
        <w:pStyle w:val="ListParagraph"/>
      </w:pPr>
      <w:r>
        <w:rPr>
          <w:sz w:val="22"/>
        </w:rPr>
        <w:t>A. d – b – a – c – e</w:t>
      </w:r>
    </w:p>
    <w:p>
      <w:pPr>
        <w:pStyle w:val="ListParagraph"/>
      </w:pPr>
      <w:r>
        <w:rPr>
          <w:sz w:val="22"/>
        </w:rPr>
        <w:t>B. e – d – a – b – c</w:t>
      </w:r>
    </w:p>
    <w:p>
      <w:pPr>
        <w:pStyle w:val="ListParagraph"/>
      </w:pPr>
      <w:r>
        <w:rPr>
          <w:sz w:val="22"/>
        </w:rPr>
        <w:t>C. b – c – e – a – d</w:t>
      </w:r>
    </w:p>
    <w:p>
      <w:pPr>
        <w:pStyle w:val="ListParagraph"/>
      </w:pPr>
      <w:r>
        <w:rPr>
          <w:sz w:val="22"/>
        </w:rPr>
        <w:t>D. b – e – c – a – d</w:t>
      </w:r>
    </w:p>
    <w:p/>
    <w:p>
      <w:r>
        <w:rPr>
          <w:b/>
          <w:sz w:val="24"/>
        </w:rPr>
        <w:t>Câu 18: Some gestures may be considered perfectly normal in one culture, (18) ___________.</w:t>
      </w:r>
    </w:p>
    <w:p>
      <w:pPr>
        <w:pStyle w:val="ListParagraph"/>
      </w:pPr>
      <w:r>
        <w:rPr>
          <w:sz w:val="22"/>
        </w:rPr>
        <w:t>A. and they will offend in another culture</w:t>
      </w:r>
    </w:p>
    <w:p>
      <w:pPr>
        <w:pStyle w:val="ListParagraph"/>
      </w:pPr>
      <w:r>
        <w:rPr>
          <w:sz w:val="22"/>
        </w:rPr>
        <w:t>B. but they may be offensive in another culture</w:t>
      </w:r>
    </w:p>
    <w:p>
      <w:pPr>
        <w:pStyle w:val="ListParagraph"/>
      </w:pPr>
      <w:r>
        <w:rPr>
          <w:sz w:val="22"/>
        </w:rPr>
        <w:t>C. however, offending others may also be similar</w:t>
      </w:r>
    </w:p>
    <w:p>
      <w:pPr>
        <w:pStyle w:val="ListParagraph"/>
      </w:pPr>
      <w:r>
        <w:rPr>
          <w:sz w:val="22"/>
        </w:rPr>
        <w:t>D. therefore, they may be offensive in another</w:t>
      </w:r>
    </w:p>
    <w:p/>
    <w:p>
      <w:r>
        <w:rPr>
          <w:b/>
          <w:sz w:val="24"/>
        </w:rPr>
        <w:t>Câu 19: In the USA and many other countries, the common OK sign, (19) ___________, is considered acceptable, (20) ___________.</w:t>
      </w:r>
    </w:p>
    <w:p>
      <w:pPr>
        <w:pStyle w:val="ListParagraph"/>
      </w:pPr>
      <w:r>
        <w:rPr>
          <w:sz w:val="22"/>
        </w:rPr>
        <w:t>A. which is made by forming a circle with the thumb and index finger</w:t>
      </w:r>
    </w:p>
    <w:p>
      <w:pPr>
        <w:pStyle w:val="ListParagraph"/>
      </w:pPr>
      <w:r>
        <w:rPr>
          <w:sz w:val="22"/>
        </w:rPr>
        <w:t>B. made by using the thumb and index finger to form a square</w:t>
      </w:r>
    </w:p>
    <w:p>
      <w:pPr>
        <w:pStyle w:val="ListParagraph"/>
      </w:pPr>
      <w:r>
        <w:rPr>
          <w:sz w:val="22"/>
        </w:rPr>
        <w:t>C. making by forming a circle with the thumb and index finger</w:t>
      </w:r>
    </w:p>
    <w:p>
      <w:pPr>
        <w:pStyle w:val="ListParagraph"/>
      </w:pPr>
      <w:r>
        <w:rPr>
          <w:sz w:val="22"/>
        </w:rPr>
        <w:t>D. that involves the thumb and index finger making a circle</w:t>
      </w:r>
    </w:p>
    <w:p/>
    <w:p>
      <w:r>
        <w:rPr>
          <w:b/>
          <w:sz w:val="24"/>
        </w:rPr>
        <w:t>Câu 20: In the USA and many other countries, the common OK sign, (19) ___________, is considered acceptable, (20) ___________.</w:t>
      </w:r>
    </w:p>
    <w:p>
      <w:pPr>
        <w:pStyle w:val="ListParagraph"/>
      </w:pPr>
      <w:r>
        <w:rPr>
          <w:sz w:val="22"/>
        </w:rPr>
        <w:t>A. although it also shows respect and gratitude when bowing in Brazil, Turkey and France</w:t>
      </w:r>
    </w:p>
    <w:p>
      <w:pPr>
        <w:pStyle w:val="ListParagraph"/>
      </w:pPr>
      <w:r>
        <w:rPr>
          <w:sz w:val="22"/>
        </w:rPr>
        <w:t>B. but in many places such as Brazil, Turkey and France it has the same meaning to show agreement</w:t>
      </w:r>
    </w:p>
    <w:p>
      <w:pPr>
        <w:pStyle w:val="ListParagraph"/>
      </w:pPr>
      <w:r>
        <w:rPr>
          <w:sz w:val="22"/>
        </w:rPr>
        <w:t>C. so it is considered negative in many parts of the world especially Brazil, Turkey and France it shows insult</w:t>
      </w:r>
    </w:p>
    <w:p>
      <w:pPr>
        <w:pStyle w:val="ListParagraph"/>
      </w:pPr>
      <w:r>
        <w:rPr>
          <w:sz w:val="22"/>
        </w:rPr>
        <w:t>D. yet this gesture is viewed negatively or as an insult in countries such as Brazil, Turkey, and France</w:t>
      </w:r>
    </w:p>
    <w:p/>
    <w:p>
      <w:r>
        <w:rPr>
          <w:b/>
          <w:sz w:val="24"/>
        </w:rPr>
        <w:t>Câu 21: When faced with cultural differences in gestures, (21) ___________.</w:t>
      </w:r>
    </w:p>
    <w:p>
      <w:pPr>
        <w:pStyle w:val="ListParagraph"/>
      </w:pPr>
      <w:r>
        <w:rPr>
          <w:sz w:val="22"/>
        </w:rPr>
        <w:t>A. people may be less embarrassed if they aren’t aware of it</w:t>
      </w:r>
    </w:p>
    <w:p>
      <w:pPr>
        <w:pStyle w:val="ListParagraph"/>
      </w:pPr>
      <w:r>
        <w:rPr>
          <w:sz w:val="22"/>
        </w:rPr>
        <w:t>B. individuals may experience culture shock, feeling confused, embarrassed or ashamed</w:t>
      </w:r>
    </w:p>
    <w:p>
      <w:pPr>
        <w:pStyle w:val="ListParagraph"/>
      </w:pPr>
      <w:r>
        <w:rPr>
          <w:sz w:val="22"/>
        </w:rPr>
        <w:t>C. culture shock, an individual's feelings of shame, embarrassment, or self-consciousness</w:t>
      </w:r>
    </w:p>
    <w:p>
      <w:pPr>
        <w:pStyle w:val="ListParagraph"/>
      </w:pPr>
      <w:r>
        <w:rPr>
          <w:sz w:val="22"/>
        </w:rPr>
        <w:t>D. individuals may be attracted by the uniqueness and novelty of those expressions</w:t>
      </w:r>
    </w:p>
    <w:p/>
    <w:p>
      <w:r>
        <w:rPr>
          <w:b/>
          <w:sz w:val="24"/>
        </w:rPr>
        <w:t>Câu 22: Second, be observant. (22) ___________.</w:t>
      </w:r>
    </w:p>
    <w:p>
      <w:pPr>
        <w:pStyle w:val="ListParagraph"/>
      </w:pPr>
      <w:r>
        <w:rPr>
          <w:sz w:val="22"/>
        </w:rPr>
        <w:t>A. Ensure you participate in as many local festivals as possible</w:t>
      </w:r>
    </w:p>
    <w:p>
      <w:pPr>
        <w:pStyle w:val="ListParagraph"/>
      </w:pPr>
      <w:r>
        <w:rPr>
          <w:sz w:val="22"/>
        </w:rPr>
        <w:t>B. Document all interactions with locals for future reference</w:t>
      </w:r>
    </w:p>
    <w:p>
      <w:pPr>
        <w:pStyle w:val="ListParagraph"/>
      </w:pPr>
      <w:r>
        <w:rPr>
          <w:sz w:val="22"/>
        </w:rPr>
        <w:t>C. Collect local artifacts as souvenirs from each location you visit</w:t>
      </w:r>
    </w:p>
    <w:p>
      <w:pPr>
        <w:pStyle w:val="ListParagraph"/>
      </w:pPr>
      <w:r>
        <w:rPr>
          <w:sz w:val="22"/>
        </w:rPr>
        <w:t>D. Pay attention to the local gestures when you are in a new place</w:t>
      </w:r>
    </w:p>
    <w:p/>
    <w:p>
      <w:r>
        <w:rPr>
          <w:b/>
          <w:sz w:val="24"/>
        </w:rPr>
        <w:t>Câu 23: Which of the following is NOT mentioned as an aspect of cultural diversity?</w:t>
      </w:r>
    </w:p>
    <w:p>
      <w:pPr>
        <w:pStyle w:val="ListParagraph"/>
      </w:pPr>
      <w:r>
        <w:rPr>
          <w:sz w:val="22"/>
        </w:rPr>
        <w:t>A. Traditions</w:t>
      </w:r>
    </w:p>
    <w:p>
      <w:pPr>
        <w:pStyle w:val="ListParagraph"/>
      </w:pPr>
      <w:r>
        <w:rPr>
          <w:sz w:val="22"/>
        </w:rPr>
        <w:t>B. Values</w:t>
      </w:r>
    </w:p>
    <w:p>
      <w:pPr>
        <w:pStyle w:val="ListParagraph"/>
      </w:pPr>
      <w:r>
        <w:rPr>
          <w:sz w:val="22"/>
        </w:rPr>
        <w:t>C. Technology</w:t>
      </w:r>
    </w:p>
    <w:p>
      <w:pPr>
        <w:pStyle w:val="ListParagraph"/>
      </w:pPr>
      <w:r>
        <w:rPr>
          <w:sz w:val="22"/>
        </w:rPr>
        <w:t>D. Language</w:t>
      </w:r>
    </w:p>
    <w:p/>
    <w:p>
      <w:r>
        <w:rPr>
          <w:b/>
          <w:sz w:val="24"/>
        </w:rPr>
        <w:t>Câu 24: The word "its" in paragraph 5 refers to:</w:t>
      </w:r>
    </w:p>
    <w:p>
      <w:pPr>
        <w:pStyle w:val="ListParagraph"/>
      </w:pPr>
      <w:r>
        <w:rPr>
          <w:sz w:val="22"/>
        </w:rPr>
        <w:t>A. unique experiences</w:t>
      </w:r>
    </w:p>
    <w:p>
      <w:pPr>
        <w:pStyle w:val="ListParagraph"/>
      </w:pPr>
      <w:r>
        <w:rPr>
          <w:sz w:val="22"/>
        </w:rPr>
        <w:t>B. interaction</w:t>
      </w:r>
    </w:p>
    <w:p>
      <w:pPr>
        <w:pStyle w:val="ListParagraph"/>
      </w:pPr>
      <w:r>
        <w:rPr>
          <w:sz w:val="22"/>
        </w:rPr>
        <w:t>C. exchange of ideas and knowledge</w:t>
      </w:r>
    </w:p>
    <w:p>
      <w:pPr>
        <w:pStyle w:val="ListParagraph"/>
      </w:pPr>
      <w:r>
        <w:rPr>
          <w:sz w:val="22"/>
        </w:rPr>
        <w:t>D. cultural diversity</w:t>
      </w:r>
    </w:p>
    <w:p/>
    <w:p>
      <w:r>
        <w:rPr>
          <w:b/>
          <w:sz w:val="24"/>
        </w:rPr>
        <w:t>Câu 25: The word "appreciate" in paragraph 1 is closest in meaning to</w:t>
      </w:r>
    </w:p>
    <w:p>
      <w:pPr>
        <w:pStyle w:val="ListParagraph"/>
      </w:pPr>
      <w:r>
        <w:rPr>
          <w:sz w:val="22"/>
        </w:rPr>
        <w:t>A. value</w:t>
      </w:r>
    </w:p>
    <w:p>
      <w:pPr>
        <w:pStyle w:val="ListParagraph"/>
      </w:pPr>
      <w:r>
        <w:rPr>
          <w:sz w:val="22"/>
        </w:rPr>
        <w:t>B. despise</w:t>
      </w:r>
    </w:p>
    <w:p>
      <w:pPr>
        <w:pStyle w:val="ListParagraph"/>
      </w:pPr>
      <w:r>
        <w:rPr>
          <w:sz w:val="22"/>
        </w:rPr>
        <w:t>C. ignore</w:t>
      </w:r>
    </w:p>
    <w:p>
      <w:pPr>
        <w:pStyle w:val="ListParagraph"/>
      </w:pPr>
      <w:r>
        <w:rPr>
          <w:sz w:val="22"/>
        </w:rPr>
        <w:t>D. underestimate</w:t>
      </w:r>
    </w:p>
    <w:p/>
    <w:p>
      <w:r>
        <w:rPr>
          <w:b/>
          <w:sz w:val="24"/>
        </w:rPr>
        <w:t>Câu 26: The word "enhance" in paragraph 2 could be best replaced by:</w:t>
      </w:r>
    </w:p>
    <w:p>
      <w:pPr>
        <w:pStyle w:val="ListParagraph"/>
      </w:pPr>
      <w:r>
        <w:rPr>
          <w:sz w:val="22"/>
        </w:rPr>
        <w:t>A. simplify</w:t>
      </w:r>
    </w:p>
    <w:p>
      <w:pPr>
        <w:pStyle w:val="ListParagraph"/>
      </w:pPr>
      <w:r>
        <w:rPr>
          <w:sz w:val="22"/>
        </w:rPr>
        <w:t>B. enrich</w:t>
      </w:r>
    </w:p>
    <w:p>
      <w:pPr>
        <w:pStyle w:val="ListParagraph"/>
      </w:pPr>
      <w:r>
        <w:rPr>
          <w:sz w:val="22"/>
        </w:rPr>
        <w:t>C. ignore</w:t>
      </w:r>
    </w:p>
    <w:p>
      <w:pPr>
        <w:pStyle w:val="ListParagraph"/>
      </w:pPr>
      <w:r>
        <w:rPr>
          <w:sz w:val="22"/>
        </w:rPr>
        <w:t>D. worsen</w:t>
      </w:r>
    </w:p>
    <w:p/>
    <w:p>
      <w:r>
        <w:rPr>
          <w:b/>
          <w:sz w:val="24"/>
        </w:rPr>
        <w:t>Câu 27: Which of the following is TRUE according to the passage?</w:t>
      </w:r>
    </w:p>
    <w:p>
      <w:pPr>
        <w:pStyle w:val="ListParagraph"/>
      </w:pPr>
      <w:r>
        <w:rPr>
          <w:sz w:val="22"/>
        </w:rPr>
        <w:t>A. Cultural diversity has no impact on creativity.</w:t>
      </w:r>
    </w:p>
    <w:p>
      <w:pPr>
        <w:pStyle w:val="ListParagraph"/>
      </w:pPr>
      <w:r>
        <w:rPr>
          <w:sz w:val="22"/>
        </w:rPr>
        <w:t>B. Cultural diversity can reduce prejudices and promote tolerance.</w:t>
      </w:r>
    </w:p>
    <w:p>
      <w:pPr>
        <w:pStyle w:val="ListParagraph"/>
      </w:pPr>
      <w:r>
        <w:rPr>
          <w:sz w:val="22"/>
        </w:rPr>
        <w:t>C. Cultural diversity is irrelevant in the workplace.</w:t>
      </w:r>
    </w:p>
    <w:p>
      <w:pPr>
        <w:pStyle w:val="ListParagraph"/>
      </w:pPr>
      <w:r>
        <w:rPr>
          <w:sz w:val="22"/>
        </w:rPr>
        <w:t>D. Cultural diversity always leads to misunderstandings.</w:t>
      </w:r>
    </w:p>
    <w:p/>
    <w:p>
      <w:r>
        <w:rPr>
          <w:b/>
          <w:sz w:val="24"/>
        </w:rPr>
        <w:t>Câu 28: Which of the following best paraphrases the underlined sentence in paragraph 3?</w:t>
      </w:r>
    </w:p>
    <w:p>
      <w:pPr>
        <w:pStyle w:val="ListParagraph"/>
      </w:pPr>
      <w:r>
        <w:rPr>
          <w:sz w:val="22"/>
        </w:rPr>
        <w:t>A. Education should avoid addressing cultural diversity.</w:t>
      </w:r>
    </w:p>
    <w:p>
      <w:pPr>
        <w:pStyle w:val="ListParagraph"/>
      </w:pPr>
      <w:r>
        <w:rPr>
          <w:sz w:val="22"/>
        </w:rPr>
        <w:t>B. Educational institutions should focus solely on local cultures.</w:t>
      </w:r>
    </w:p>
    <w:p>
      <w:pPr>
        <w:pStyle w:val="ListParagraph"/>
      </w:pPr>
      <w:r>
        <w:rPr>
          <w:sz w:val="22"/>
        </w:rPr>
        <w:t>C. Education plays no role in promoting cultural diversity.</w:t>
      </w:r>
    </w:p>
    <w:p>
      <w:pPr>
        <w:pStyle w:val="ListParagraph"/>
      </w:pPr>
      <w:r>
        <w:rPr>
          <w:sz w:val="22"/>
        </w:rPr>
        <w:t>D. Schools and universities should incorporate diverse perspectives.</w:t>
      </w:r>
    </w:p>
    <w:p/>
    <w:p>
      <w:r>
        <w:rPr>
          <w:b/>
          <w:sz w:val="24"/>
        </w:rPr>
        <w:t>Câu 29: In which paragraph does the writer discuss the challenges of cultural diversity?</w:t>
      </w:r>
    </w:p>
    <w:p>
      <w:pPr>
        <w:pStyle w:val="ListParagraph"/>
      </w:pPr>
      <w:r>
        <w:rPr>
          <w:sz w:val="22"/>
        </w:rPr>
        <w:t>A. Paragraph 5</w:t>
      </w:r>
    </w:p>
    <w:p>
      <w:pPr>
        <w:pStyle w:val="ListParagraph"/>
      </w:pPr>
      <w:r>
        <w:rPr>
          <w:sz w:val="22"/>
        </w:rPr>
        <w:t>B. Paragraph 2</w:t>
      </w:r>
    </w:p>
    <w:p>
      <w:pPr>
        <w:pStyle w:val="ListParagraph"/>
      </w:pPr>
      <w:r>
        <w:rPr>
          <w:sz w:val="22"/>
        </w:rPr>
        <w:t>C. Paragraph 1</w:t>
      </w:r>
    </w:p>
    <w:p>
      <w:pPr>
        <w:pStyle w:val="ListParagraph"/>
      </w:pPr>
      <w:r>
        <w:rPr>
          <w:sz w:val="22"/>
        </w:rPr>
        <w:t>D. Paragraph 3</w:t>
      </w:r>
    </w:p>
    <w:p/>
    <w:p>
      <w:r>
        <w:rPr>
          <w:b/>
          <w:sz w:val="24"/>
        </w:rPr>
        <w:t>Câu 30: In which paragraph does the writer mention the role of cultural diversity in the workplace?</w:t>
      </w:r>
    </w:p>
    <w:p>
      <w:pPr>
        <w:pStyle w:val="ListParagraph"/>
      </w:pPr>
      <w:r>
        <w:rPr>
          <w:sz w:val="22"/>
        </w:rPr>
        <w:t>A. Paragraph 3</w:t>
      </w:r>
    </w:p>
    <w:p>
      <w:pPr>
        <w:pStyle w:val="ListParagraph"/>
      </w:pPr>
      <w:r>
        <w:rPr>
          <w:sz w:val="22"/>
        </w:rPr>
        <w:t>B. Paragraph 1</w:t>
      </w:r>
    </w:p>
    <w:p>
      <w:pPr>
        <w:pStyle w:val="ListParagraph"/>
      </w:pPr>
      <w:r>
        <w:rPr>
          <w:sz w:val="22"/>
        </w:rPr>
        <w:t>C. Paragraph 4</w:t>
      </w:r>
    </w:p>
    <w:p>
      <w:pPr>
        <w:pStyle w:val="ListParagraph"/>
      </w:pPr>
      <w:r>
        <w:rPr>
          <w:sz w:val="22"/>
        </w:rPr>
        <w:t>D. Paragraph 2</w:t>
      </w:r>
    </w:p>
    <w:p/>
    <w:p>
      <w:r>
        <w:t>──────────────────────────────────────────────────</w:t>
      </w:r>
    </w:p>
    <w:p>
      <w:r>
        <w:rPr>
          <w:b/>
        </w:rPr>
        <w:t>BẢNG ĐÁP ÁN &amp; LỜI GIẢI CHI TIẾT</w:t>
      </w:r>
    </w:p>
    <w:p>
      <w:r>
        <w:rPr>
          <w:b/>
        </w:rPr>
        <w:t>Câu 1: Đáp án đúng: D</w:t>
      </w:r>
    </w:p>
    <w:p>
      <w:r>
        <w:rPr>
          <w:b/>
        </w:rPr>
        <w:t>Câu 2: Đáp án đúng: B</w:t>
      </w:r>
    </w:p>
    <w:p>
      <w:r>
        <w:rPr>
          <w:b/>
        </w:rPr>
        <w:t>Câu 3: Đáp án đúng: C</w:t>
      </w:r>
    </w:p>
    <w:p>
      <w:r>
        <w:rPr>
          <w:b/>
        </w:rPr>
        <w:t>Câu 4: Đáp án đúng: A</w:t>
      </w:r>
    </w:p>
    <w:p>
      <w:r>
        <w:rPr>
          <w:b/>
        </w:rPr>
        <w:t>Câu 5: Đáp án đúng: A</w:t>
      </w:r>
    </w:p>
    <w:p>
      <w:r>
        <w:rPr>
          <w:b/>
        </w:rPr>
        <w:t>Câu 6: Đáp án đúng: A</w:t>
      </w:r>
    </w:p>
    <w:p>
      <w:r>
        <w:rPr>
          <w:b/>
        </w:rPr>
        <w:t>Câu 7: Đáp án đúng: C</w:t>
      </w:r>
    </w:p>
    <w:p>
      <w:r>
        <w:rPr>
          <w:b/>
        </w:rPr>
        <w:t>Câu 8: Đáp án đúng: C</w:t>
      </w:r>
    </w:p>
    <w:p>
      <w:r>
        <w:rPr>
          <w:b/>
        </w:rPr>
        <w:t>Câu 9: Đáp án đúng: D</w:t>
      </w:r>
    </w:p>
    <w:p>
      <w:r>
        <w:rPr>
          <w:b/>
        </w:rPr>
        <w:t>Câu 10: Đáp án đúng: B</w:t>
      </w:r>
    </w:p>
    <w:p>
      <w:r>
        <w:rPr>
          <w:b/>
        </w:rPr>
        <w:t>Câu 11: Đáp án đúng: C</w:t>
      </w:r>
    </w:p>
    <w:p>
      <w:r>
        <w:rPr>
          <w:b/>
        </w:rPr>
        <w:t>Câu 12: Đáp án đúng: B</w:t>
      </w:r>
    </w:p>
    <w:p>
      <w:r>
        <w:rPr>
          <w:b/>
        </w:rPr>
        <w:t>Câu 13: Đáp án đúng: C</w:t>
      </w:r>
    </w:p>
    <w:p>
      <w:r>
        <w:rPr>
          <w:b/>
        </w:rPr>
        <w:t>Câu 14: Đáp án đúng: C</w:t>
      </w:r>
    </w:p>
    <w:p>
      <w:r>
        <w:rPr>
          <w:b/>
        </w:rPr>
        <w:t>Câu 15: Đáp án đúng: B</w:t>
      </w:r>
    </w:p>
    <w:p>
      <w:r>
        <w:rPr>
          <w:b/>
        </w:rPr>
        <w:t>Câu 16: Đáp án đúng: C</w:t>
      </w:r>
    </w:p>
    <w:p>
      <w:r>
        <w:rPr>
          <w:b/>
        </w:rPr>
        <w:t>Câu 17: Đáp án đúng: D</w:t>
      </w:r>
    </w:p>
    <w:p>
      <w:r>
        <w:rPr>
          <w:b/>
        </w:rPr>
        <w:t>Câu 18: Đáp án đúng: B</w:t>
      </w:r>
    </w:p>
    <w:p>
      <w:r>
        <w:rPr>
          <w:b/>
        </w:rPr>
        <w:t>Câu 19: Đáp án đúng: A</w:t>
      </w:r>
    </w:p>
    <w:p>
      <w:r>
        <w:rPr>
          <w:b/>
        </w:rPr>
        <w:t>Câu 20: Đáp án đúng: D</w:t>
      </w:r>
    </w:p>
    <w:p>
      <w:r>
        <w:rPr>
          <w:b/>
        </w:rPr>
        <w:t>Câu 21: Đáp án đúng: B</w:t>
      </w:r>
    </w:p>
    <w:p>
      <w:r>
        <w:rPr>
          <w:b/>
        </w:rPr>
        <w:t>Câu 22: Đáp án đúng: D</w:t>
      </w:r>
    </w:p>
    <w:p>
      <w:r>
        <w:rPr>
          <w:b/>
        </w:rPr>
        <w:t>Câu 23: Đáp án đúng: C</w:t>
      </w:r>
    </w:p>
    <w:p>
      <w:r>
        <w:rPr>
          <w:b/>
        </w:rPr>
        <w:t>Câu 24: Đáp án đúng: D</w:t>
      </w:r>
    </w:p>
    <w:p>
      <w:r>
        <w:rPr>
          <w:b/>
        </w:rPr>
        <w:t>Câu 25: Đáp án đúng: A</w:t>
      </w:r>
    </w:p>
    <w:p>
      <w:r>
        <w:rPr>
          <w:b/>
        </w:rPr>
        <w:t>Câu 26: Đáp án đúng: B</w:t>
      </w:r>
    </w:p>
    <w:p>
      <w:r>
        <w:rPr>
          <w:b/>
        </w:rPr>
        <w:t>Câu 27: Đáp án đúng: B</w:t>
      </w:r>
    </w:p>
    <w:p>
      <w:r>
        <w:rPr>
          <w:b/>
        </w:rPr>
        <w:t>Câu 28: Đáp án đúng: D</w:t>
      </w:r>
    </w:p>
    <w:p>
      <w:r>
        <w:rPr>
          <w:b/>
        </w:rPr>
        <w:t>Câu 29: Đáp án đúng: A</w:t>
      </w:r>
    </w:p>
    <w:p>
      <w:r>
        <w:rPr>
          <w:b/>
        </w:rPr>
        <w:t>Câu 30: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