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lớp 10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My mother often ________ the laundry in the morning.</w:t>
      </w:r>
    </w:p>
    <w:p>
      <w:pPr>
        <w:pStyle w:val="ListParagraph"/>
      </w:pPr>
      <w:r>
        <w:rPr>
          <w:sz w:val="22"/>
        </w:rPr>
        <w:t>A. makes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takes</w:t>
      </w:r>
    </w:p>
    <w:p>
      <w:pPr>
        <w:pStyle w:val="ListParagraph"/>
      </w:pPr>
      <w:r>
        <w:rPr>
          <w:sz w:val="22"/>
        </w:rPr>
        <w:t>D. gets</w:t>
      </w:r>
    </w:p>
    <w:p/>
    <w:p>
      <w:r>
        <w:rPr>
          <w:b/>
          <w:sz w:val="24"/>
        </w:rPr>
        <w:t>Câu 2: We should ________ the household chores equally in the family.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share</w:t>
      </w:r>
    </w:p>
    <w:p>
      <w:pPr>
        <w:pStyle w:val="ListParagraph"/>
      </w:pPr>
      <w:r>
        <w:rPr>
          <w:sz w:val="22"/>
        </w:rPr>
        <w:t>D. get</w:t>
      </w:r>
    </w:p>
    <w:p/>
    <w:p>
      <w:r>
        <w:rPr>
          <w:b/>
          <w:sz w:val="24"/>
        </w:rPr>
        <w:t>Câu 3: In my family, I ________ out the rubbish every evening.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get</w:t>
      </w:r>
    </w:p>
    <w:p/>
    <w:p>
      <w:r>
        <w:rPr>
          <w:b/>
          <w:sz w:val="24"/>
        </w:rPr>
        <w:t>Câu 4: My father is responsible ________ paying the bills.</w:t>
      </w:r>
    </w:p>
    <w:p>
      <w:pPr>
        <w:pStyle w:val="ListParagraph"/>
      </w:pPr>
      <w:r>
        <w:rPr>
          <w:sz w:val="22"/>
        </w:rPr>
        <w:t>A. with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for</w:t>
      </w:r>
    </w:p>
    <w:p>
      <w:pPr>
        <w:pStyle w:val="ListParagraph"/>
      </w:pPr>
      <w:r>
        <w:rPr>
          <w:sz w:val="22"/>
        </w:rPr>
        <w:t>D. to</w:t>
      </w:r>
    </w:p>
    <w:p/>
    <w:p>
      <w:r>
        <w:rPr>
          <w:b/>
          <w:sz w:val="24"/>
        </w:rPr>
        <w:t>Câu 5: Children should help their parents ________ the housework.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with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6: A family with only parents and children is a(n) ________ family.</w:t>
      </w:r>
    </w:p>
    <w:p>
      <w:pPr>
        <w:pStyle w:val="ListParagraph"/>
      </w:pPr>
      <w:r>
        <w:rPr>
          <w:sz w:val="22"/>
        </w:rPr>
        <w:t>A. extended</w:t>
      </w:r>
    </w:p>
    <w:p>
      <w:pPr>
        <w:pStyle w:val="ListParagraph"/>
      </w:pPr>
      <w:r>
        <w:rPr>
          <w:sz w:val="22"/>
        </w:rPr>
        <w:t>B. single-parent</w:t>
      </w:r>
    </w:p>
    <w:p>
      <w:pPr>
        <w:pStyle w:val="ListParagraph"/>
      </w:pPr>
      <w:r>
        <w:rPr>
          <w:sz w:val="22"/>
        </w:rPr>
        <w:t>C. blended</w:t>
      </w:r>
    </w:p>
    <w:p>
      <w:pPr>
        <w:pStyle w:val="ListParagraph"/>
      </w:pPr>
      <w:r>
        <w:rPr>
          <w:sz w:val="22"/>
        </w:rPr>
        <w:t>D. nuclear</w:t>
      </w:r>
    </w:p>
    <w:p/>
    <w:p>
      <w:r>
        <w:rPr>
          <w:b/>
          <w:sz w:val="24"/>
        </w:rPr>
        <w:t>Câu 7: A family that includes grandparents, parents, and children is a(n) ________ family.</w:t>
      </w:r>
    </w:p>
    <w:p>
      <w:pPr>
        <w:pStyle w:val="ListParagraph"/>
      </w:pPr>
      <w:r>
        <w:rPr>
          <w:sz w:val="22"/>
        </w:rPr>
        <w:t>A. nuclear</w:t>
      </w:r>
    </w:p>
    <w:p>
      <w:pPr>
        <w:pStyle w:val="ListParagraph"/>
      </w:pPr>
      <w:r>
        <w:rPr>
          <w:sz w:val="22"/>
        </w:rPr>
        <w:t>B. extended</w:t>
      </w:r>
    </w:p>
    <w:p>
      <w:pPr>
        <w:pStyle w:val="ListParagraph"/>
      </w:pPr>
      <w:r>
        <w:rPr>
          <w:sz w:val="22"/>
        </w:rPr>
        <w:t>C. small</w:t>
      </w:r>
    </w:p>
    <w:p>
      <w:pPr>
        <w:pStyle w:val="ListParagraph"/>
      </w:pPr>
      <w:r>
        <w:rPr>
          <w:sz w:val="22"/>
        </w:rPr>
        <w:t>D. one-parent</w:t>
      </w:r>
    </w:p>
    <w:p/>
    <w:p>
      <w:r>
        <w:rPr>
          <w:b/>
          <w:sz w:val="24"/>
        </w:rPr>
        <w:t>Câu 8: She is very ________; she always supports her children in everything they do.</w:t>
      </w:r>
    </w:p>
    <w:p>
      <w:pPr>
        <w:pStyle w:val="ListParagraph"/>
      </w:pPr>
      <w:r>
        <w:rPr>
          <w:sz w:val="22"/>
        </w:rPr>
        <w:t>A. support</w:t>
      </w:r>
    </w:p>
    <w:p>
      <w:pPr>
        <w:pStyle w:val="ListParagraph"/>
      </w:pPr>
      <w:r>
        <w:rPr>
          <w:sz w:val="22"/>
        </w:rPr>
        <w:t>B. supportive</w:t>
      </w:r>
    </w:p>
    <w:p>
      <w:pPr>
        <w:pStyle w:val="ListParagraph"/>
      </w:pPr>
      <w:r>
        <w:rPr>
          <w:sz w:val="22"/>
        </w:rPr>
        <w:t>C. supporting</w:t>
      </w:r>
    </w:p>
    <w:p>
      <w:pPr>
        <w:pStyle w:val="ListParagraph"/>
      </w:pPr>
      <w:r>
        <w:rPr>
          <w:sz w:val="22"/>
        </w:rPr>
        <w:t>D. supported</w:t>
      </w:r>
    </w:p>
    <w:p/>
    <w:p>
      <w:r>
        <w:rPr>
          <w:b/>
          <w:sz w:val="24"/>
        </w:rPr>
        <w:t>Câu 9: Hoa usually ________ her homework after dinner.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is doing</w:t>
      </w:r>
    </w:p>
    <w:p>
      <w:pPr>
        <w:pStyle w:val="ListParagraph"/>
      </w:pPr>
      <w:r>
        <w:rPr>
          <w:sz w:val="22"/>
        </w:rPr>
        <w:t>C. does</w:t>
      </w:r>
    </w:p>
    <w:p>
      <w:pPr>
        <w:pStyle w:val="ListParagraph"/>
      </w:pPr>
      <w:r>
        <w:rPr>
          <w:sz w:val="22"/>
        </w:rPr>
        <w:t>D. has done</w:t>
      </w:r>
    </w:p>
    <w:p/>
    <w:p>
      <w:r>
        <w:rPr>
          <w:b/>
          <w:sz w:val="24"/>
        </w:rPr>
        <w:t>Câu 10: Look! The baby ________ peacefully.</w:t>
      </w:r>
    </w:p>
    <w:p>
      <w:pPr>
        <w:pStyle w:val="ListParagraph"/>
      </w:pPr>
      <w:r>
        <w:rPr>
          <w:sz w:val="22"/>
        </w:rPr>
        <w:t>A. sleeps</w:t>
      </w:r>
    </w:p>
    <w:p>
      <w:pPr>
        <w:pStyle w:val="ListParagraph"/>
      </w:pPr>
      <w:r>
        <w:rPr>
          <w:sz w:val="22"/>
        </w:rPr>
        <w:t>B. is sleeping</w:t>
      </w:r>
    </w:p>
    <w:p>
      <w:pPr>
        <w:pStyle w:val="ListParagraph"/>
      </w:pPr>
      <w:r>
        <w:rPr>
          <w:sz w:val="22"/>
        </w:rPr>
        <w:t>C. sleep</w:t>
      </w:r>
    </w:p>
    <w:p>
      <w:pPr>
        <w:pStyle w:val="ListParagraph"/>
      </w:pPr>
      <w:r>
        <w:rPr>
          <w:sz w:val="22"/>
        </w:rPr>
        <w:t>D. has slept</w:t>
      </w:r>
    </w:p>
    <w:p/>
    <w:p>
      <w:r>
        <w:rPr>
          <w:b/>
          <w:sz w:val="24"/>
        </w:rPr>
        <w:t>Câu 11: In many cultures, the father is the ________ who earns money for the family.</w:t>
      </w:r>
    </w:p>
    <w:p>
      <w:pPr>
        <w:pStyle w:val="ListParagraph"/>
      </w:pPr>
      <w:r>
        <w:rPr>
          <w:sz w:val="22"/>
        </w:rPr>
        <w:t>A. homemaker</w:t>
      </w:r>
    </w:p>
    <w:p>
      <w:pPr>
        <w:pStyle w:val="ListParagraph"/>
      </w:pPr>
      <w:r>
        <w:rPr>
          <w:sz w:val="22"/>
        </w:rPr>
        <w:t>B. housekeeper</w:t>
      </w:r>
    </w:p>
    <w:p>
      <w:pPr>
        <w:pStyle w:val="ListParagraph"/>
      </w:pPr>
      <w:r>
        <w:rPr>
          <w:sz w:val="22"/>
        </w:rPr>
        <w:t>C. caregiver</w:t>
      </w:r>
    </w:p>
    <w:p>
      <w:pPr>
        <w:pStyle w:val="ListParagraph"/>
      </w:pPr>
      <w:r>
        <w:rPr>
          <w:sz w:val="22"/>
        </w:rPr>
        <w:t>D. breadwinner</w:t>
      </w:r>
    </w:p>
    <w:p/>
    <w:p>
      <w:r>
        <w:rPr>
          <w:b/>
          <w:sz w:val="24"/>
        </w:rPr>
        <w:t>Câu 12: My sister often ________ the groceries from the supermarket.</w:t>
      </w:r>
    </w:p>
    <w:p>
      <w:pPr>
        <w:pStyle w:val="ListParagraph"/>
      </w:pPr>
      <w:r>
        <w:rPr>
          <w:sz w:val="22"/>
        </w:rPr>
        <w:t>A. buys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makes</w:t>
      </w:r>
    </w:p>
    <w:p>
      <w:pPr>
        <w:pStyle w:val="ListParagraph"/>
      </w:pPr>
      <w:r>
        <w:rPr>
          <w:sz w:val="22"/>
        </w:rPr>
        <w:t>D. takes</w:t>
      </w:r>
    </w:p>
    <w:p/>
    <w:p>
      <w:r>
        <w:rPr>
          <w:b/>
          <w:sz w:val="24"/>
        </w:rPr>
        <w:t>Câu 13: You should not ________ your parents' advice.</w:t>
      </w:r>
    </w:p>
    <w:p>
      <w:pPr>
        <w:pStyle w:val="ListParagraph"/>
      </w:pPr>
      <w:r>
        <w:rPr>
          <w:sz w:val="22"/>
        </w:rPr>
        <w:t>A. listen</w:t>
      </w:r>
    </w:p>
    <w:p>
      <w:pPr>
        <w:pStyle w:val="ListParagraph"/>
      </w:pPr>
      <w:r>
        <w:rPr>
          <w:sz w:val="22"/>
        </w:rPr>
        <w:t>B. obey</w:t>
      </w:r>
    </w:p>
    <w:p>
      <w:pPr>
        <w:pStyle w:val="ListParagraph"/>
      </w:pPr>
      <w:r>
        <w:rPr>
          <w:sz w:val="22"/>
        </w:rPr>
        <w:t>C. follow</w:t>
      </w:r>
    </w:p>
    <w:p>
      <w:pPr>
        <w:pStyle w:val="ListParagraph"/>
      </w:pPr>
      <w:r>
        <w:rPr>
          <w:sz w:val="22"/>
        </w:rPr>
        <w:t>D. ignore</w:t>
      </w:r>
    </w:p>
    <w:p/>
    <w:p>
      <w:r>
        <w:rPr>
          <w:b/>
          <w:sz w:val="24"/>
        </w:rPr>
        <w:t>Câu 14: It is important for family members to ________ each other.</w:t>
      </w:r>
    </w:p>
    <w:p>
      <w:pPr>
        <w:pStyle w:val="ListParagraph"/>
      </w:pPr>
      <w:r>
        <w:rPr>
          <w:sz w:val="22"/>
        </w:rPr>
        <w:t>A. respected</w:t>
      </w:r>
    </w:p>
    <w:p>
      <w:pPr>
        <w:pStyle w:val="ListParagraph"/>
      </w:pPr>
      <w:r>
        <w:rPr>
          <w:sz w:val="22"/>
        </w:rPr>
        <w:t>B. respecting</w:t>
      </w:r>
    </w:p>
    <w:p>
      <w:pPr>
        <w:pStyle w:val="ListParagraph"/>
      </w:pPr>
      <w:r>
        <w:rPr>
          <w:sz w:val="22"/>
        </w:rPr>
        <w:t>C. respect</w:t>
      </w:r>
    </w:p>
    <w:p>
      <w:pPr>
        <w:pStyle w:val="ListParagraph"/>
      </w:pPr>
      <w:r>
        <w:rPr>
          <w:sz w:val="22"/>
        </w:rPr>
        <w:t>D. respectable</w:t>
      </w:r>
    </w:p>
    <w:p/>
    <w:p>
      <w:r>
        <w:rPr>
          <w:b/>
          <w:sz w:val="24"/>
        </w:rPr>
        <w:t>Câu 15: My mother is cooking dinner ________ my father is cleaning the floors.</w:t>
      </w:r>
    </w:p>
    <w:p>
      <w:pPr>
        <w:pStyle w:val="ListParagraph"/>
      </w:pPr>
      <w:r>
        <w:rPr>
          <w:sz w:val="22"/>
        </w:rPr>
        <w:t>A. while</w:t>
      </w:r>
    </w:p>
    <w:p>
      <w:pPr>
        <w:pStyle w:val="ListParagraph"/>
      </w:pPr>
      <w:r>
        <w:rPr>
          <w:sz w:val="22"/>
        </w:rPr>
        <w:t>B. during</w:t>
      </w:r>
    </w:p>
    <w:p>
      <w:pPr>
        <w:pStyle w:val="ListParagraph"/>
      </w:pPr>
      <w:r>
        <w:rPr>
          <w:sz w:val="22"/>
        </w:rPr>
        <w:t>C. because</w:t>
      </w:r>
    </w:p>
    <w:p>
      <w:pPr>
        <w:pStyle w:val="ListParagraph"/>
      </w:pPr>
      <w:r>
        <w:rPr>
          <w:sz w:val="22"/>
        </w:rPr>
        <w:t>D. so</w:t>
      </w:r>
    </w:p>
    <w:p/>
    <w:p>
      <w:r>
        <w:rPr>
          <w:b/>
          <w:sz w:val="24"/>
        </w:rPr>
        <w:t>Câu 16: We are going to ________ my grandparents this weekend.</w:t>
      </w:r>
    </w:p>
    <w:p>
      <w:pPr>
        <w:pStyle w:val="ListParagraph"/>
      </w:pPr>
      <w:r>
        <w:rPr>
          <w:sz w:val="22"/>
        </w:rPr>
        <w:t>A. visiting</w:t>
      </w:r>
    </w:p>
    <w:p>
      <w:pPr>
        <w:pStyle w:val="ListParagraph"/>
      </w:pPr>
      <w:r>
        <w:rPr>
          <w:sz w:val="22"/>
        </w:rPr>
        <w:t>B. visited</w:t>
      </w:r>
    </w:p>
    <w:p>
      <w:pPr>
        <w:pStyle w:val="ListParagraph"/>
      </w:pPr>
      <w:r>
        <w:rPr>
          <w:sz w:val="22"/>
        </w:rPr>
        <w:t>C. visits</w:t>
      </w:r>
    </w:p>
    <w:p>
      <w:pPr>
        <w:pStyle w:val="ListParagraph"/>
      </w:pPr>
      <w:r>
        <w:rPr>
          <w:sz w:val="22"/>
        </w:rPr>
        <w:t>D. visit</w:t>
      </w:r>
    </w:p>
    <w:p/>
    <w:p>
      <w:r>
        <w:rPr>
          <w:b/>
          <w:sz w:val="24"/>
        </w:rPr>
        <w:t>Câu 17: The children ________ their rooms right now.</w:t>
      </w:r>
    </w:p>
    <w:p>
      <w:pPr>
        <w:pStyle w:val="ListParagraph"/>
      </w:pPr>
      <w:r>
        <w:rPr>
          <w:sz w:val="22"/>
        </w:rPr>
        <w:t>A. tidy</w:t>
      </w:r>
    </w:p>
    <w:p>
      <w:pPr>
        <w:pStyle w:val="ListParagraph"/>
      </w:pPr>
      <w:r>
        <w:rPr>
          <w:sz w:val="22"/>
        </w:rPr>
        <w:t>B. are tidying</w:t>
      </w:r>
    </w:p>
    <w:p>
      <w:pPr>
        <w:pStyle w:val="ListParagraph"/>
      </w:pPr>
      <w:r>
        <w:rPr>
          <w:sz w:val="22"/>
        </w:rPr>
        <w:t>C. tidies</w:t>
      </w:r>
    </w:p>
    <w:p>
      <w:pPr>
        <w:pStyle w:val="ListParagraph"/>
      </w:pPr>
      <w:r>
        <w:rPr>
          <w:sz w:val="22"/>
        </w:rPr>
        <w:t>D. tidied</w:t>
      </w:r>
    </w:p>
    <w:p/>
    <w:p>
      <w:r>
        <w:rPr>
          <w:b/>
          <w:sz w:val="24"/>
        </w:rPr>
        <w:t>Câu 18: He usually ________ up the kitchen after meals.</w:t>
      </w:r>
    </w:p>
    <w:p>
      <w:pPr>
        <w:pStyle w:val="ListParagraph"/>
      </w:pPr>
      <w:r>
        <w:rPr>
          <w:sz w:val="22"/>
        </w:rPr>
        <w:t>A. does</w:t>
      </w:r>
    </w:p>
    <w:p>
      <w:pPr>
        <w:pStyle w:val="ListParagraph"/>
      </w:pPr>
      <w:r>
        <w:rPr>
          <w:sz w:val="22"/>
        </w:rPr>
        <w:t>B. makes</w:t>
      </w:r>
    </w:p>
    <w:p>
      <w:pPr>
        <w:pStyle w:val="ListParagraph"/>
      </w:pPr>
      <w:r>
        <w:rPr>
          <w:sz w:val="22"/>
        </w:rPr>
        <w:t>C. cleans</w:t>
      </w:r>
    </w:p>
    <w:p>
      <w:pPr>
        <w:pStyle w:val="ListParagraph"/>
      </w:pPr>
      <w:r>
        <w:rPr>
          <w:sz w:val="22"/>
        </w:rPr>
        <w:t>D. takes</w:t>
      </w:r>
    </w:p>
    <w:p/>
    <w:p>
      <w:r>
        <w:rPr>
          <w:b/>
          <w:sz w:val="24"/>
        </w:rPr>
        <w:t>Câu 19: Don't forget to ________ the bed before you go to school.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get</w:t>
      </w:r>
    </w:p>
    <w:p>
      <w:pPr>
        <w:pStyle w:val="ListParagraph"/>
      </w:pPr>
      <w:r>
        <w:rPr>
          <w:sz w:val="22"/>
        </w:rPr>
        <w:t>D. make</w:t>
      </w:r>
    </w:p>
    <w:p/>
    <w:p>
      <w:r>
        <w:rPr>
          <w:b/>
          <w:sz w:val="24"/>
        </w:rPr>
        <w:t>Câu 20: Family ________ are the activities that family members do together.</w:t>
      </w:r>
    </w:p>
    <w:p>
      <w:pPr>
        <w:pStyle w:val="ListParagraph"/>
      </w:pPr>
      <w:r>
        <w:rPr>
          <w:sz w:val="22"/>
        </w:rPr>
        <w:t>A. routines</w:t>
      </w:r>
    </w:p>
    <w:p>
      <w:pPr>
        <w:pStyle w:val="ListParagraph"/>
      </w:pPr>
      <w:r>
        <w:rPr>
          <w:sz w:val="22"/>
        </w:rPr>
        <w:t>B. chores</w:t>
      </w:r>
    </w:p>
    <w:p>
      <w:pPr>
        <w:pStyle w:val="ListParagraph"/>
      </w:pPr>
      <w:r>
        <w:rPr>
          <w:sz w:val="22"/>
        </w:rPr>
        <w:t>C. bonds</w:t>
      </w:r>
    </w:p>
    <w:p>
      <w:pPr>
        <w:pStyle w:val="ListParagraph"/>
      </w:pPr>
      <w:r>
        <w:rPr>
          <w:sz w:val="22"/>
        </w:rPr>
        <w:t>D. values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