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lịch sử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Liên Hợp Quốc được thành lập vào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1946</w:t>
      </w:r>
    </w:p>
    <w:p>
      <w:pPr>
        <w:pStyle w:val="ListParagraph"/>
      </w:pPr>
      <w:r>
        <w:rPr>
          <w:sz w:val="22"/>
        </w:rPr>
        <w:t>C. 1950</w:t>
      </w:r>
    </w:p>
    <w:p>
      <w:pPr>
        <w:pStyle w:val="ListParagraph"/>
      </w:pPr>
      <w:r>
        <w:rPr>
          <w:sz w:val="22"/>
        </w:rPr>
        <w:t>D. 1939</w:t>
      </w:r>
    </w:p>
    <w:p/>
    <w:p>
      <w:r>
        <w:rPr>
          <w:b/>
          <w:sz w:val="24"/>
        </w:rPr>
        <w:t>Câu 2: Trụ sở chính của Liên Hợp Quốc đặt tại thành phố nào?</w:t>
      </w:r>
    </w:p>
    <w:p>
      <w:pPr>
        <w:pStyle w:val="ListParagraph"/>
      </w:pPr>
      <w:r>
        <w:rPr>
          <w:sz w:val="22"/>
        </w:rPr>
        <w:t>A. Geneva, Thụy Sĩ</w:t>
      </w:r>
    </w:p>
    <w:p>
      <w:pPr>
        <w:pStyle w:val="ListParagraph"/>
      </w:pPr>
      <w:r>
        <w:rPr>
          <w:sz w:val="22"/>
        </w:rPr>
        <w:t>B. New York, Hoa Kỳ</w:t>
      </w:r>
    </w:p>
    <w:p>
      <w:pPr>
        <w:pStyle w:val="ListParagraph"/>
      </w:pPr>
      <w:r>
        <w:rPr>
          <w:sz w:val="22"/>
        </w:rPr>
        <w:t>C. Paris, Pháp</w:t>
      </w:r>
    </w:p>
    <w:p>
      <w:pPr>
        <w:pStyle w:val="ListParagraph"/>
      </w:pPr>
      <w:r>
        <w:rPr>
          <w:sz w:val="22"/>
        </w:rPr>
        <w:t>D. Vienna, Áo</w:t>
      </w:r>
    </w:p>
    <w:p/>
    <w:p>
      <w:r>
        <w:rPr>
          <w:b/>
          <w:sz w:val="24"/>
        </w:rPr>
        <w:t>Câu 3: Việt Nam gia nhập Liên Hợp Quốc vào năm nào?</w:t>
      </w:r>
    </w:p>
    <w:p>
      <w:pPr>
        <w:pStyle w:val="ListParagraph"/>
      </w:pPr>
      <w:r>
        <w:rPr>
          <w:sz w:val="22"/>
        </w:rPr>
        <w:t>A. 1975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1977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4: Cơ quan nào của Liên Hợp Quốc gồm tất cả các quốc gia thành viên và được coi là diễn đàn chính trị chung?</w:t>
      </w:r>
    </w:p>
    <w:p>
      <w:pPr>
        <w:pStyle w:val="ListParagraph"/>
      </w:pPr>
      <w:r>
        <w:rPr>
          <w:sz w:val="22"/>
        </w:rPr>
        <w:t>A. Hội đồng Bảo an</w:t>
      </w:r>
    </w:p>
    <w:p>
      <w:pPr>
        <w:pStyle w:val="ListParagraph"/>
      </w:pPr>
      <w:r>
        <w:rPr>
          <w:sz w:val="22"/>
        </w:rPr>
        <w:t>B. Đại hội đồng</w:t>
      </w:r>
    </w:p>
    <w:p>
      <w:pPr>
        <w:pStyle w:val="ListParagraph"/>
      </w:pPr>
      <w:r>
        <w:rPr>
          <w:sz w:val="22"/>
        </w:rPr>
        <w:t>C. Hội đồng Kinh tế và Xã hội</w:t>
      </w:r>
    </w:p>
    <w:p>
      <w:pPr>
        <w:pStyle w:val="ListParagraph"/>
      </w:pPr>
      <w:r>
        <w:rPr>
          <w:sz w:val="22"/>
        </w:rPr>
        <w:t>D. Tòa án Công lý Quốc tế</w:t>
      </w:r>
    </w:p>
    <w:p/>
    <w:p>
      <w:r>
        <w:rPr>
          <w:b/>
          <w:sz w:val="24"/>
        </w:rPr>
        <w:t>Câu 5: Hội đồng Bảo an Liên Hợp Quốc có bao nhiêu ủy viên thường trực?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15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6: Các ủy viên thường trực Hội đồng Bảo an Liên Hợp Quốc hiện nay gồm những nước nào?</w:t>
      </w:r>
    </w:p>
    <w:p>
      <w:pPr>
        <w:pStyle w:val="ListParagraph"/>
      </w:pPr>
      <w:r>
        <w:rPr>
          <w:sz w:val="22"/>
        </w:rPr>
        <w:t>A. Mỹ, Anh, Pháp, Nga, Trung Quốc</w:t>
      </w:r>
    </w:p>
    <w:p>
      <w:pPr>
        <w:pStyle w:val="ListParagraph"/>
      </w:pPr>
      <w:r>
        <w:rPr>
          <w:sz w:val="22"/>
        </w:rPr>
        <w:t>B. Mỹ, Anh, Pháp, Đức, Nhật Bản</w:t>
      </w:r>
    </w:p>
    <w:p>
      <w:pPr>
        <w:pStyle w:val="ListParagraph"/>
      </w:pPr>
      <w:r>
        <w:rPr>
          <w:sz w:val="22"/>
        </w:rPr>
        <w:t>C. Mỹ, Nga, Trung Quốc, Ấn Độ, Brazil</w:t>
      </w:r>
    </w:p>
    <w:p>
      <w:pPr>
        <w:pStyle w:val="ListParagraph"/>
      </w:pPr>
      <w:r>
        <w:rPr>
          <w:sz w:val="22"/>
        </w:rPr>
        <w:t>D. Anh, Pháp, Đức, Ý, Canada</w:t>
      </w:r>
    </w:p>
    <w:p/>
    <w:p>
      <w:r>
        <w:rPr>
          <w:b/>
          <w:sz w:val="24"/>
        </w:rPr>
        <w:t>Câu 7: Hiến chương Liên Hợp Quốc được ký kết tại thành phố nào?</w:t>
      </w:r>
    </w:p>
    <w:p>
      <w:pPr>
        <w:pStyle w:val="ListParagraph"/>
      </w:pPr>
      <w:r>
        <w:rPr>
          <w:sz w:val="22"/>
        </w:rPr>
        <w:t>A. New York</w:t>
      </w:r>
    </w:p>
    <w:p>
      <w:pPr>
        <w:pStyle w:val="ListParagraph"/>
      </w:pPr>
      <w:r>
        <w:rPr>
          <w:sz w:val="22"/>
        </w:rPr>
        <w:t>B. San Francisco</w:t>
      </w:r>
    </w:p>
    <w:p>
      <w:pPr>
        <w:pStyle w:val="ListParagraph"/>
      </w:pPr>
      <w:r>
        <w:rPr>
          <w:sz w:val="22"/>
        </w:rPr>
        <w:t>C. Washington D.C.</w:t>
      </w:r>
    </w:p>
    <w:p>
      <w:pPr>
        <w:pStyle w:val="ListParagraph"/>
      </w:pPr>
      <w:r>
        <w:rPr>
          <w:sz w:val="22"/>
        </w:rPr>
        <w:t>D. London</w:t>
      </w:r>
    </w:p>
    <w:p/>
    <w:p>
      <w:r>
        <w:rPr>
          <w:b/>
          <w:sz w:val="24"/>
        </w:rPr>
        <w:t>Câu 8: Ngày Liên Hợp Quốc được tổ chức hằng năm vào ngày nào?</w:t>
      </w:r>
    </w:p>
    <w:p>
      <w:pPr>
        <w:pStyle w:val="ListParagraph"/>
      </w:pPr>
      <w:r>
        <w:rPr>
          <w:sz w:val="22"/>
        </w:rPr>
        <w:t>A. 24/10</w:t>
      </w:r>
    </w:p>
    <w:p>
      <w:pPr>
        <w:pStyle w:val="ListParagraph"/>
      </w:pPr>
      <w:r>
        <w:rPr>
          <w:sz w:val="22"/>
        </w:rPr>
        <w:t>B. 26/6</w:t>
      </w:r>
    </w:p>
    <w:p>
      <w:pPr>
        <w:pStyle w:val="ListParagraph"/>
      </w:pPr>
      <w:r>
        <w:rPr>
          <w:sz w:val="22"/>
        </w:rPr>
        <w:t>C. 01/01</w:t>
      </w:r>
    </w:p>
    <w:p>
      <w:pPr>
        <w:pStyle w:val="ListParagraph"/>
      </w:pPr>
      <w:r>
        <w:rPr>
          <w:sz w:val="22"/>
        </w:rPr>
        <w:t>D. 20/11</w:t>
      </w:r>
    </w:p>
    <w:p/>
    <w:p>
      <w:r>
        <w:rPr>
          <w:b/>
          <w:sz w:val="24"/>
        </w:rPr>
        <w:t>Câu 9: Tổ chức tiền thân của Liên Hợp Quốc là gì?</w:t>
      </w:r>
    </w:p>
    <w:p>
      <w:pPr>
        <w:pStyle w:val="ListParagraph"/>
      </w:pPr>
      <w:r>
        <w:rPr>
          <w:sz w:val="22"/>
        </w:rPr>
        <w:t>A. Hội Quốc Liên</w:t>
      </w:r>
    </w:p>
    <w:p>
      <w:pPr>
        <w:pStyle w:val="ListParagraph"/>
      </w:pPr>
      <w:r>
        <w:rPr>
          <w:sz w:val="22"/>
        </w:rPr>
        <w:t>B. NATO</w:t>
      </w:r>
    </w:p>
    <w:p>
      <w:pPr>
        <w:pStyle w:val="ListParagraph"/>
      </w:pPr>
      <w:r>
        <w:rPr>
          <w:sz w:val="22"/>
        </w:rPr>
        <w:t>C. ASEAN</w:t>
      </w:r>
    </w:p>
    <w:p>
      <w:pPr>
        <w:pStyle w:val="ListParagraph"/>
      </w:pPr>
      <w:r>
        <w:rPr>
          <w:sz w:val="22"/>
        </w:rPr>
        <w:t>D. Liên minh châu Âu</w:t>
      </w:r>
    </w:p>
    <w:p/>
    <w:p>
      <w:r>
        <w:rPr>
          <w:b/>
          <w:sz w:val="24"/>
        </w:rPr>
        <w:t>Câu 10: Cơ quan tư pháp chính của Liên Hợp Quốc là cơ quan nào?</w:t>
      </w:r>
    </w:p>
    <w:p>
      <w:pPr>
        <w:pStyle w:val="ListParagraph"/>
      </w:pPr>
      <w:r>
        <w:rPr>
          <w:sz w:val="22"/>
        </w:rPr>
        <w:t>A. Tòa án Hình sự Quốc tế</w:t>
      </w:r>
    </w:p>
    <w:p>
      <w:pPr>
        <w:pStyle w:val="ListParagraph"/>
      </w:pPr>
      <w:r>
        <w:rPr>
          <w:sz w:val="22"/>
        </w:rPr>
        <w:t>B. Tòa án Công lý Quốc tế</w:t>
      </w:r>
    </w:p>
    <w:p>
      <w:pPr>
        <w:pStyle w:val="ListParagraph"/>
      </w:pPr>
      <w:r>
        <w:rPr>
          <w:sz w:val="22"/>
        </w:rPr>
        <w:t>C. Tòa án Nhân quyền châu Âu</w:t>
      </w:r>
    </w:p>
    <w:p>
      <w:pPr>
        <w:pStyle w:val="ListParagraph"/>
      </w:pPr>
      <w:r>
        <w:rPr>
          <w:sz w:val="22"/>
        </w:rPr>
        <w:t>D. Trọng tài Quốc tế</w:t>
      </w:r>
    </w:p>
    <w:p/>
    <w:p>
      <w:r>
        <w:rPr>
          <w:b/>
          <w:sz w:val="24"/>
        </w:rPr>
        <w:t>Câu 11: Tổng Thư ký Liên Hợp Quốc hiện nay là ai?</w:t>
      </w:r>
    </w:p>
    <w:p>
      <w:pPr>
        <w:pStyle w:val="ListParagraph"/>
      </w:pPr>
      <w:r>
        <w:rPr>
          <w:sz w:val="22"/>
        </w:rPr>
        <w:t>A. Ban Ki-moon</w:t>
      </w:r>
    </w:p>
    <w:p>
      <w:pPr>
        <w:pStyle w:val="ListParagraph"/>
      </w:pPr>
      <w:r>
        <w:rPr>
          <w:sz w:val="22"/>
        </w:rPr>
        <w:t>B. Kofi Annan</w:t>
      </w:r>
    </w:p>
    <w:p>
      <w:pPr>
        <w:pStyle w:val="ListParagraph"/>
      </w:pPr>
      <w:r>
        <w:rPr>
          <w:sz w:val="22"/>
        </w:rPr>
        <w:t>C. António Guterres</w:t>
      </w:r>
    </w:p>
    <w:p>
      <w:pPr>
        <w:pStyle w:val="ListParagraph"/>
      </w:pPr>
      <w:r>
        <w:rPr>
          <w:sz w:val="22"/>
        </w:rPr>
        <w:t>D. Boutros Boutros-Ghali</w:t>
      </w:r>
    </w:p>
    <w:p/>
    <w:p>
      <w:r>
        <w:rPr>
          <w:b/>
          <w:sz w:val="24"/>
        </w:rPr>
        <w:t>Câu 12: Các Mục tiêu Phát triển Bền vững (SDGs) của Liên Hợp Quốc gồm bao nhiêu mục tiêu?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17</w:t>
      </w:r>
    </w:p>
    <w:p>
      <w:pPr>
        <w:pStyle w:val="ListParagraph"/>
      </w:pPr>
      <w:r>
        <w:rPr>
          <w:sz w:val="22"/>
        </w:rPr>
        <w:t>D. 18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