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môn địa lí 9 từ bài 1- 5 sách kết nối tri thức gôg 20 câu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Việt Nam có bao nhiêu dân tộc anh em cùng sinh sống?</w:t>
      </w:r>
    </w:p>
    <w:p>
      <w:pPr>
        <w:pStyle w:val="ListParagraph"/>
      </w:pPr>
      <w:r>
        <w:rPr>
          <w:sz w:val="22"/>
        </w:rPr>
        <w:t>A. 52</w:t>
      </w:r>
    </w:p>
    <w:p>
      <w:pPr>
        <w:pStyle w:val="ListParagraph"/>
      </w:pPr>
      <w:r>
        <w:rPr>
          <w:sz w:val="22"/>
        </w:rPr>
        <w:t>B. 53</w:t>
      </w:r>
    </w:p>
    <w:p>
      <w:pPr>
        <w:pStyle w:val="ListParagraph"/>
      </w:pPr>
      <w:r>
        <w:rPr>
          <w:sz w:val="22"/>
        </w:rPr>
        <w:t>C. 54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2: Dân tộc nào chiếm tỉ lệ lớn nhất trong tổng dân số nước ta?</w:t>
      </w:r>
    </w:p>
    <w:p>
      <w:pPr>
        <w:pStyle w:val="ListParagraph"/>
      </w:pPr>
      <w:r>
        <w:rPr>
          <w:sz w:val="22"/>
        </w:rPr>
        <w:t>A. Tày</w:t>
      </w:r>
    </w:p>
    <w:p>
      <w:pPr>
        <w:pStyle w:val="ListParagraph"/>
      </w:pPr>
      <w:r>
        <w:rPr>
          <w:sz w:val="22"/>
        </w:rPr>
        <w:t>B. Thái</w:t>
      </w:r>
    </w:p>
    <w:p>
      <w:pPr>
        <w:pStyle w:val="ListParagraph"/>
      </w:pPr>
      <w:r>
        <w:rPr>
          <w:sz w:val="22"/>
        </w:rPr>
        <w:t>C. Kinh</w:t>
      </w:r>
    </w:p>
    <w:p>
      <w:pPr>
        <w:pStyle w:val="ListParagraph"/>
      </w:pPr>
      <w:r>
        <w:rPr>
          <w:sz w:val="22"/>
        </w:rPr>
        <w:t>D. Mường</w:t>
      </w:r>
    </w:p>
    <w:p/>
    <w:p>
      <w:r>
        <w:rPr>
          <w:b/>
          <w:sz w:val="24"/>
        </w:rPr>
        <w:t>Câu 3: Gia tăng dân số tự nhiên được tính bằng:</w:t>
      </w:r>
    </w:p>
    <w:p>
      <w:pPr>
        <w:pStyle w:val="ListParagraph"/>
      </w:pPr>
      <w:r>
        <w:rPr>
          <w:sz w:val="22"/>
        </w:rPr>
        <w:t>A. Tỉ suất sinh thô trừ tỉ suất tử thô</w:t>
      </w:r>
    </w:p>
    <w:p>
      <w:pPr>
        <w:pStyle w:val="ListParagraph"/>
      </w:pPr>
      <w:r>
        <w:rPr>
          <w:sz w:val="22"/>
        </w:rPr>
        <w:t>B. Tỉ suất sinh thô cộng tỉ suất tử thô</w:t>
      </w:r>
    </w:p>
    <w:p>
      <w:pPr>
        <w:pStyle w:val="ListParagraph"/>
      </w:pPr>
      <w:r>
        <w:rPr>
          <w:sz w:val="22"/>
        </w:rPr>
        <w:t>C. Tỉ suất sinh thô chia tỉ suất tử thô</w:t>
      </w:r>
    </w:p>
    <w:p>
      <w:pPr>
        <w:pStyle w:val="ListParagraph"/>
      </w:pPr>
      <w:r>
        <w:rPr>
          <w:sz w:val="22"/>
        </w:rPr>
        <w:t>D. Tỉ suất tử thô trừ tỉ suất sinh thô</w:t>
      </w:r>
    </w:p>
    <w:p/>
    <w:p>
      <w:r>
        <w:rPr>
          <w:b/>
          <w:sz w:val="24"/>
        </w:rPr>
        <w:t>Câu 4: Hiện nay, tỉ lệ gia tăng dân số tự nhiên của nước ta có xu hướng:</w:t>
      </w:r>
    </w:p>
    <w:p>
      <w:pPr>
        <w:pStyle w:val="ListParagraph"/>
      </w:pPr>
      <w:r>
        <w:rPr>
          <w:sz w:val="22"/>
        </w:rPr>
        <w:t>A. Tăng nhanh</w:t>
      </w:r>
    </w:p>
    <w:p>
      <w:pPr>
        <w:pStyle w:val="ListParagraph"/>
      </w:pPr>
      <w:r>
        <w:rPr>
          <w:sz w:val="22"/>
        </w:rPr>
        <w:t>B. Giảm dần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giảm thất thường</w:t>
      </w:r>
    </w:p>
    <w:p/>
    <w:p>
      <w:r>
        <w:rPr>
          <w:b/>
          <w:sz w:val="24"/>
        </w:rPr>
        <w:t>Câu 5: Cơ cấu dân số theo độ tuổi của nước ta đang có sự thay đổi theo hướng:</w:t>
      </w:r>
    </w:p>
    <w:p>
      <w:pPr>
        <w:pStyle w:val="ListParagraph"/>
      </w:pPr>
      <w:r>
        <w:rPr>
          <w:sz w:val="22"/>
        </w:rPr>
        <w:t>A. Trẻ hóa</w:t>
      </w:r>
    </w:p>
    <w:p>
      <w:pPr>
        <w:pStyle w:val="ListParagraph"/>
      </w:pPr>
      <w:r>
        <w:rPr>
          <w:sz w:val="22"/>
        </w:rPr>
        <w:t>B. Già hóa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Trẻ hóa nhanh</w:t>
      </w:r>
    </w:p>
    <w:p/>
    <w:p>
      <w:r>
        <w:rPr>
          <w:b/>
          <w:sz w:val="24"/>
        </w:rPr>
        <w:t>Câu 6: Tỉ số giới tính của nước ta hiện nay (2023) là:</w:t>
      </w:r>
    </w:p>
    <w:p>
      <w:pPr>
        <w:pStyle w:val="ListParagraph"/>
      </w:pPr>
      <w:r>
        <w:rPr>
          <w:sz w:val="22"/>
        </w:rPr>
        <w:t>A. Nữ nhiều hơn nam</w:t>
      </w:r>
    </w:p>
    <w:p>
      <w:pPr>
        <w:pStyle w:val="ListParagraph"/>
      </w:pPr>
      <w:r>
        <w:rPr>
          <w:sz w:val="22"/>
        </w:rPr>
        <w:t>B. Nam nhiều hơn nữ</w:t>
      </w:r>
    </w:p>
    <w:p>
      <w:pPr>
        <w:pStyle w:val="ListParagraph"/>
      </w:pPr>
      <w:r>
        <w:rPr>
          <w:sz w:val="22"/>
        </w:rPr>
        <w:t>C. Cân bằng</w:t>
      </w:r>
    </w:p>
    <w:p>
      <w:pPr>
        <w:pStyle w:val="ListParagraph"/>
      </w:pPr>
      <w:r>
        <w:rPr>
          <w:sz w:val="22"/>
        </w:rPr>
        <w:t>D. Nam ít hơn nữ</w:t>
      </w:r>
    </w:p>
    <w:p/>
    <w:p>
      <w:r>
        <w:rPr>
          <w:b/>
          <w:sz w:val="24"/>
        </w:rPr>
        <w:t>Câu 7: Mật độ dân số trung bình của nước ta năm 2023 khoảng:</w:t>
      </w:r>
    </w:p>
    <w:p>
      <w:pPr>
        <w:pStyle w:val="ListParagraph"/>
      </w:pPr>
      <w:r>
        <w:rPr>
          <w:sz w:val="22"/>
        </w:rPr>
        <w:t>A. 200 người/km²</w:t>
      </w:r>
    </w:p>
    <w:p>
      <w:pPr>
        <w:pStyle w:val="ListParagraph"/>
      </w:pPr>
      <w:r>
        <w:rPr>
          <w:sz w:val="22"/>
        </w:rPr>
        <w:t>B. 300 người/km²</w:t>
      </w:r>
    </w:p>
    <w:p>
      <w:pPr>
        <w:pStyle w:val="ListParagraph"/>
      </w:pPr>
      <w:r>
        <w:rPr>
          <w:sz w:val="22"/>
        </w:rPr>
        <w:t>C. 400 người/km²</w:t>
      </w:r>
    </w:p>
    <w:p>
      <w:pPr>
        <w:pStyle w:val="ListParagraph"/>
      </w:pPr>
      <w:r>
        <w:rPr>
          <w:sz w:val="22"/>
        </w:rPr>
        <w:t>D. 500 người/km²</w:t>
      </w:r>
    </w:p>
    <w:p/>
    <w:p>
      <w:r>
        <w:rPr>
          <w:b/>
          <w:sz w:val="24"/>
        </w:rPr>
        <w:t>Câu 8: Vùng có mật độ dân số cao nhất nước ta là: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Đông Nam Bộ</w:t>
      </w:r>
    </w:p>
    <w:p>
      <w:pPr>
        <w:pStyle w:val="ListParagraph"/>
      </w:pPr>
      <w:r>
        <w:rPr>
          <w:sz w:val="22"/>
        </w:rPr>
        <w:t>D. Duyên hải Nam Trung Bộ</w:t>
      </w:r>
    </w:p>
    <w:p/>
    <w:p>
      <w:r>
        <w:rPr>
          <w:b/>
          <w:sz w:val="24"/>
        </w:rPr>
        <w:t>Câu 9: Vùng có mật độ dân số thấp nhất nước ta là:</w:t>
      </w:r>
    </w:p>
    <w:p>
      <w:pPr>
        <w:pStyle w:val="ListParagraph"/>
      </w:pPr>
      <w:r>
        <w:rPr>
          <w:sz w:val="22"/>
        </w:rPr>
        <w:t>A. Tây Bắc</w:t>
      </w:r>
    </w:p>
    <w:p>
      <w:pPr>
        <w:pStyle w:val="ListParagraph"/>
      </w:pPr>
      <w:r>
        <w:rPr>
          <w:sz w:val="22"/>
        </w:rPr>
        <w:t>B. Tây Nguyên</w:t>
      </w:r>
    </w:p>
    <w:p>
      <w:pPr>
        <w:pStyle w:val="ListParagraph"/>
      </w:pPr>
      <w:r>
        <w:rPr>
          <w:sz w:val="22"/>
        </w:rPr>
        <w:t>C. Bắc Trung Bộ</w:t>
      </w:r>
    </w:p>
    <w:p>
      <w:pPr>
        <w:pStyle w:val="ListParagraph"/>
      </w:pPr>
      <w:r>
        <w:rPr>
          <w:sz w:val="22"/>
        </w:rPr>
        <w:t>D. Đông Bắc</w:t>
      </w:r>
    </w:p>
    <w:p/>
    <w:p>
      <w:r>
        <w:rPr>
          <w:b/>
          <w:sz w:val="24"/>
        </w:rPr>
        <w:t>Câu 10: Đặc điểm nào sau đây không đúng với quần cư nông thôn?</w:t>
      </w:r>
    </w:p>
    <w:p>
      <w:pPr>
        <w:pStyle w:val="ListParagraph"/>
      </w:pPr>
      <w:r>
        <w:rPr>
          <w:sz w:val="22"/>
        </w:rPr>
        <w:t>A. Mật độ dân số thấp</w:t>
      </w:r>
    </w:p>
    <w:p>
      <w:pPr>
        <w:pStyle w:val="ListParagraph"/>
      </w:pPr>
      <w:r>
        <w:rPr>
          <w:sz w:val="22"/>
        </w:rPr>
        <w:t>B. Hoạt động kinh tế chủ yếu là nông nghiệp</w:t>
      </w:r>
    </w:p>
    <w:p>
      <w:pPr>
        <w:pStyle w:val="ListParagraph"/>
      </w:pPr>
      <w:r>
        <w:rPr>
          <w:sz w:val="22"/>
        </w:rPr>
        <w:t>C. Nhà cửa thưa thớt</w:t>
      </w:r>
    </w:p>
    <w:p>
      <w:pPr>
        <w:pStyle w:val="ListParagraph"/>
      </w:pPr>
      <w:r>
        <w:rPr>
          <w:sz w:val="22"/>
        </w:rPr>
        <w:t>D. Dân cư tập trung đông đúc</w:t>
      </w:r>
    </w:p>
    <w:p/>
    <w:p>
      <w:r>
        <w:rPr>
          <w:b/>
          <w:sz w:val="24"/>
        </w:rPr>
        <w:t>Câu 11: Ngành kinh tế nào thu hút nhiều lao động nhất ở nước ta hiện nay?</w:t>
      </w:r>
    </w:p>
    <w:p>
      <w:pPr>
        <w:pStyle w:val="ListParagraph"/>
      </w:pPr>
      <w:r>
        <w:rPr>
          <w:sz w:val="22"/>
        </w:rPr>
        <w:t>A. Nông nghiệp</w:t>
      </w:r>
    </w:p>
    <w:p>
      <w:pPr>
        <w:pStyle w:val="ListParagraph"/>
      </w:pPr>
      <w:r>
        <w:rPr>
          <w:sz w:val="22"/>
        </w:rPr>
        <w:t>B. Công nghiệp</w:t>
      </w:r>
    </w:p>
    <w:p>
      <w:pPr>
        <w:pStyle w:val="ListParagraph"/>
      </w:pPr>
      <w:r>
        <w:rPr>
          <w:sz w:val="22"/>
        </w:rPr>
        <w:t>C. Dịch vụ</w:t>
      </w:r>
    </w:p>
    <w:p>
      <w:pPr>
        <w:pStyle w:val="ListParagraph"/>
      </w:pPr>
      <w:r>
        <w:rPr>
          <w:sz w:val="22"/>
        </w:rPr>
        <w:t>D. Xây dựng</w:t>
      </w:r>
    </w:p>
    <w:p/>
    <w:p>
      <w:r>
        <w:rPr>
          <w:b/>
          <w:sz w:val="24"/>
        </w:rPr>
        <w:t>Câu 12: Vấn đề việc làm ở nông thôn nước ta hiện nay là:</w:t>
      </w:r>
    </w:p>
    <w:p>
      <w:pPr>
        <w:pStyle w:val="ListParagraph"/>
      </w:pPr>
      <w:r>
        <w:rPr>
          <w:sz w:val="22"/>
        </w:rPr>
        <w:t>A. Thiếu việc làm, thất nghiệp trá hình</w:t>
      </w:r>
    </w:p>
    <w:p>
      <w:pPr>
        <w:pStyle w:val="ListParagraph"/>
      </w:pPr>
      <w:r>
        <w:rPr>
          <w:sz w:val="22"/>
        </w:rPr>
        <w:t>B. Thừa lao động</w:t>
      </w:r>
    </w:p>
    <w:p>
      <w:pPr>
        <w:pStyle w:val="ListParagraph"/>
      </w:pPr>
      <w:r>
        <w:rPr>
          <w:sz w:val="22"/>
        </w:rPr>
        <w:t>C. Thiếu lao động</w:t>
      </w:r>
    </w:p>
    <w:p>
      <w:pPr>
        <w:pStyle w:val="ListParagraph"/>
      </w:pPr>
      <w:r>
        <w:rPr>
          <w:sz w:val="22"/>
        </w:rPr>
        <w:t>D. Việc làm ổn định</w:t>
      </w:r>
    </w:p>
    <w:p/>
    <w:p>
      <w:r>
        <w:rPr>
          <w:b/>
          <w:sz w:val="24"/>
        </w:rPr>
        <w:t>Câu 13: Chất lượng cuộc sống của người dân nước ta đang:</w:t>
      </w:r>
    </w:p>
    <w:p>
      <w:pPr>
        <w:pStyle w:val="ListParagraph"/>
      </w:pPr>
      <w:r>
        <w:rPr>
          <w:sz w:val="22"/>
        </w:rPr>
        <w:t>A. Ngày càng được nâng cao</w:t>
      </w:r>
    </w:p>
    <w:p>
      <w:pPr>
        <w:pStyle w:val="ListParagraph"/>
      </w:pPr>
      <w:r>
        <w:rPr>
          <w:sz w:val="22"/>
        </w:rPr>
        <w:t>B. Giảm sút</w:t>
      </w:r>
    </w:p>
    <w:p>
      <w:pPr>
        <w:pStyle w:val="ListParagraph"/>
      </w:pPr>
      <w:r>
        <w:rPr>
          <w:sz w:val="22"/>
        </w:rPr>
        <w:t>C. Không thay đổi</w:t>
      </w:r>
    </w:p>
    <w:p>
      <w:pPr>
        <w:pStyle w:val="ListParagraph"/>
      </w:pPr>
      <w:r>
        <w:rPr>
          <w:sz w:val="22"/>
        </w:rPr>
        <w:t>D. Tăng giảm thất thường</w:t>
      </w:r>
    </w:p>
    <w:p/>
    <w:p>
      <w:r>
        <w:rPr>
          <w:b/>
          <w:sz w:val="24"/>
        </w:rPr>
        <w:t>Câu 14: Sự phát triển của nền kinh tế nước ta trong những năm gần đây đạt được thành tựu nào?</w:t>
      </w:r>
    </w:p>
    <w:p>
      <w:pPr>
        <w:pStyle w:val="ListParagraph"/>
      </w:pPr>
      <w:r>
        <w:rPr>
          <w:sz w:val="22"/>
        </w:rPr>
        <w:t>A. Tốc độ tăng trưởng cao</w:t>
      </w:r>
    </w:p>
    <w:p>
      <w:pPr>
        <w:pStyle w:val="ListParagraph"/>
      </w:pPr>
      <w:r>
        <w:rPr>
          <w:sz w:val="22"/>
        </w:rPr>
        <w:t>B. Cơ cấu kinh tế chuyển dịch tích cực</w:t>
      </w:r>
    </w:p>
    <w:p>
      <w:pPr>
        <w:pStyle w:val="ListParagraph"/>
      </w:pPr>
      <w:r>
        <w:rPr>
          <w:sz w:val="22"/>
        </w:rPr>
        <w:t>C. Hội nhập quốc tế sâu rộng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15: Cơ cấu GDP phân theo ngành kinh tế của nước ta đang chuyển dịch theo hướng:</w:t>
      </w:r>
    </w:p>
    <w:p>
      <w:pPr>
        <w:pStyle w:val="ListParagraph"/>
      </w:pPr>
      <w:r>
        <w:rPr>
          <w:sz w:val="22"/>
        </w:rPr>
        <w:t>A. Tăng tỉ trọng nông nghiệp, giảm công nghiệp và dịch vụ</w:t>
      </w:r>
    </w:p>
    <w:p>
      <w:pPr>
        <w:pStyle w:val="ListParagraph"/>
      </w:pPr>
      <w:r>
        <w:rPr>
          <w:sz w:val="22"/>
        </w:rPr>
        <w:t>B. Giảm tỉ trọng nông nghiệp, tăng công nghiệp và dịch vụ</w:t>
      </w:r>
    </w:p>
    <w:p>
      <w:pPr>
        <w:pStyle w:val="ListParagraph"/>
      </w:pPr>
      <w:r>
        <w:rPr>
          <w:sz w:val="22"/>
        </w:rPr>
        <w:t>C. Tăng tỉ trọng công nghiệp, giảm nông nghiệp và dịch vụ</w:t>
      </w:r>
    </w:p>
    <w:p>
      <w:pPr>
        <w:pStyle w:val="ListParagraph"/>
      </w:pPr>
      <w:r>
        <w:rPr>
          <w:sz w:val="22"/>
        </w:rPr>
        <w:t>D. Tăng tỉ trọng dịch vụ, giảm nông nghiệp và công nghiệp</w:t>
      </w:r>
    </w:p>
    <w:p/>
    <w:p>
      <w:r>
        <w:rPr>
          <w:b/>
          <w:sz w:val="24"/>
        </w:rPr>
        <w:t>Câu 16: Thế mạnh nào sau đây không phải của vùng đồng bằng đối với phát triển kinh tế?</w:t>
      </w:r>
    </w:p>
    <w:p>
      <w:pPr>
        <w:pStyle w:val="ListParagraph"/>
      </w:pPr>
      <w:r>
        <w:rPr>
          <w:sz w:val="22"/>
        </w:rPr>
        <w:t>A. Đất phù sa màu mỡ</w:t>
      </w:r>
    </w:p>
    <w:p>
      <w:pPr>
        <w:pStyle w:val="ListParagraph"/>
      </w:pPr>
      <w:r>
        <w:rPr>
          <w:sz w:val="22"/>
        </w:rPr>
        <w:t>B. Nguồn nước dồi dào</w:t>
      </w:r>
    </w:p>
    <w:p>
      <w:pPr>
        <w:pStyle w:val="ListParagraph"/>
      </w:pPr>
      <w:r>
        <w:rPr>
          <w:sz w:val="22"/>
        </w:rPr>
        <w:t>C. Lao động dồi dào</w:t>
      </w:r>
    </w:p>
    <w:p>
      <w:pPr>
        <w:pStyle w:val="ListParagraph"/>
      </w:pPr>
      <w:r>
        <w:rPr>
          <w:sz w:val="22"/>
        </w:rPr>
        <w:t>D. Khoáng sản phong phú</w:t>
      </w:r>
    </w:p>
    <w:p/>
    <w:p>
      <w:r>
        <w:rPr>
          <w:b/>
          <w:sz w:val="24"/>
        </w:rPr>
        <w:t>Câu 17: Khó khăn lớn nhất của vùng miền núi nước ta trong phát triển kinh tế là:</w:t>
      </w:r>
    </w:p>
    <w:p>
      <w:pPr>
        <w:pStyle w:val="ListParagraph"/>
      </w:pPr>
      <w:r>
        <w:rPr>
          <w:sz w:val="22"/>
        </w:rPr>
        <w:t>A. Địa hình hiểm trở, giao thông khó khăn</w:t>
      </w:r>
    </w:p>
    <w:p>
      <w:pPr>
        <w:pStyle w:val="ListParagraph"/>
      </w:pPr>
      <w:r>
        <w:rPr>
          <w:sz w:val="22"/>
        </w:rPr>
        <w:t>B. Thiếu đất canh tác</w:t>
      </w:r>
    </w:p>
    <w:p>
      <w:pPr>
        <w:pStyle w:val="ListParagraph"/>
      </w:pPr>
      <w:r>
        <w:rPr>
          <w:sz w:val="22"/>
        </w:rPr>
        <w:t>C. Khí hậu khắc nghiệt</w:t>
      </w:r>
    </w:p>
    <w:p>
      <w:pPr>
        <w:pStyle w:val="ListParagraph"/>
      </w:pPr>
      <w:r>
        <w:rPr>
          <w:sz w:val="22"/>
        </w:rPr>
        <w:t>D. Dân cư thưa thớt</w:t>
      </w:r>
    </w:p>
    <w:p/>
    <w:p>
      <w:r>
        <w:rPr>
          <w:b/>
          <w:sz w:val="24"/>
        </w:rPr>
        <w:t>Câu 18: Biện pháp nào sau đây góp phần nâng cao chất lượng cuộc sống?</w:t>
      </w:r>
    </w:p>
    <w:p>
      <w:pPr>
        <w:pStyle w:val="ListParagraph"/>
      </w:pPr>
      <w:r>
        <w:rPr>
          <w:sz w:val="22"/>
        </w:rPr>
        <w:t>A. Giảm tỉ lệ gia tăng dân số</w:t>
      </w:r>
    </w:p>
    <w:p>
      <w:pPr>
        <w:pStyle w:val="ListParagraph"/>
      </w:pPr>
      <w:r>
        <w:rPr>
          <w:sz w:val="22"/>
        </w:rPr>
        <w:t>B. Phát triển kinh tế</w:t>
      </w:r>
    </w:p>
    <w:p>
      <w:pPr>
        <w:pStyle w:val="ListParagraph"/>
      </w:pPr>
      <w:r>
        <w:rPr>
          <w:sz w:val="22"/>
        </w:rPr>
        <w:t>C. Nâng cao trình độ dân trí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19: Dân số nước ta năm 2023 khoảng:</w:t>
      </w:r>
    </w:p>
    <w:p>
      <w:pPr>
        <w:pStyle w:val="ListParagraph"/>
      </w:pPr>
      <w:r>
        <w:rPr>
          <w:sz w:val="22"/>
        </w:rPr>
        <w:t>A. 90 triệu người</w:t>
      </w:r>
    </w:p>
    <w:p>
      <w:pPr>
        <w:pStyle w:val="ListParagraph"/>
      </w:pPr>
      <w:r>
        <w:rPr>
          <w:sz w:val="22"/>
        </w:rPr>
        <w:t>B. 95 triệu người</w:t>
      </w:r>
    </w:p>
    <w:p>
      <w:pPr>
        <w:pStyle w:val="ListParagraph"/>
      </w:pPr>
      <w:r>
        <w:rPr>
          <w:sz w:val="22"/>
        </w:rPr>
        <w:t>C. 100 triệu người</w:t>
      </w:r>
    </w:p>
    <w:p>
      <w:pPr>
        <w:pStyle w:val="ListParagraph"/>
      </w:pPr>
      <w:r>
        <w:rPr>
          <w:sz w:val="22"/>
        </w:rPr>
        <w:t>D. 105 triệu người</w:t>
      </w:r>
    </w:p>
    <w:p/>
    <w:p>
      <w:r>
        <w:rPr>
          <w:b/>
          <w:sz w:val="24"/>
        </w:rPr>
        <w:t>Câu 20: Đặc điểm nào sau đây đúng với quần cư thành thị?</w:t>
      </w:r>
    </w:p>
    <w:p>
      <w:pPr>
        <w:pStyle w:val="ListParagraph"/>
      </w:pPr>
      <w:r>
        <w:rPr>
          <w:sz w:val="22"/>
        </w:rPr>
        <w:t>A. Mật độ dân số cao</w:t>
      </w:r>
    </w:p>
    <w:p>
      <w:pPr>
        <w:pStyle w:val="ListParagraph"/>
      </w:pPr>
      <w:r>
        <w:rPr>
          <w:sz w:val="22"/>
        </w:rPr>
        <w:t>B. Hoạt động kinh tế chủ yếu là công nghiệp và dịch vụ</w:t>
      </w:r>
    </w:p>
    <w:p>
      <w:pPr>
        <w:pStyle w:val="ListParagraph"/>
      </w:pPr>
      <w:r>
        <w:rPr>
          <w:sz w:val="22"/>
        </w:rPr>
        <w:t>C. Nhà cửa san sát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