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môn KHTN 7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Yếu tố nào sau đây là nguyên liệu trực tiếp của quá trình quang hợp ở thực vật?</w:t>
      </w:r>
    </w:p>
    <w:p>
      <w:pPr>
        <w:pStyle w:val="ListParagraph"/>
      </w:pPr>
      <w:r>
        <w:rPr>
          <w:sz w:val="22"/>
        </w:rPr>
        <w:t>A. $CO_2$ và $H_2O$</w:t>
      </w:r>
    </w:p>
    <w:p>
      <w:pPr>
        <w:pStyle w:val="ListParagraph"/>
      </w:pPr>
      <w:r>
        <w:rPr>
          <w:sz w:val="22"/>
        </w:rPr>
        <w:t>B. $O_2$ và $H_2O$</w:t>
      </w:r>
    </w:p>
    <w:p>
      <w:pPr>
        <w:pStyle w:val="ListParagraph"/>
      </w:pPr>
      <w:r>
        <w:rPr>
          <w:sz w:val="22"/>
        </w:rPr>
        <w:t>C. $CO_2$ và $O_2$</w:t>
      </w:r>
    </w:p>
    <w:p>
      <w:pPr>
        <w:pStyle w:val="ListParagraph"/>
      </w:pPr>
      <w:r>
        <w:rPr>
          <w:sz w:val="22"/>
        </w:rPr>
        <w:t>D. $C_6H_{12}O_6$ và $O_2$</w:t>
      </w:r>
    </w:p>
    <w:p/>
    <w:p>
      <w:r>
        <w:rPr>
          <w:b/>
          <w:sz w:val="24"/>
        </w:rPr>
        <w:t>Câu 2: Ánh sáng có bước sóng nào sau đây được diệp lục hấp thụ mạnh nhất?</w:t>
      </w:r>
    </w:p>
    <w:p>
      <w:pPr>
        <w:pStyle w:val="ListParagraph"/>
      </w:pPr>
      <w:r>
        <w:rPr>
          <w:sz w:val="22"/>
        </w:rPr>
        <w:t>A. Ánh sáng xanh lục</w:t>
      </w:r>
    </w:p>
    <w:p>
      <w:pPr>
        <w:pStyle w:val="ListParagraph"/>
      </w:pPr>
      <w:r>
        <w:rPr>
          <w:sz w:val="22"/>
        </w:rPr>
        <w:t>B. Ánh sáng vàng</w:t>
      </w:r>
    </w:p>
    <w:p>
      <w:pPr>
        <w:pStyle w:val="ListParagraph"/>
      </w:pPr>
      <w:r>
        <w:rPr>
          <w:sz w:val="22"/>
        </w:rPr>
        <w:t>C. Ánh sáng đỏ và xanh tím</w:t>
      </w:r>
    </w:p>
    <w:p>
      <w:pPr>
        <w:pStyle w:val="ListParagraph"/>
      </w:pPr>
      <w:r>
        <w:rPr>
          <w:sz w:val="22"/>
        </w:rPr>
        <w:t>D. Ánh sáng cam</w:t>
      </w:r>
    </w:p>
    <w:p/>
    <w:p>
      <w:r>
        <w:rPr>
          <w:b/>
          <w:sz w:val="24"/>
        </w:rPr>
        <w:t>Câu 3: Khi nồng độ $CO_2$ tăng trong giới hạn thích hợp thì cường độ quang hợp thường:</w:t>
      </w:r>
    </w:p>
    <w:p>
      <w:pPr>
        <w:pStyle w:val="ListParagraph"/>
      </w:pPr>
      <w:r>
        <w:rPr>
          <w:sz w:val="22"/>
        </w:rPr>
        <w:t>A. Tăng</w:t>
      </w:r>
    </w:p>
    <w:p>
      <w:pPr>
        <w:pStyle w:val="ListParagraph"/>
      </w:pPr>
      <w:r>
        <w:rPr>
          <w:sz w:val="22"/>
        </w:rPr>
        <w:t>B. Giảm</w:t>
      </w:r>
    </w:p>
    <w:p>
      <w:pPr>
        <w:pStyle w:val="ListParagraph"/>
      </w:pPr>
      <w:r>
        <w:rPr>
          <w:sz w:val="22"/>
        </w:rPr>
        <w:t>C. Không đổi</w:t>
      </w:r>
    </w:p>
    <w:p>
      <w:pPr>
        <w:pStyle w:val="ListParagraph"/>
      </w:pPr>
      <w:r>
        <w:rPr>
          <w:sz w:val="22"/>
        </w:rPr>
        <w:t>D. Giảm rồi tăng</w:t>
      </w:r>
    </w:p>
    <w:p/>
    <w:p>
      <w:r>
        <w:rPr>
          <w:b/>
          <w:sz w:val="24"/>
        </w:rPr>
        <w:t>Câu 4: Nhiệt độ ảnh hưởng đến quang hợp chủ yếu thông qua yếu tố nào?</w:t>
      </w:r>
    </w:p>
    <w:p>
      <w:pPr>
        <w:pStyle w:val="ListParagraph"/>
      </w:pPr>
      <w:r>
        <w:rPr>
          <w:sz w:val="22"/>
        </w:rPr>
        <w:t>A. Hoạt tính của enzyme</w:t>
      </w:r>
    </w:p>
    <w:p>
      <w:pPr>
        <w:pStyle w:val="ListParagraph"/>
      </w:pPr>
      <w:r>
        <w:rPr>
          <w:sz w:val="22"/>
        </w:rPr>
        <w:t>B. Màu sắc của lá</w:t>
      </w:r>
    </w:p>
    <w:p>
      <w:pPr>
        <w:pStyle w:val="ListParagraph"/>
      </w:pPr>
      <w:r>
        <w:rPr>
          <w:sz w:val="22"/>
        </w:rPr>
        <w:t>C. Độ lớn của khí khổng</w:t>
      </w:r>
    </w:p>
    <w:p>
      <w:pPr>
        <w:pStyle w:val="ListParagraph"/>
      </w:pPr>
      <w:r>
        <w:rPr>
          <w:sz w:val="22"/>
        </w:rPr>
        <w:t>D. Số lượng lục lạp</w:t>
      </w:r>
    </w:p>
    <w:p/>
    <w:p>
      <w:r>
        <w:rPr>
          <w:b/>
          <w:sz w:val="24"/>
        </w:rPr>
        <w:t>Câu 5: Nguyên nhân chính khiến quang hợp giảm khi cây bị thiếu nước là:</w:t>
      </w:r>
    </w:p>
    <w:p>
      <w:pPr>
        <w:pStyle w:val="ListParagraph"/>
      </w:pPr>
      <w:r>
        <w:rPr>
          <w:sz w:val="22"/>
        </w:rPr>
        <w:t>A. Khí khổng đóng, hạn chế $CO_2$ đi vào lá</w:t>
      </w:r>
    </w:p>
    <w:p>
      <w:pPr>
        <w:pStyle w:val="ListParagraph"/>
      </w:pPr>
      <w:r>
        <w:rPr>
          <w:sz w:val="22"/>
        </w:rPr>
        <w:t>B. Diệp lục bị phân hủy hoàn toàn</w:t>
      </w:r>
    </w:p>
    <w:p>
      <w:pPr>
        <w:pStyle w:val="ListParagraph"/>
      </w:pPr>
      <w:r>
        <w:rPr>
          <w:sz w:val="22"/>
        </w:rPr>
        <w:t>C. Ánh sáng không thể chiếu tới lá</w:t>
      </w:r>
    </w:p>
    <w:p>
      <w:pPr>
        <w:pStyle w:val="ListParagraph"/>
      </w:pPr>
      <w:r>
        <w:rPr>
          <w:sz w:val="22"/>
        </w:rPr>
        <w:t>D. Nhiệt độ lá luôn giảm xuống</w:t>
      </w:r>
    </w:p>
    <w:p/>
    <w:p>
      <w:r>
        <w:rPr>
          <w:b/>
          <w:sz w:val="24"/>
        </w:rPr>
        <w:t>Câu 6: Trong quá trình quang hợp, năng lượng ánh sáng được chuyển hóa thành dạng năng lượng nào?</w:t>
      </w:r>
    </w:p>
    <w:p>
      <w:pPr>
        <w:pStyle w:val="ListParagraph"/>
      </w:pPr>
      <w:r>
        <w:rPr>
          <w:sz w:val="22"/>
        </w:rPr>
        <w:t>A. Nhiệt năng</w:t>
      </w:r>
    </w:p>
    <w:p>
      <w:pPr>
        <w:pStyle w:val="ListParagraph"/>
      </w:pPr>
      <w:r>
        <w:rPr>
          <w:sz w:val="22"/>
        </w:rPr>
        <w:t>B. Hóa năng trong chất hữu cơ</w:t>
      </w:r>
    </w:p>
    <w:p>
      <w:pPr>
        <w:pStyle w:val="ListParagraph"/>
      </w:pPr>
      <w:r>
        <w:rPr>
          <w:sz w:val="22"/>
        </w:rPr>
        <w:t>C. Cơ năng</w:t>
      </w:r>
    </w:p>
    <w:p>
      <w:pPr>
        <w:pStyle w:val="ListParagraph"/>
      </w:pPr>
      <w:r>
        <w:rPr>
          <w:sz w:val="22"/>
        </w:rPr>
        <w:t>D. Điện năng</w:t>
      </w:r>
    </w:p>
    <w:p/>
    <w:p>
      <w:r>
        <w:rPr>
          <w:b/>
          <w:sz w:val="24"/>
        </w:rPr>
        <w:t>Câu 7: Phát biểu nào sau đây sai khi nói về ảnh hưởng của ánh sáng đến quang hợp?</w:t>
      </w:r>
    </w:p>
    <w:p>
      <w:pPr>
        <w:pStyle w:val="ListParagraph"/>
      </w:pPr>
      <w:r>
        <w:rPr>
          <w:sz w:val="22"/>
        </w:rPr>
        <w:t>A. Cường độ ánh sáng tăng thì quang hợp tăng liên tục không giới hạn</w:t>
      </w:r>
    </w:p>
    <w:p>
      <w:pPr>
        <w:pStyle w:val="ListParagraph"/>
      </w:pPr>
      <w:r>
        <w:rPr>
          <w:sz w:val="22"/>
        </w:rPr>
        <w:t>B. Ánh sáng đỏ và xanh tím được hấp thụ mạnh</w:t>
      </w:r>
    </w:p>
    <w:p>
      <w:pPr>
        <w:pStyle w:val="ListParagraph"/>
      </w:pPr>
      <w:r>
        <w:rPr>
          <w:sz w:val="22"/>
        </w:rPr>
        <w:t>C. Ánh sáng quá mạnh có thể ức chế quang hợp</w:t>
      </w:r>
    </w:p>
    <w:p>
      <w:pPr>
        <w:pStyle w:val="ListParagraph"/>
      </w:pPr>
      <w:r>
        <w:rPr>
          <w:sz w:val="22"/>
        </w:rPr>
        <w:t>D. Cây ưa sáng cần cường độ ánh sáng cao hơn cây ưa bóng</w:t>
      </w:r>
    </w:p>
    <w:p/>
    <w:p>
      <w:r>
        <w:rPr>
          <w:b/>
          <w:sz w:val="24"/>
        </w:rPr>
        <w:t>Câu 8: Ứng dụng nào sau đây không dựa trên hiểu biết về các yếu tố ảnh hưởng đến quang hợp?</w:t>
      </w:r>
    </w:p>
    <w:p>
      <w:pPr>
        <w:pStyle w:val="ListParagraph"/>
      </w:pPr>
      <w:r>
        <w:rPr>
          <w:sz w:val="22"/>
        </w:rPr>
        <w:t>A. Trồng cây đúng mật độ</w:t>
      </w:r>
    </w:p>
    <w:p>
      <w:pPr>
        <w:pStyle w:val="ListParagraph"/>
      </w:pPr>
      <w:r>
        <w:rPr>
          <w:sz w:val="22"/>
        </w:rPr>
        <w:t>B. Tưới nước hợp lý</w:t>
      </w:r>
    </w:p>
    <w:p>
      <w:pPr>
        <w:pStyle w:val="ListParagraph"/>
      </w:pPr>
      <w:r>
        <w:rPr>
          <w:sz w:val="22"/>
        </w:rPr>
        <w:t>C. Bón phân đầy đủ</w:t>
      </w:r>
    </w:p>
    <w:p>
      <w:pPr>
        <w:pStyle w:val="ListParagraph"/>
      </w:pPr>
      <w:r>
        <w:rPr>
          <w:sz w:val="22"/>
        </w:rPr>
        <w:t>D. Phun thuốc trừ sâu với liều lượng cao</w:t>
      </w:r>
    </w:p>
    <w:p/>
    <w:p>
      <w:r>
        <w:rPr>
          <w:b/>
          <w:sz w:val="24"/>
        </w:rPr>
        <w:t>Câu 9: Trong nhà kính, người ta có thể tăng cường quang hợp bằng cách:</w:t>
      </w:r>
    </w:p>
    <w:p>
      <w:pPr>
        <w:pStyle w:val="ListParagraph"/>
      </w:pPr>
      <w:r>
        <w:rPr>
          <w:sz w:val="22"/>
        </w:rPr>
        <w:t>A. Tăng nồng độ $CO_2$</w:t>
      </w:r>
    </w:p>
    <w:p>
      <w:pPr>
        <w:pStyle w:val="ListParagraph"/>
      </w:pPr>
      <w:r>
        <w:rPr>
          <w:sz w:val="22"/>
        </w:rPr>
        <w:t>B. Tăng cường ánh sáng</w:t>
      </w:r>
    </w:p>
    <w:p>
      <w:pPr>
        <w:pStyle w:val="ListParagraph"/>
      </w:pPr>
      <w:r>
        <w:rPr>
          <w:sz w:val="22"/>
        </w:rPr>
        <w:t>C. Điều chỉnh nhiệt độ thích hợp</w:t>
      </w:r>
    </w:p>
    <w:p>
      <w:pPr>
        <w:pStyle w:val="ListParagraph"/>
      </w:pPr>
      <w:r>
        <w:rPr>
          <w:sz w:val="22"/>
        </w:rPr>
        <w:t>D. Cả A, B và C</w:t>
      </w:r>
    </w:p>
    <w:p/>
    <w:p>
      <w:r>
        <w:rPr>
          <w:b/>
          <w:sz w:val="24"/>
        </w:rPr>
        <w:t>Câu 10: Nguyên liệu và sản phẩm của quá trình quang hợp lần lượt là:</w:t>
      </w:r>
    </w:p>
    <w:p>
      <w:pPr>
        <w:pStyle w:val="ListParagraph"/>
      </w:pPr>
      <w:r>
        <w:rPr>
          <w:sz w:val="22"/>
        </w:rPr>
        <w:t>A. $CO_2$, $H_2O$, ánh sáng; $C_6H_{12}O_6$, $O_2$</w:t>
      </w:r>
    </w:p>
    <w:p>
      <w:pPr>
        <w:pStyle w:val="ListParagraph"/>
      </w:pPr>
      <w:r>
        <w:rPr>
          <w:sz w:val="22"/>
        </w:rPr>
        <w:t>B. $C_6H_{12}O_6$, $O_2$; $CO_2$, $H_2O$</w:t>
      </w:r>
    </w:p>
    <w:p>
      <w:pPr>
        <w:pStyle w:val="ListParagraph"/>
      </w:pPr>
      <w:r>
        <w:rPr>
          <w:sz w:val="22"/>
        </w:rPr>
        <w:t>C. $O_2$, $H_2O$; $C_6H_{12}O_6$, $CO_2$</w:t>
      </w:r>
    </w:p>
    <w:p>
      <w:pPr>
        <w:pStyle w:val="ListParagraph"/>
      </w:pPr>
      <w:r>
        <w:rPr>
          <w:sz w:val="22"/>
        </w:rPr>
        <w:t>D. $CO_2$, $C_6H_{12}O_6$; $H_2O$, $O_2$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