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III. MATCH THE WORDS/PHRASES WITH THEIR DEFIN...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is the definition of 'consultant'?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2: What is the definition of 'strategy'?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3: What is the definition of 'subordinate'?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4: What is the definition of 'innovation'?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5: What is the definition of 'infrastructure'?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6: What is the definition of 'tertiary sector'?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7: What is the definition of 'manufacture'?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8: What is the definition of 'labour'?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9: What is the definition of 'crisis'?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rPr>
          <w:b/>
          <w:sz w:val="24"/>
        </w:rPr>
        <w:t>Câu 10: What is the definition of 'quaternary sector'?</w:t>
      </w:r>
    </w:p>
    <w:p>
      <w:pPr>
        <w:pStyle w:val="ListParagraph"/>
      </w:pPr>
      <w:r>
        <w:rPr>
          <w:sz w:val="22"/>
        </w:rPr>
        <w:t>A. A difficult or dangerous situation</w:t>
      </w:r>
    </w:p>
    <w:p>
      <w:pPr>
        <w:pStyle w:val="ListParagraph"/>
      </w:pPr>
      <w:r>
        <w:rPr>
          <w:sz w:val="22"/>
        </w:rPr>
        <w:t>B. A person who gives expert advice</w:t>
      </w:r>
    </w:p>
    <w:p>
      <w:pPr>
        <w:pStyle w:val="ListParagraph"/>
      </w:pPr>
      <w:r>
        <w:rPr>
          <w:sz w:val="22"/>
        </w:rPr>
        <w:t>C. A long-term plan to achieve goals</w:t>
      </w:r>
    </w:p>
    <w:p>
      <w:pPr>
        <w:pStyle w:val="ListParagraph"/>
      </w:pPr>
      <w:r>
        <w:rPr>
          <w:sz w:val="22"/>
        </w:rPr>
        <w:t>D. A lower-ranking employee</w:t>
      </w:r>
    </w:p>
    <w:p>
      <w:pPr>
        <w:pStyle w:val="ListParagraph"/>
      </w:pPr>
      <w:r>
        <w:rPr>
          <w:sz w:val="22"/>
        </w:rPr>
        <w:t>E. New ideas or methods</w:t>
      </w:r>
    </w:p>
    <w:p>
      <w:pPr>
        <w:pStyle w:val="ListParagraph"/>
      </w:pPr>
      <w:r>
        <w:rPr>
          <w:sz w:val="22"/>
        </w:rPr>
        <w:t>F. Basic systems such as roads, electricity and transport</w:t>
      </w:r>
    </w:p>
    <w:p>
      <w:pPr>
        <w:pStyle w:val="ListParagraph"/>
      </w:pPr>
      <w:r>
        <w:rPr>
          <w:sz w:val="22"/>
        </w:rPr>
        <w:t>G. To produce goods</w:t>
      </w:r>
    </w:p>
    <w:p>
      <w:pPr>
        <w:pStyle w:val="ListParagraph"/>
      </w:pPr>
      <w:r>
        <w:rPr>
          <w:sz w:val="22"/>
        </w:rPr>
        <w:t>H. Human effort used in production</w:t>
      </w:r>
    </w:p>
    <w:p>
      <w:pPr>
        <w:pStyle w:val="ListParagraph"/>
      </w:pPr>
      <w:r>
        <w:rPr>
          <w:sz w:val="22"/>
        </w:rPr>
        <w:t>I. Commercial services provided to customers</w:t>
      </w:r>
    </w:p>
    <w:p>
      <w:pPr>
        <w:pStyle w:val="ListParagraph"/>
      </w:pPr>
      <w:r>
        <w:rPr>
          <w:sz w:val="22"/>
        </w:rPr>
        <w:t>J. Information, research and knowledge-based services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E</w:t>
      </w:r>
    </w:p>
    <w:p>
      <w:r>
        <w:rPr>
          <w:b/>
        </w:rPr>
        <w:t>Câu 5: Đáp án đúng: F</w:t>
      </w:r>
    </w:p>
    <w:p>
      <w:r>
        <w:rPr>
          <w:b/>
        </w:rPr>
        <w:t>Câu 6: Đáp án đúng: I</w:t>
      </w:r>
    </w:p>
    <w:p>
      <w:r>
        <w:rPr>
          <w:b/>
        </w:rPr>
        <w:t>Câu 7: Đáp án đúng: G</w:t>
      </w:r>
    </w:p>
    <w:p>
      <w:r>
        <w:rPr>
          <w:b/>
        </w:rPr>
        <w:t>Câu 8: Đáp án đúng: H</w:t>
      </w:r>
    </w:p>
    <w:p>
      <w:r>
        <w:rPr>
          <w:b/>
        </w:rPr>
        <w:t>Câu 9: Đáp án đúng: I</w:t>
      </w:r>
    </w:p>
    <w:p>
      <w:r>
        <w:rPr>
          <w:b/>
        </w:rPr>
        <w:t>Câu 10: Đáp án đúng: J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