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Tin học - PHẦN I. CÂU TRẮC NGHIỆM NHIỀU PHƢƠNG ÁN LỰA CHỌN.</w:t>
      </w:r>
    </w:p>
    <w:p>
      <w:pPr>
        <w:jc w:val="center"/>
      </w:pPr>
      <w:r>
        <w:rPr>
          <w:sz w:val="22"/>
        </w:rPr>
        <w:t>Số câu: 35    Thời gian: _____ phút    Họ và tên: _________________________</w:t>
      </w:r>
    </w:p>
    <w:p/>
    <w:p>
      <w:r>
        <w:rPr>
          <w:b/>
          <w:sz w:val="24"/>
        </w:rPr>
        <w:t>Câu 1: Hai hệ điều hành phổ biến cho thiết bị di động?</w:t>
      </w:r>
    </w:p>
    <w:p>
      <w:pPr>
        <w:pStyle w:val="ListParagraph"/>
      </w:pPr>
      <w:r>
        <w:rPr>
          <w:sz w:val="22"/>
        </w:rPr>
        <w:t>A. MAC và JAVA</w:t>
      </w:r>
    </w:p>
    <w:p>
      <w:pPr>
        <w:pStyle w:val="ListParagraph"/>
      </w:pPr>
      <w:r>
        <w:rPr>
          <w:sz w:val="22"/>
        </w:rPr>
        <w:t>B. IOS và Android</w:t>
      </w:r>
    </w:p>
    <w:p>
      <w:pPr>
        <w:pStyle w:val="ListParagraph"/>
      </w:pPr>
      <w:r>
        <w:rPr>
          <w:sz w:val="22"/>
        </w:rPr>
        <w:t>C. CONTROL và BETA</w:t>
      </w:r>
    </w:p>
    <w:p>
      <w:pPr>
        <w:pStyle w:val="ListParagraph"/>
      </w:pPr>
      <w:r>
        <w:rPr>
          <w:sz w:val="22"/>
        </w:rPr>
        <w:t>D. Android và QC</w:t>
      </w:r>
    </w:p>
    <w:p/>
    <w:p>
      <w:r>
        <w:rPr>
          <w:b/>
          <w:sz w:val="24"/>
        </w:rPr>
        <w:t>Câu 2: Chức năng của hệ điều hành?</w:t>
      </w:r>
    </w:p>
    <w:p>
      <w:pPr>
        <w:pStyle w:val="ListParagraph"/>
      </w:pPr>
      <w:r>
        <w:rPr>
          <w:sz w:val="22"/>
        </w:rPr>
        <w:t>A. Quản lý thiết bị, lưu trữ dữ liệu</w:t>
      </w:r>
    </w:p>
    <w:p>
      <w:pPr>
        <w:pStyle w:val="ListParagraph"/>
      </w:pPr>
      <w:r>
        <w:rPr>
          <w:sz w:val="22"/>
        </w:rPr>
        <w:t>B. Cung cấp môi trường giao tiếp, tiện ích, giúp nâng cao hiệu qảu sử dụng máy tính</w:t>
      </w:r>
    </w:p>
    <w:p>
      <w:pPr>
        <w:pStyle w:val="ListParagraph"/>
      </w:pPr>
      <w:r>
        <w:rPr>
          <w:sz w:val="22"/>
        </w:rPr>
        <w:t>C. Tổ chức thực hiện chương trình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3: Windows phiên bản 1 được phát hành vào năm?</w:t>
      </w:r>
    </w:p>
    <w:p>
      <w:pPr>
        <w:pStyle w:val="ListParagraph"/>
      </w:pPr>
      <w:r>
        <w:rPr>
          <w:sz w:val="22"/>
        </w:rPr>
        <w:t>A. 1985</w:t>
      </w:r>
    </w:p>
    <w:p>
      <w:pPr>
        <w:pStyle w:val="ListParagraph"/>
      </w:pPr>
      <w:r>
        <w:rPr>
          <w:sz w:val="22"/>
        </w:rPr>
        <w:t>B. 2000</w:t>
      </w:r>
    </w:p>
    <w:p>
      <w:pPr>
        <w:pStyle w:val="ListParagraph"/>
      </w:pPr>
      <w:r>
        <w:rPr>
          <w:sz w:val="22"/>
        </w:rPr>
        <w:t>C. 1990</w:t>
      </w:r>
    </w:p>
    <w:p>
      <w:pPr>
        <w:pStyle w:val="ListParagraph"/>
      </w:pPr>
      <w:r>
        <w:rPr>
          <w:sz w:val="22"/>
        </w:rPr>
        <w:t>D. 1979</w:t>
      </w:r>
    </w:p>
    <w:p/>
    <w:p>
      <w:r>
        <w:rPr>
          <w:b/>
          <w:sz w:val="24"/>
        </w:rPr>
        <w:t>Câu 4: Cửa sổ là?</w:t>
      </w:r>
    </w:p>
    <w:p>
      <w:pPr>
        <w:pStyle w:val="ListParagraph"/>
      </w:pPr>
      <w:r>
        <w:rPr>
          <w:sz w:val="22"/>
        </w:rPr>
        <w:t>A. Một vùng hình vuông trên màn hình dành cho một ứng dụng</w:t>
      </w:r>
    </w:p>
    <w:p>
      <w:pPr>
        <w:pStyle w:val="ListParagraph"/>
      </w:pPr>
      <w:r>
        <w:rPr>
          <w:sz w:val="22"/>
        </w:rPr>
        <w:t>B. Một vùng hình chữ nhật trên màn hình dành cho nhiều ứng dụng</w:t>
      </w:r>
    </w:p>
    <w:p>
      <w:pPr>
        <w:pStyle w:val="ListParagraph"/>
      </w:pPr>
      <w:r>
        <w:rPr>
          <w:sz w:val="22"/>
        </w:rPr>
        <w:t>C. Nhiều vùng hình chữ nhật trên màn hình dành cho một ứng dụng</w:t>
      </w:r>
    </w:p>
    <w:p>
      <w:pPr>
        <w:pStyle w:val="ListParagraph"/>
      </w:pPr>
      <w:r>
        <w:rPr>
          <w:sz w:val="22"/>
        </w:rPr>
        <w:t>D. Một vùng hình chữ nhật trên màn hình dành cho một ứng dụng</w:t>
      </w:r>
    </w:p>
    <w:p/>
    <w:p>
      <w:r>
        <w:rPr>
          <w:b/>
          <w:sz w:val="24"/>
        </w:rPr>
        <w:t>Câu 5: Một số trình duyệt Web hiện nay là?</w:t>
      </w:r>
    </w:p>
    <w:p>
      <w:pPr>
        <w:pStyle w:val="ListParagraph"/>
      </w:pPr>
      <w:r>
        <w:rPr>
          <w:sz w:val="22"/>
        </w:rPr>
        <w:t>A. Mozilla FireFox</w:t>
      </w:r>
    </w:p>
    <w:p>
      <w:pPr>
        <w:pStyle w:val="ListParagraph"/>
      </w:pPr>
      <w:r>
        <w:rPr>
          <w:sz w:val="22"/>
        </w:rPr>
        <w:t>B. Internet Explorer</w:t>
      </w:r>
    </w:p>
    <w:p>
      <w:pPr>
        <w:pStyle w:val="ListParagraph"/>
      </w:pPr>
      <w:r>
        <w:rPr>
          <w:sz w:val="22"/>
        </w:rPr>
        <w:t>C. Google Chrome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6: Em có thể sử dụng tiện ích của File Explorer của Window để?</w:t>
      </w:r>
    </w:p>
    <w:p>
      <w:pPr>
        <w:pStyle w:val="ListParagraph"/>
      </w:pPr>
      <w:r>
        <w:rPr>
          <w:sz w:val="22"/>
        </w:rPr>
        <w:t>A. Truy cập nhanh các phần mềm ứng dụng</w:t>
      </w:r>
    </w:p>
    <w:p>
      <w:pPr>
        <w:pStyle w:val="ListParagraph"/>
      </w:pPr>
      <w:r>
        <w:rPr>
          <w:sz w:val="22"/>
        </w:rPr>
        <w:t>B. Quản lý tệp và thư mục</w:t>
      </w:r>
    </w:p>
    <w:p>
      <w:pPr>
        <w:pStyle w:val="ListParagraph"/>
      </w:pPr>
      <w:r>
        <w:rPr>
          <w:sz w:val="22"/>
        </w:rPr>
        <w:t>C. Quan sát trạng thái hiển thị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7: Để làm xuất hiện bảng chọn các lệnh có thể thực hiện với tệp thì ta phải?</w:t>
      </w:r>
    </w:p>
    <w:p>
      <w:pPr>
        <w:pStyle w:val="ListParagraph"/>
      </w:pPr>
      <w:r>
        <w:rPr>
          <w:sz w:val="22"/>
        </w:rPr>
        <w:t>A. Nháy nút trái chuột</w:t>
      </w:r>
    </w:p>
    <w:p>
      <w:pPr>
        <w:pStyle w:val="ListParagraph"/>
      </w:pPr>
      <w:r>
        <w:rPr>
          <w:sz w:val="22"/>
        </w:rPr>
        <w:t>B. Nháy đúp chuột</w:t>
      </w:r>
    </w:p>
    <w:p>
      <w:pPr>
        <w:pStyle w:val="ListParagraph"/>
      </w:pPr>
      <w:r>
        <w:rPr>
          <w:sz w:val="22"/>
        </w:rPr>
        <w:t>C. Nháy nút phải chuột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8: Đĩa cứng là?</w:t>
      </w:r>
    </w:p>
    <w:p>
      <w:pPr>
        <w:pStyle w:val="ListParagraph"/>
      </w:pPr>
      <w:r>
        <w:rPr>
          <w:sz w:val="22"/>
        </w:rPr>
        <w:t>A. Là đĩa kim loại chứa phần mềm</w:t>
      </w:r>
    </w:p>
    <w:p>
      <w:pPr>
        <w:pStyle w:val="ListParagraph"/>
      </w:pPr>
      <w:r>
        <w:rPr>
          <w:sz w:val="22"/>
        </w:rPr>
        <w:t>B. Loại đĩa kim loại phủ vật liệu từ tính</w:t>
      </w:r>
    </w:p>
    <w:p>
      <w:pPr>
        <w:pStyle w:val="ListParagraph"/>
      </w:pPr>
      <w:r>
        <w:rPr>
          <w:sz w:val="22"/>
        </w:rPr>
        <w:t>C. Là đĩa kim loại chứa các tiện ích</w:t>
      </w:r>
    </w:p>
    <w:p>
      <w:pPr>
        <w:pStyle w:val="ListParagraph"/>
      </w:pPr>
      <w:r>
        <w:rPr>
          <w:sz w:val="22"/>
        </w:rPr>
        <w:t>D. Là đĩa kim loại chứa các ứng dụng</w:t>
      </w:r>
    </w:p>
    <w:p/>
    <w:p>
      <w:r>
        <w:rPr>
          <w:b/>
          <w:sz w:val="24"/>
        </w:rPr>
        <w:t>Câu 9: Tiện ích có thể hỗ trợ công việc nào dưới đây?</w:t>
      </w:r>
    </w:p>
    <w:p>
      <w:pPr>
        <w:pStyle w:val="ListParagraph"/>
      </w:pPr>
      <w:r>
        <w:rPr>
          <w:sz w:val="22"/>
        </w:rPr>
        <w:t>A. Ứng dụng tính toán</w:t>
      </w:r>
    </w:p>
    <w:p>
      <w:pPr>
        <w:pStyle w:val="ListParagraph"/>
      </w:pPr>
      <w:r>
        <w:rPr>
          <w:sz w:val="22"/>
        </w:rPr>
        <w:t>B. Chụp ảnh màn hình</w:t>
      </w:r>
    </w:p>
    <w:p>
      <w:pPr>
        <w:pStyle w:val="ListParagraph"/>
      </w:pPr>
      <w:r>
        <w:rPr>
          <w:sz w:val="22"/>
        </w:rPr>
        <w:t>C. Gõ tiếng Việt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10: Thiết bị di động cung cấp người dùng tiện ích nào dưới đây?</w:t>
      </w:r>
    </w:p>
    <w:p>
      <w:pPr>
        <w:pStyle w:val="ListParagraph"/>
      </w:pPr>
      <w:r>
        <w:rPr>
          <w:sz w:val="22"/>
        </w:rPr>
        <w:t>A. Quản lý danh bạ</w:t>
      </w:r>
    </w:p>
    <w:p>
      <w:pPr>
        <w:pStyle w:val="ListParagraph"/>
      </w:pPr>
      <w:r>
        <w:rPr>
          <w:sz w:val="22"/>
        </w:rPr>
        <w:t>B. Nhắn tin</w:t>
      </w:r>
    </w:p>
    <w:p>
      <w:pPr>
        <w:pStyle w:val="ListParagraph"/>
      </w:pPr>
      <w:r>
        <w:rPr>
          <w:sz w:val="22"/>
        </w:rPr>
        <w:t>C. Hẹn giờ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11: Phần mền thương mại là?</w:t>
      </w:r>
    </w:p>
    <w:p>
      <w:pPr>
        <w:pStyle w:val="ListParagraph"/>
      </w:pPr>
      <w:r>
        <w:rPr>
          <w:sz w:val="22"/>
        </w:rPr>
        <w:t>A. Phần mềm miễn phí</w:t>
      </w:r>
    </w:p>
    <w:p>
      <w:pPr>
        <w:pStyle w:val="ListParagraph"/>
      </w:pPr>
      <w:r>
        <w:rPr>
          <w:sz w:val="22"/>
        </w:rPr>
        <w:t>B. Phần mềm cung cấp toàn bọ chức năng của máy tính</w:t>
      </w:r>
    </w:p>
    <w:p>
      <w:pPr>
        <w:pStyle w:val="ListParagraph"/>
      </w:pPr>
      <w:r>
        <w:rPr>
          <w:sz w:val="22"/>
        </w:rPr>
        <w:t>C. Là phần mềm thống trị</w:t>
      </w:r>
    </w:p>
    <w:p>
      <w:pPr>
        <w:pStyle w:val="ListParagraph"/>
      </w:pPr>
      <w:r>
        <w:rPr>
          <w:sz w:val="22"/>
        </w:rPr>
        <w:t>D. Phần mềm sản xuất ra để bán</w:t>
      </w:r>
    </w:p>
    <w:p/>
    <w:p>
      <w:r>
        <w:rPr>
          <w:b/>
          <w:sz w:val="24"/>
        </w:rPr>
        <w:t>Câu 12: Phần mềm cho phép máy tính tương tác với người sử dụng, ứng dụng và phần cứng được gọi là gì?</w:t>
      </w:r>
    </w:p>
    <w:p>
      <w:pPr>
        <w:pStyle w:val="ListParagraph"/>
      </w:pPr>
      <w:r>
        <w:rPr>
          <w:sz w:val="22"/>
        </w:rPr>
        <w:t>A. Phần mềm hệ thống</w:t>
      </w:r>
    </w:p>
    <w:p>
      <w:pPr>
        <w:pStyle w:val="ListParagraph"/>
      </w:pPr>
      <w:r>
        <w:rPr>
          <w:sz w:val="22"/>
        </w:rPr>
        <w:t>B. Trình xử lý văn bản</w:t>
      </w:r>
    </w:p>
    <w:p>
      <w:pPr>
        <w:pStyle w:val="ListParagraph"/>
      </w:pPr>
      <w:r>
        <w:rPr>
          <w:sz w:val="22"/>
        </w:rPr>
        <w:t>C. Phần mềm cơ sở dữ liệu</w:t>
      </w:r>
    </w:p>
    <w:p>
      <w:pPr>
        <w:pStyle w:val="ListParagraph"/>
      </w:pPr>
      <w:r>
        <w:rPr>
          <w:sz w:val="22"/>
        </w:rPr>
        <w:t>D. Cả A và C đúng</w:t>
      </w:r>
    </w:p>
    <w:p/>
    <w:p>
      <w:r>
        <w:rPr>
          <w:b/>
          <w:sz w:val="24"/>
        </w:rPr>
        <w:t>Câu 13: Chi phí cho phần mềm nguồn mở?</w:t>
      </w:r>
    </w:p>
    <w:p>
      <w:pPr>
        <w:pStyle w:val="ListParagraph"/>
      </w:pPr>
      <w:r>
        <w:rPr>
          <w:sz w:val="22"/>
        </w:rPr>
        <w:t>A. Mất phí mua phần mềm và chuyển giao</w:t>
      </w:r>
    </w:p>
    <w:p>
      <w:pPr>
        <w:pStyle w:val="ListParagraph"/>
      </w:pPr>
      <w:r>
        <w:rPr>
          <w:sz w:val="22"/>
        </w:rPr>
        <w:t>B. Chỉ mất phí chuyển giao nếu có</w:t>
      </w:r>
    </w:p>
    <w:p>
      <w:pPr>
        <w:pStyle w:val="ListParagraph"/>
      </w:pPr>
      <w:r>
        <w:rPr>
          <w:sz w:val="22"/>
        </w:rPr>
        <w:t>C. Chỉ mất phí mua phần mềm</w:t>
      </w:r>
    </w:p>
    <w:p>
      <w:pPr>
        <w:pStyle w:val="ListParagraph"/>
      </w:pPr>
      <w:r>
        <w:rPr>
          <w:sz w:val="22"/>
        </w:rPr>
        <w:t>D. Được hỗ trợ miễn phí 100%</w:t>
      </w:r>
    </w:p>
    <w:p/>
    <w:p>
      <w:r>
        <w:rPr>
          <w:b/>
          <w:sz w:val="24"/>
        </w:rPr>
        <w:t>Câu 14: Phần mềm thương mại văn phòng?</w:t>
      </w:r>
    </w:p>
    <w:p>
      <w:pPr>
        <w:pStyle w:val="ListParagraph"/>
      </w:pPr>
      <w:r>
        <w:rPr>
          <w:sz w:val="22"/>
        </w:rPr>
        <w:t>A. Word</w:t>
      </w:r>
    </w:p>
    <w:p>
      <w:pPr>
        <w:pStyle w:val="ListParagraph"/>
      </w:pPr>
      <w:r>
        <w:rPr>
          <w:sz w:val="22"/>
        </w:rPr>
        <w:t>B. Excel</w:t>
      </w:r>
    </w:p>
    <w:p>
      <w:pPr>
        <w:pStyle w:val="ListParagraph"/>
      </w:pPr>
      <w:r>
        <w:rPr>
          <w:sz w:val="22"/>
        </w:rPr>
        <w:t>C. PowerPoint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15: Ưu điểm của phần mềm nguồn mở?</w:t>
      </w:r>
    </w:p>
    <w:p>
      <w:pPr>
        <w:pStyle w:val="ListParagraph"/>
      </w:pPr>
      <w:r>
        <w:rPr>
          <w:sz w:val="22"/>
        </w:rPr>
        <w:t>A. Người dùng tùy biến thế nào cũng được</w:t>
      </w:r>
    </w:p>
    <w:p>
      <w:pPr>
        <w:pStyle w:val="ListParagraph"/>
      </w:pPr>
      <w:r>
        <w:rPr>
          <w:sz w:val="22"/>
        </w:rPr>
        <w:t>B. Tính linh hoạt cao và có cộng đồng phát triển đông đảo</w:t>
      </w:r>
    </w:p>
    <w:p>
      <w:pPr>
        <w:pStyle w:val="ListParagraph"/>
      </w:pPr>
      <w:r>
        <w:rPr>
          <w:sz w:val="22"/>
        </w:rPr>
        <w:t>C. Không boa giờ xảy ra lỗi</w:t>
      </w:r>
    </w:p>
    <w:p>
      <w:pPr>
        <w:pStyle w:val="ListParagraph"/>
      </w:pPr>
      <w:r>
        <w:rPr>
          <w:sz w:val="22"/>
        </w:rPr>
        <w:t>D. Được bảo hành trọn đời</w:t>
      </w:r>
    </w:p>
    <w:p/>
    <w:p>
      <w:r>
        <w:rPr>
          <w:b/>
          <w:sz w:val="24"/>
        </w:rPr>
        <w:t>Câu 16: Các thiết bị bên trong máy tính gồm?</w:t>
      </w:r>
    </w:p>
    <w:p>
      <w:pPr>
        <w:pStyle w:val="ListParagraph"/>
      </w:pPr>
      <w:r>
        <w:rPr>
          <w:sz w:val="22"/>
        </w:rPr>
        <w:t>A. Bộ xử lý trung tâm, bộ nhớ trong ROM và RAM</w:t>
      </w:r>
    </w:p>
    <w:p>
      <w:pPr>
        <w:pStyle w:val="ListParagraph"/>
      </w:pPr>
      <w:r>
        <w:rPr>
          <w:sz w:val="22"/>
        </w:rPr>
        <w:t>B. Bộ xử lý trung tâm, bộ nhớ trong ROM và RAM, Bộ nhớ ngoài</w:t>
      </w:r>
    </w:p>
    <w:p>
      <w:pPr>
        <w:pStyle w:val="ListParagraph"/>
      </w:pPr>
      <w:r>
        <w:rPr>
          <w:sz w:val="22"/>
        </w:rPr>
        <w:t>C. Bộ xử lý trung tâm, bộ nhớ trong ROM và RAM, bộ xử lý ngoại vi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17: CPU được cấu tạo từ hai bộ phận chính là?</w:t>
      </w:r>
    </w:p>
    <w:p>
      <w:pPr>
        <w:pStyle w:val="ListParagraph"/>
      </w:pPr>
      <w:r>
        <w:rPr>
          <w:sz w:val="22"/>
        </w:rPr>
        <w:t>A. Bộ số học và logic; Bộ điều khiển</w:t>
      </w:r>
    </w:p>
    <w:p>
      <w:pPr>
        <w:pStyle w:val="ListParagraph"/>
      </w:pPr>
      <w:r>
        <w:rPr>
          <w:sz w:val="22"/>
        </w:rPr>
        <w:t>B. Bộ điều khiển và bộ tính toán</w:t>
      </w:r>
    </w:p>
    <w:p>
      <w:pPr>
        <w:pStyle w:val="ListParagraph"/>
      </w:pPr>
      <w:r>
        <w:rPr>
          <w:sz w:val="22"/>
        </w:rPr>
        <w:t>C. Bộ điều khiển và bộ xóa</w:t>
      </w:r>
    </w:p>
    <w:p>
      <w:pPr>
        <w:pStyle w:val="ListParagraph"/>
      </w:pPr>
      <w:r>
        <w:rPr>
          <w:sz w:val="22"/>
        </w:rPr>
        <w:t>D. Bộ thư mục và bộ giải nén</w:t>
      </w:r>
    </w:p>
    <w:p/>
    <w:p>
      <w:r>
        <w:rPr>
          <w:b/>
          <w:sz w:val="24"/>
        </w:rPr>
        <w:t>Câu 18: Mọi mạch lôgic đều có thể xây dựng từ các cổng?</w:t>
      </w:r>
    </w:p>
    <w:p>
      <w:pPr>
        <w:pStyle w:val="ListParagraph"/>
      </w:pPr>
      <w:r>
        <w:rPr>
          <w:sz w:val="22"/>
        </w:rPr>
        <w:t>A. AND</w:t>
      </w:r>
    </w:p>
    <w:p>
      <w:pPr>
        <w:pStyle w:val="ListParagraph"/>
      </w:pPr>
      <w:r>
        <w:rPr>
          <w:sz w:val="22"/>
        </w:rPr>
        <w:t>B. OR</w:t>
      </w:r>
    </w:p>
    <w:p>
      <w:pPr>
        <w:pStyle w:val="ListParagraph"/>
      </w:pPr>
      <w:r>
        <w:rPr>
          <w:sz w:val="22"/>
        </w:rPr>
        <w:t>C. NOT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19: Phép hoặc loại trừ XOR cho kết quả bằng 1 khi?</w:t>
      </w:r>
    </w:p>
    <w:p>
      <w:pPr>
        <w:pStyle w:val="ListParagraph"/>
      </w:pPr>
      <w:r>
        <w:rPr>
          <w:sz w:val="22"/>
        </w:rPr>
        <w:t>A. Các đại lượng không có giá trị</w:t>
      </w:r>
    </w:p>
    <w:p>
      <w:pPr>
        <w:pStyle w:val="ListParagraph"/>
      </w:pPr>
      <w:r>
        <w:rPr>
          <w:sz w:val="22"/>
        </w:rPr>
        <w:t>B. các đại lượng giống nhau</w:t>
      </w:r>
    </w:p>
    <w:p>
      <w:pPr>
        <w:pStyle w:val="ListParagraph"/>
      </w:pPr>
      <w:r>
        <w:rPr>
          <w:sz w:val="22"/>
        </w:rPr>
        <w:t>C. các đại lượng khác nhau</w:t>
      </w:r>
    </w:p>
    <w:p>
      <w:pPr>
        <w:pStyle w:val="ListParagraph"/>
      </w:pPr>
      <w:r>
        <w:rPr>
          <w:sz w:val="22"/>
        </w:rPr>
        <w:t>D. Tất cả đều sai</w:t>
      </w:r>
    </w:p>
    <w:p/>
    <w:p>
      <w:r>
        <w:rPr>
          <w:b/>
          <w:sz w:val="24"/>
        </w:rPr>
        <w:t>Câu 20: Giá trị của chữ số 10011 là?</w:t>
      </w:r>
    </w:p>
    <w:p>
      <w:pPr>
        <w:pStyle w:val="ListParagraph"/>
      </w:pPr>
      <w:r>
        <w:rPr>
          <w:sz w:val="22"/>
        </w:rPr>
        <w:t>A. 19</w:t>
      </w:r>
    </w:p>
    <w:p>
      <w:pPr>
        <w:pStyle w:val="ListParagraph"/>
      </w:pPr>
      <w:r>
        <w:rPr>
          <w:sz w:val="22"/>
        </w:rPr>
        <w:t>B. 20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21</w:t>
      </w:r>
    </w:p>
    <w:p/>
    <w:p>
      <w:r>
        <w:rPr>
          <w:b/>
          <w:sz w:val="24"/>
        </w:rPr>
        <w:t>Câu 21: Thiết bị vào cho phép nhập dữ liệu là?</w:t>
      </w:r>
    </w:p>
    <w:p>
      <w:pPr>
        <w:pStyle w:val="ListParagraph"/>
      </w:pPr>
      <w:r>
        <w:rPr>
          <w:sz w:val="22"/>
        </w:rPr>
        <w:t>A. Màn hình, bàn phím, máy fax,..</w:t>
      </w:r>
    </w:p>
    <w:p>
      <w:pPr>
        <w:pStyle w:val="ListParagraph"/>
      </w:pPr>
      <w:r>
        <w:rPr>
          <w:sz w:val="22"/>
        </w:rPr>
        <w:t>B. Chột, màn hình, máy in,…</w:t>
      </w:r>
    </w:p>
    <w:p>
      <w:pPr>
        <w:pStyle w:val="ListParagraph"/>
      </w:pPr>
      <w:r>
        <w:rPr>
          <w:sz w:val="22"/>
        </w:rPr>
        <w:t>C. Bàn phím, chuột, màn hình,…</w:t>
      </w:r>
    </w:p>
    <w:p>
      <w:pPr>
        <w:pStyle w:val="ListParagraph"/>
      </w:pPr>
      <w:r>
        <w:rPr>
          <w:sz w:val="22"/>
        </w:rPr>
        <w:t>D. Bàn phím, chuột, camera số,..</w:t>
      </w:r>
    </w:p>
    <w:p/>
    <w:p>
      <w:r>
        <w:rPr>
          <w:b/>
          <w:sz w:val="24"/>
        </w:rPr>
        <w:t>Câu 22: Thiết bị ra chuyển thông tin ra ngoài?</w:t>
      </w:r>
    </w:p>
    <w:p>
      <w:pPr>
        <w:pStyle w:val="ListParagraph"/>
      </w:pPr>
      <w:r>
        <w:rPr>
          <w:sz w:val="22"/>
        </w:rPr>
        <w:t>A. Màn hình, máy in, máy chiếu</w:t>
      </w:r>
    </w:p>
    <w:p>
      <w:pPr>
        <w:pStyle w:val="ListParagraph"/>
      </w:pPr>
      <w:r>
        <w:rPr>
          <w:sz w:val="22"/>
        </w:rPr>
        <w:t>B. Màn hình, bàn phím, chuột</w:t>
      </w:r>
    </w:p>
    <w:p>
      <w:pPr>
        <w:pStyle w:val="ListParagraph"/>
      </w:pPr>
      <w:r>
        <w:rPr>
          <w:sz w:val="22"/>
        </w:rPr>
        <w:t>C. Bộ điều khiển</w:t>
      </w:r>
    </w:p>
    <w:p>
      <w:pPr>
        <w:pStyle w:val="ListParagraph"/>
      </w:pPr>
      <w:r>
        <w:rPr>
          <w:sz w:val="22"/>
        </w:rPr>
        <w:t>D. Máy in, máy fax, chuột</w:t>
      </w:r>
    </w:p>
    <w:p/>
    <w:p>
      <w:r>
        <w:rPr>
          <w:b/>
          <w:sz w:val="24"/>
        </w:rPr>
        <w:t>Câu 23: Thiết bị nhập dữ liệu thông dụng nhất?</w:t>
      </w:r>
    </w:p>
    <w:p>
      <w:pPr>
        <w:pStyle w:val="ListParagraph"/>
      </w:pPr>
      <w:r>
        <w:rPr>
          <w:sz w:val="22"/>
        </w:rPr>
        <w:t>A. Màn hình</w:t>
      </w:r>
    </w:p>
    <w:p>
      <w:pPr>
        <w:pStyle w:val="ListParagraph"/>
      </w:pPr>
      <w:r>
        <w:rPr>
          <w:sz w:val="22"/>
        </w:rPr>
        <w:t>B. Bàn phím</w:t>
      </w:r>
    </w:p>
    <w:p>
      <w:pPr>
        <w:pStyle w:val="ListParagraph"/>
      </w:pPr>
      <w:r>
        <w:rPr>
          <w:sz w:val="22"/>
        </w:rPr>
        <w:t>C. Chuột</w:t>
      </w:r>
    </w:p>
    <w:p>
      <w:pPr>
        <w:pStyle w:val="ListParagraph"/>
      </w:pPr>
      <w:r>
        <w:rPr>
          <w:sz w:val="22"/>
        </w:rPr>
        <w:t>D. HDMI</w:t>
      </w:r>
    </w:p>
    <w:p/>
    <w:p>
      <w:r>
        <w:rPr>
          <w:b/>
          <w:sz w:val="24"/>
        </w:rPr>
        <w:t>Câu 24: Các loại máy in thông dụng?</w:t>
      </w:r>
    </w:p>
    <w:p>
      <w:pPr>
        <w:pStyle w:val="ListParagraph"/>
      </w:pPr>
      <w:r>
        <w:rPr>
          <w:sz w:val="22"/>
        </w:rPr>
        <w:t>A. Máy in kim, laser, phun và nhiệt</w:t>
      </w:r>
    </w:p>
    <w:p>
      <w:pPr>
        <w:pStyle w:val="ListParagraph"/>
      </w:pPr>
      <w:r>
        <w:rPr>
          <w:sz w:val="22"/>
        </w:rPr>
        <w:t>B. Máy in kim, laser, phun và lạnh</w:t>
      </w:r>
    </w:p>
    <w:p>
      <w:pPr>
        <w:pStyle w:val="ListParagraph"/>
      </w:pPr>
      <w:r>
        <w:rPr>
          <w:sz w:val="22"/>
        </w:rPr>
        <w:t>C. Máy in kim, laser, châm và nghiền</w:t>
      </w:r>
    </w:p>
    <w:p>
      <w:pPr>
        <w:pStyle w:val="ListParagraph"/>
      </w:pPr>
      <w:r>
        <w:rPr>
          <w:sz w:val="22"/>
        </w:rPr>
        <w:t>D. Máy in kim, laser, phun và nghiền</w:t>
      </w:r>
    </w:p>
    <w:p/>
    <w:p>
      <w:r>
        <w:rPr>
          <w:b/>
          <w:sz w:val="24"/>
        </w:rPr>
        <w:t>Câu 25: Các tham số của bộ nhớ trong bao gồm dung lượng và thời gian truy cập trung bình, việc giảm thời gian truy cập bộ nhớ trong có ý nghĩa?</w:t>
      </w:r>
    </w:p>
    <w:p>
      <w:pPr>
        <w:pStyle w:val="ListParagraph"/>
      </w:pPr>
      <w:r>
        <w:rPr>
          <w:sz w:val="22"/>
        </w:rPr>
        <w:t>A. Xúc tác quá trình</w:t>
      </w:r>
    </w:p>
    <w:p>
      <w:pPr>
        <w:pStyle w:val="ListParagraph"/>
      </w:pPr>
      <w:r>
        <w:rPr>
          <w:sz w:val="22"/>
        </w:rPr>
        <w:t>B. Kỹ năng giải nén</w:t>
      </w:r>
    </w:p>
    <w:p>
      <w:pPr>
        <w:pStyle w:val="ListParagraph"/>
      </w:pPr>
      <w:r>
        <w:rPr>
          <w:sz w:val="22"/>
        </w:rPr>
        <w:t>C. Giao thức truyền tải.</w:t>
      </w:r>
    </w:p>
    <w:p>
      <w:pPr>
        <w:pStyle w:val="ListParagraph"/>
      </w:pPr>
      <w:r>
        <w:rPr>
          <w:sz w:val="22"/>
        </w:rPr>
        <w:t>D. Phương tiện truyền thông</w:t>
      </w:r>
    </w:p>
    <w:p/>
    <w:p>
      <w:r>
        <w:rPr>
          <w:b/>
          <w:sz w:val="24"/>
        </w:rPr>
        <w:t>Câu 26: Internet giúp khắc phục giới hạn lưu trữ bằng ?</w:t>
      </w:r>
    </w:p>
    <w:p>
      <w:pPr>
        <w:pStyle w:val="ListParagraph"/>
      </w:pPr>
      <w:r>
        <w:rPr>
          <w:sz w:val="22"/>
        </w:rPr>
        <w:t>A. Phân phối bán lẻ bộ nhớ</w:t>
      </w:r>
    </w:p>
    <w:p>
      <w:pPr>
        <w:pStyle w:val="ListParagraph"/>
      </w:pPr>
      <w:r>
        <w:rPr>
          <w:sz w:val="22"/>
        </w:rPr>
        <w:t>B. Cho người dùng thuê bộ nhớ</w:t>
      </w:r>
    </w:p>
    <w:p>
      <w:pPr>
        <w:pStyle w:val="ListParagraph"/>
      </w:pPr>
      <w:r>
        <w:rPr>
          <w:sz w:val="22"/>
        </w:rPr>
        <w:t>C. Bắt người dùng mua phần mềm thứ 3</w:t>
      </w:r>
    </w:p>
    <w:p>
      <w:pPr>
        <w:pStyle w:val="ListParagraph"/>
      </w:pPr>
      <w:r>
        <w:rPr>
          <w:sz w:val="22"/>
        </w:rPr>
        <w:t>D. Các dịch vụ chia sẻ tệp tin trực tuyến</w:t>
      </w:r>
    </w:p>
    <w:p/>
    <w:p>
      <w:r>
        <w:rPr>
          <w:b/>
          <w:sz w:val="24"/>
        </w:rPr>
        <w:t>Câu 27: Người dùng đăng ký sử dụng dịch vụ và được cấp một không gian lưu trữ trực tuyến gọi là?</w:t>
      </w:r>
    </w:p>
    <w:p>
      <w:pPr>
        <w:pStyle w:val="ListParagraph"/>
      </w:pPr>
      <w:r>
        <w:rPr>
          <w:sz w:val="22"/>
        </w:rPr>
        <w:t>A. Nhà lưu trữ</w:t>
      </w:r>
    </w:p>
    <w:p>
      <w:pPr>
        <w:pStyle w:val="ListParagraph"/>
      </w:pPr>
      <w:r>
        <w:rPr>
          <w:sz w:val="22"/>
        </w:rPr>
        <w:t>B. Cầu kết nối</w:t>
      </w:r>
    </w:p>
    <w:p>
      <w:pPr>
        <w:pStyle w:val="ListParagraph"/>
      </w:pPr>
      <w:r>
        <w:rPr>
          <w:sz w:val="22"/>
        </w:rPr>
        <w:t>C. Bắt online</w:t>
      </w:r>
    </w:p>
    <w:p>
      <w:pPr>
        <w:pStyle w:val="ListParagraph"/>
      </w:pPr>
      <w:r>
        <w:rPr>
          <w:sz w:val="22"/>
        </w:rPr>
        <w:t>D. Đĩa trực tuyến</w:t>
      </w:r>
    </w:p>
    <w:p/>
    <w:p>
      <w:r>
        <w:rPr>
          <w:b/>
          <w:sz w:val="24"/>
        </w:rPr>
        <w:t>Câu 28: Trên nơi lưu trữ trực tuyến cho phép người dùng làm công việc gì?</w:t>
      </w:r>
    </w:p>
    <w:p>
      <w:pPr>
        <w:pStyle w:val="ListParagraph"/>
      </w:pPr>
      <w:r>
        <w:rPr>
          <w:sz w:val="22"/>
        </w:rPr>
        <w:t>A. Tạo thư mục mới, quản lý ổ đĩa, chỉnh sửa trực tuyến</w:t>
      </w:r>
    </w:p>
    <w:p>
      <w:pPr>
        <w:pStyle w:val="ListParagraph"/>
      </w:pPr>
      <w:r>
        <w:rPr>
          <w:sz w:val="22"/>
        </w:rPr>
        <w:t>B. Chỉ quản lý ổ đĩa</w:t>
      </w:r>
    </w:p>
    <w:p>
      <w:pPr>
        <w:pStyle w:val="ListParagraph"/>
      </w:pPr>
      <w:r>
        <w:rPr>
          <w:sz w:val="22"/>
        </w:rPr>
        <w:t>C. Chỉ chỉnh sửa trực tuyến</w:t>
      </w:r>
    </w:p>
    <w:p>
      <w:pPr>
        <w:pStyle w:val="ListParagraph"/>
      </w:pPr>
      <w:r>
        <w:rPr>
          <w:sz w:val="22"/>
        </w:rPr>
        <w:t>D. Trao đổi như một kênh chat</w:t>
      </w:r>
    </w:p>
    <w:p/>
    <w:p>
      <w:r>
        <w:rPr>
          <w:b/>
          <w:sz w:val="24"/>
        </w:rPr>
        <w:t>Câu 29: Chủ sở hữu quyết định quyền của người được chia sẻ với ba chế độ?</w:t>
      </w:r>
    </w:p>
    <w:p>
      <w:pPr>
        <w:pStyle w:val="ListParagraph"/>
      </w:pPr>
      <w:r>
        <w:rPr>
          <w:sz w:val="22"/>
        </w:rPr>
        <w:t>A. Xem, xóa, khôi phục</w:t>
      </w:r>
    </w:p>
    <w:p>
      <w:pPr>
        <w:pStyle w:val="ListParagraph"/>
      </w:pPr>
      <w:r>
        <w:rPr>
          <w:sz w:val="22"/>
        </w:rPr>
        <w:t>B. Xem, nhận xét, chỉnh sửa</w:t>
      </w:r>
    </w:p>
    <w:p>
      <w:pPr>
        <w:pStyle w:val="ListParagraph"/>
      </w:pPr>
      <w:r>
        <w:rPr>
          <w:sz w:val="22"/>
        </w:rPr>
        <w:t>C. Xem, mua, bán</w:t>
      </w:r>
    </w:p>
    <w:p>
      <w:pPr>
        <w:pStyle w:val="ListParagraph"/>
      </w:pPr>
      <w:r>
        <w:rPr>
          <w:sz w:val="22"/>
        </w:rPr>
        <w:t>D. Xem, tải về, lấy tài khoản</w:t>
      </w:r>
    </w:p>
    <w:p/>
    <w:p>
      <w:r>
        <w:rPr>
          <w:b/>
          <w:sz w:val="24"/>
        </w:rPr>
        <w:t>Câu 30: Để có không gian lưu trữ trên internet người dùng cần phải có?</w:t>
      </w:r>
    </w:p>
    <w:p>
      <w:pPr>
        <w:pStyle w:val="ListParagraph"/>
      </w:pPr>
      <w:r>
        <w:rPr>
          <w:sz w:val="22"/>
        </w:rPr>
        <w:t>A. Tài khoản nơi lưu trữ đó</w:t>
      </w:r>
    </w:p>
    <w:p>
      <w:pPr>
        <w:pStyle w:val="ListParagraph"/>
      </w:pPr>
      <w:r>
        <w:rPr>
          <w:sz w:val="22"/>
        </w:rPr>
        <w:t>B. Bộ xử lý thuật toán đám mây</w:t>
      </w:r>
    </w:p>
    <w:p>
      <w:pPr>
        <w:pStyle w:val="ListParagraph"/>
      </w:pPr>
      <w:r>
        <w:rPr>
          <w:sz w:val="22"/>
        </w:rPr>
        <w:t>C. Bộ xuất tài liệu ra ổ cứng</w:t>
      </w:r>
    </w:p>
    <w:p>
      <w:pPr>
        <w:pStyle w:val="ListParagraph"/>
      </w:pPr>
      <w:r>
        <w:rPr>
          <w:sz w:val="22"/>
        </w:rPr>
        <w:t>D. Bộ lưu trữ dữ liệu</w:t>
      </w:r>
    </w:p>
    <w:p/>
    <w:p>
      <w:r>
        <w:rPr>
          <w:b/>
          <w:sz w:val="24"/>
        </w:rPr>
        <w:t>Câu 31: Nếu kết quả tìm kiếm chưa được như ý muốn của em thì?</w:t>
      </w:r>
    </w:p>
    <w:p>
      <w:pPr>
        <w:pStyle w:val="ListParagraph"/>
      </w:pPr>
      <w:r>
        <w:rPr>
          <w:sz w:val="22"/>
        </w:rPr>
        <w:t>A. Em sử dụng máy tìm kiếm khác</w:t>
      </w:r>
    </w:p>
    <w:p>
      <w:pPr>
        <w:pStyle w:val="ListParagraph"/>
      </w:pPr>
      <w:r>
        <w:rPr>
          <w:sz w:val="22"/>
        </w:rPr>
        <w:t>B. Em sử dụng trình duyệt khác</w:t>
      </w:r>
    </w:p>
    <w:p>
      <w:pPr>
        <w:pStyle w:val="ListParagraph"/>
      </w:pPr>
      <w:r>
        <w:rPr>
          <w:sz w:val="22"/>
        </w:rPr>
        <w:t>C. Em quay lại nhập từ khóa khác</w:t>
      </w:r>
    </w:p>
    <w:p>
      <w:pPr>
        <w:pStyle w:val="ListParagraph"/>
      </w:pPr>
      <w:r>
        <w:rPr>
          <w:sz w:val="22"/>
        </w:rPr>
        <w:t>D. Em quay lại khởi động lại máy tính</w:t>
      </w:r>
    </w:p>
    <w:p/>
    <w:p>
      <w:r>
        <w:rPr>
          <w:b/>
          <w:sz w:val="24"/>
        </w:rPr>
        <w:t>Câu 32: Để thực hiện tìm kiếm bằng tiếng nói thì cần có?</w:t>
      </w:r>
    </w:p>
    <w:p>
      <w:pPr>
        <w:pStyle w:val="ListParagraph"/>
      </w:pPr>
      <w:r>
        <w:rPr>
          <w:sz w:val="22"/>
        </w:rPr>
        <w:t>A. Bàn phím</w:t>
      </w:r>
    </w:p>
    <w:p>
      <w:pPr>
        <w:pStyle w:val="ListParagraph"/>
      </w:pPr>
      <w:r>
        <w:rPr>
          <w:sz w:val="22"/>
        </w:rPr>
        <w:t>B. Con chuột</w:t>
      </w:r>
    </w:p>
    <w:p>
      <w:pPr>
        <w:pStyle w:val="ListParagraph"/>
      </w:pPr>
      <w:r>
        <w:rPr>
          <w:sz w:val="22"/>
        </w:rPr>
        <w:t>C. Micro</w:t>
      </w:r>
    </w:p>
    <w:p>
      <w:pPr>
        <w:pStyle w:val="ListParagraph"/>
      </w:pPr>
      <w:r>
        <w:rPr>
          <w:sz w:val="22"/>
        </w:rPr>
        <w:t>D. Loa</w:t>
      </w:r>
    </w:p>
    <w:p/>
    <w:p>
      <w:r>
        <w:rPr>
          <w:b/>
          <w:sz w:val="24"/>
        </w:rPr>
        <w:t>Câu 33: Để thu hẹp phạm vi tìm kiếm thì?</w:t>
      </w:r>
    </w:p>
    <w:p>
      <w:pPr>
        <w:pStyle w:val="ListParagraph"/>
      </w:pPr>
      <w:r>
        <w:rPr>
          <w:sz w:val="22"/>
        </w:rPr>
        <w:t>A. Đặt từ khóa cần tìm trong dấu nháy kép</w:t>
      </w:r>
    </w:p>
    <w:p>
      <w:pPr>
        <w:pStyle w:val="ListParagraph"/>
      </w:pPr>
      <w:r>
        <w:rPr>
          <w:sz w:val="22"/>
        </w:rPr>
        <w:t>B. Đặt từ khóa trong dấu ngoặc đơn</w:t>
      </w:r>
    </w:p>
    <w:p>
      <w:pPr>
        <w:pStyle w:val="ListParagraph"/>
      </w:pPr>
      <w:r>
        <w:rPr>
          <w:sz w:val="22"/>
        </w:rPr>
        <w:t>C. Đặt từ khóa trong dấu ngoặc vuông</w:t>
      </w:r>
    </w:p>
    <w:p>
      <w:pPr>
        <w:pStyle w:val="ListParagraph"/>
      </w:pPr>
      <w:r>
        <w:rPr>
          <w:sz w:val="22"/>
        </w:rPr>
        <w:t>D. Rút gọn từ khóa</w:t>
      </w:r>
    </w:p>
    <w:p/>
    <w:p>
      <w:r>
        <w:rPr>
          <w:b/>
          <w:sz w:val="24"/>
        </w:rPr>
        <w:t>Câu 34: Để giúp nâng cao hiệu quả tìm kiếm thông tin em có thể?</w:t>
      </w:r>
    </w:p>
    <w:p>
      <w:pPr>
        <w:pStyle w:val="ListParagraph"/>
      </w:pPr>
      <w:r>
        <w:rPr>
          <w:sz w:val="22"/>
        </w:rPr>
        <w:t>A. Tìm kiếm thông tin dưới dạng hình ảnh</w:t>
      </w:r>
    </w:p>
    <w:p>
      <w:pPr>
        <w:pStyle w:val="ListParagraph"/>
      </w:pPr>
      <w:r>
        <w:rPr>
          <w:sz w:val="22"/>
        </w:rPr>
        <w:t>B. Tìm kiếm thông tin dưới dạng tin tức</w:t>
      </w:r>
    </w:p>
    <w:p>
      <w:pPr>
        <w:pStyle w:val="ListParagraph"/>
      </w:pPr>
      <w:r>
        <w:rPr>
          <w:sz w:val="22"/>
        </w:rPr>
        <w:t>C. Tìm kiếm thông tin dưới dạng video</w:t>
      </w:r>
    </w:p>
    <w:p>
      <w:pPr>
        <w:pStyle w:val="ListParagraph"/>
      </w:pPr>
      <w:r>
        <w:rPr>
          <w:sz w:val="22"/>
        </w:rPr>
        <w:t>D. Tất cả đều đúng</w:t>
      </w:r>
    </w:p>
    <w:p/>
    <w:p>
      <w:r>
        <w:rPr>
          <w:b/>
          <w:sz w:val="24"/>
        </w:rPr>
        <w:t>Câu 35: Đâu là địa chỉ URL tìm kiếm?</w:t>
      </w:r>
    </w:p>
    <w:p>
      <w:pPr>
        <w:pStyle w:val="ListParagraph"/>
      </w:pPr>
      <w:r>
        <w:rPr>
          <w:sz w:val="22"/>
        </w:rPr>
        <w:t>A. tech12h.com</w:t>
      </w:r>
    </w:p>
    <w:p>
      <w:pPr>
        <w:pStyle w:val="ListParagraph"/>
      </w:pPr>
      <w:r>
        <w:rPr>
          <w:sz w:val="22"/>
        </w:rPr>
        <w:t>B. newocr.com</w:t>
      </w:r>
    </w:p>
    <w:p>
      <w:pPr>
        <w:pStyle w:val="ListParagraph"/>
      </w:pPr>
      <w:r>
        <w:rPr>
          <w:sz w:val="22"/>
        </w:rPr>
        <w:t>C. Google.com</w:t>
      </w:r>
    </w:p>
    <w:p>
      <w:pPr>
        <w:pStyle w:val="ListParagraph"/>
      </w:pPr>
      <w:r>
        <w:rPr>
          <w:sz w:val="22"/>
        </w:rPr>
        <w:t>D. Igiaoduc.v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D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D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D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D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D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D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B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C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D</w:t>
      </w:r>
    </w:p>
    <w:p>
      <w:r>
        <w:rPr>
          <w:b/>
        </w:rPr>
        <w:t>Câu 35: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