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tạo câu trắc nghiệm tiếng anh thi giữa kì1 lớp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l&lt;u&gt;a&lt;/u&gt;nd</w:t>
      </w:r>
    </w:p>
    <w:p>
      <w:pPr>
        <w:pStyle w:val="ListParagraph"/>
      </w:pPr>
      <w:r>
        <w:rPr>
          <w:sz w:val="22"/>
        </w:rPr>
        <w:t>B. pl&lt;u&gt;a&lt;/u&gt;nt</w:t>
      </w:r>
    </w:p>
    <w:p>
      <w:pPr>
        <w:pStyle w:val="ListParagraph"/>
      </w:pPr>
      <w:r>
        <w:rPr>
          <w:sz w:val="22"/>
        </w:rPr>
        <w:t>C. w&lt;u&gt;a&lt;/u&gt;ter</w:t>
      </w:r>
    </w:p>
    <w:p>
      <w:pPr>
        <w:pStyle w:val="ListParagraph"/>
      </w:pPr>
      <w:r>
        <w:rPr>
          <w:sz w:val="22"/>
        </w:rPr>
        <w:t>D. h&lt;u&gt;a&lt;/u&gt;ppy</w:t>
      </w:r>
    </w:p>
    <w:p/>
    <w:p>
      <w:r>
        <w:rPr>
          <w:b/>
          <w:sz w:val="24"/>
        </w:rPr>
        <w:t>Câu 2: Choose the word that has a different stress pattern from the others.</w:t>
      </w:r>
    </w:p>
    <w:p>
      <w:pPr>
        <w:pStyle w:val="ListParagraph"/>
      </w:pPr>
      <w:r>
        <w:rPr>
          <w:sz w:val="22"/>
        </w:rPr>
        <w:t>A. famous</w:t>
      </w:r>
    </w:p>
    <w:p>
      <w:pPr>
        <w:pStyle w:val="ListParagraph"/>
      </w:pPr>
      <w:r>
        <w:rPr>
          <w:sz w:val="22"/>
        </w:rPr>
        <w:t>B. polite</w:t>
      </w:r>
    </w:p>
    <w:p>
      <w:pPr>
        <w:pStyle w:val="ListParagraph"/>
      </w:pPr>
      <w:r>
        <w:rPr>
          <w:sz w:val="22"/>
        </w:rPr>
        <w:t>C. happy</w:t>
      </w:r>
    </w:p>
    <w:p>
      <w:pPr>
        <w:pStyle w:val="ListParagraph"/>
      </w:pPr>
      <w:r>
        <w:rPr>
          <w:sz w:val="22"/>
        </w:rPr>
        <w:t>D. early</w:t>
      </w:r>
    </w:p>
    <w:p/>
    <w:p>
      <w:r>
        <w:rPr>
          <w:b/>
          <w:sz w:val="24"/>
        </w:rPr>
        <w:t>Câu 3: My brother usually ______ up at 6 o'clock every morning.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gets</w:t>
      </w:r>
    </w:p>
    <w:p>
      <w:pPr>
        <w:pStyle w:val="ListParagraph"/>
      </w:pPr>
      <w:r>
        <w:rPr>
          <w:sz w:val="22"/>
        </w:rPr>
        <w:t>C. getting</w:t>
      </w:r>
    </w:p>
    <w:p>
      <w:pPr>
        <w:pStyle w:val="ListParagraph"/>
      </w:pPr>
      <w:r>
        <w:rPr>
          <w:sz w:val="22"/>
        </w:rPr>
        <w:t>D. got</w:t>
      </w:r>
    </w:p>
    <w:p/>
    <w:p>
      <w:r>
        <w:rPr>
          <w:b/>
          <w:sz w:val="24"/>
        </w:rPr>
        <w:t>Câu 4: We ______ to the cinema last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goes</w:t>
      </w:r>
    </w:p>
    <w:p>
      <w:pPr>
        <w:pStyle w:val="ListParagraph"/>
      </w:pPr>
      <w:r>
        <w:rPr>
          <w:sz w:val="22"/>
        </w:rPr>
        <w:t>D. going</w:t>
      </w:r>
    </w:p>
    <w:p/>
    <w:p>
      <w:r>
        <w:rPr>
          <w:b/>
          <w:sz w:val="24"/>
        </w:rPr>
        <w:t>Câu 5: She is very ______ in learning English.</w:t>
      </w:r>
    </w:p>
    <w:p>
      <w:pPr>
        <w:pStyle w:val="ListParagraph"/>
      </w:pPr>
      <w:r>
        <w:rPr>
          <w:sz w:val="22"/>
        </w:rPr>
        <w:t>A. interest</w:t>
      </w:r>
    </w:p>
    <w:p>
      <w:pPr>
        <w:pStyle w:val="ListParagraph"/>
      </w:pPr>
      <w:r>
        <w:rPr>
          <w:sz w:val="22"/>
        </w:rPr>
        <w:t>B. interesting</w:t>
      </w:r>
    </w:p>
    <w:p>
      <w:pPr>
        <w:pStyle w:val="ListParagraph"/>
      </w:pPr>
      <w:r>
        <w:rPr>
          <w:sz w:val="22"/>
        </w:rPr>
        <w:t>C. interested</w:t>
      </w:r>
    </w:p>
    <w:p>
      <w:pPr>
        <w:pStyle w:val="ListParagraph"/>
      </w:pPr>
      <w:r>
        <w:rPr>
          <w:sz w:val="22"/>
        </w:rPr>
        <w:t>D. interests</w:t>
      </w:r>
    </w:p>
    <w:p/>
    <w:p>
      <w:r>
        <w:rPr>
          <w:b/>
          <w:sz w:val="24"/>
        </w:rPr>
        <w:t>Câu 6: The teacher asked us ______ so much noise.</w:t>
      </w:r>
    </w:p>
    <w:p>
      <w:pPr>
        <w:pStyle w:val="ListParagraph"/>
      </w:pPr>
      <w:r>
        <w:rPr>
          <w:sz w:val="22"/>
        </w:rPr>
        <w:t>A. not make</w:t>
      </w:r>
    </w:p>
    <w:p>
      <w:pPr>
        <w:pStyle w:val="ListParagraph"/>
      </w:pPr>
      <w:r>
        <w:rPr>
          <w:sz w:val="22"/>
        </w:rPr>
        <w:t>B. not to make</w:t>
      </w:r>
    </w:p>
    <w:p>
      <w:pPr>
        <w:pStyle w:val="ListParagraph"/>
      </w:pPr>
      <w:r>
        <w:rPr>
          <w:sz w:val="22"/>
        </w:rPr>
        <w:t>C. to not make</w:t>
      </w:r>
    </w:p>
    <w:p>
      <w:pPr>
        <w:pStyle w:val="ListParagraph"/>
      </w:pPr>
      <w:r>
        <w:rPr>
          <w:sz w:val="22"/>
        </w:rPr>
        <w:t>D. not making</w:t>
      </w:r>
    </w:p>
    <w:p/>
    <w:p>
      <w:r>
        <w:rPr>
          <w:b/>
          <w:sz w:val="24"/>
        </w:rPr>
        <w:t>Câu 7: If it ______ tomorrow, we will stay at home.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will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is raining</w:t>
      </w:r>
    </w:p>
    <w:p/>
    <w:p>
      <w:r>
        <w:rPr>
          <w:b/>
          <w:sz w:val="24"/>
        </w:rPr>
        <w:t>Câu 8: Choose the word CLOSEST in meaning to the underlined word: She is very &lt;u&gt;fond of&lt;/u&gt; reading books.</w:t>
      </w:r>
    </w:p>
    <w:p>
      <w:pPr>
        <w:pStyle w:val="ListParagraph"/>
      </w:pPr>
      <w:r>
        <w:rPr>
          <w:sz w:val="22"/>
        </w:rPr>
        <w:t>A. hates</w:t>
      </w:r>
    </w:p>
    <w:p>
      <w:pPr>
        <w:pStyle w:val="ListParagraph"/>
      </w:pPr>
      <w:r>
        <w:rPr>
          <w:sz w:val="22"/>
        </w:rPr>
        <w:t>B. enjoys</w:t>
      </w:r>
    </w:p>
    <w:p>
      <w:pPr>
        <w:pStyle w:val="ListParagraph"/>
      </w:pPr>
      <w:r>
        <w:rPr>
          <w:sz w:val="22"/>
        </w:rPr>
        <w:t>C. dislikes</w:t>
      </w:r>
    </w:p>
    <w:p>
      <w:pPr>
        <w:pStyle w:val="ListParagraph"/>
      </w:pPr>
      <w:r>
        <w:rPr>
          <w:sz w:val="22"/>
        </w:rPr>
        <w:t>D. avoids</w:t>
      </w:r>
    </w:p>
    <w:p/>
    <w:p>
      <w:r>
        <w:rPr>
          <w:b/>
          <w:sz w:val="24"/>
        </w:rPr>
        <w:t>Câu 9: Choose the word OPPOSITE in meaning to the underlined word: The film was very &lt;u&gt;boring&lt;/u&gt;.</w:t>
      </w:r>
    </w:p>
    <w:p>
      <w:pPr>
        <w:pStyle w:val="ListParagraph"/>
      </w:pPr>
      <w:r>
        <w:rPr>
          <w:sz w:val="22"/>
        </w:rPr>
        <w:t>A. interesting</w:t>
      </w:r>
    </w:p>
    <w:p>
      <w:pPr>
        <w:pStyle w:val="ListParagraph"/>
      </w:pPr>
      <w:r>
        <w:rPr>
          <w:sz w:val="22"/>
        </w:rPr>
        <w:t>B. tiring</w:t>
      </w:r>
    </w:p>
    <w:p>
      <w:pPr>
        <w:pStyle w:val="ListParagraph"/>
      </w:pPr>
      <w:r>
        <w:rPr>
          <w:sz w:val="22"/>
        </w:rPr>
        <w:t>C. dull</w:t>
      </w:r>
    </w:p>
    <w:p>
      <w:pPr>
        <w:pStyle w:val="ListParagraph"/>
      </w:pPr>
      <w:r>
        <w:rPr>
          <w:sz w:val="22"/>
        </w:rPr>
        <w:t>D. long</w:t>
      </w:r>
    </w:p>
    <w:p/>
    <w:p>
      <w:r>
        <w:rPr>
          <w:b/>
          <w:sz w:val="24"/>
        </w:rPr>
        <w:t>Câu 10: Choose the correct response to complete the conversation:</w:t>
        <w:br/>
        <w:t>Lan: "Would you like to go to the movies with me?"</w:t>
        <w:br/>
        <w:t>Hoa: "______"</w:t>
      </w:r>
    </w:p>
    <w:p>
      <w:pPr>
        <w:pStyle w:val="ListParagraph"/>
      </w:pPr>
      <w:r>
        <w:rPr>
          <w:sz w:val="22"/>
        </w:rPr>
        <w:t>A. Yes, I'd love to.</w:t>
      </w:r>
    </w:p>
    <w:p>
      <w:pPr>
        <w:pStyle w:val="ListParagraph"/>
      </w:pPr>
      <w:r>
        <w:rPr>
          <w:sz w:val="22"/>
        </w:rPr>
        <w:t>B. Yes, I do.</w:t>
      </w:r>
    </w:p>
    <w:p>
      <w:pPr>
        <w:pStyle w:val="ListParagraph"/>
      </w:pPr>
      <w:r>
        <w:rPr>
          <w:sz w:val="22"/>
        </w:rPr>
        <w:t>C. No, I don't.</w:t>
      </w:r>
    </w:p>
    <w:p>
      <w:pPr>
        <w:pStyle w:val="ListParagraph"/>
      </w:pPr>
      <w:r>
        <w:rPr>
          <w:sz w:val="22"/>
        </w:rPr>
        <w:t>D. I'm sorry, I can.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