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CHỦ ĐỀ 4: CÁC CUỘC CÁCH MẠNG CÔNG NGHIỆP TRONG LỊC</w:t>
      </w:r>
    </w:p>
    <w:p>
      <w:pPr>
        <w:jc w:val="center"/>
      </w:pPr>
      <w:r>
        <w:rPr>
          <w:sz w:val="22"/>
        </w:rPr>
        <w:t>Số câu: 36    Thời gian: _____ phút    Họ và tên: _________________________</w:t>
      </w:r>
    </w:p>
    <w:p/>
    <w:p>
      <w:r>
        <w:rPr>
          <w:b/>
          <w:sz w:val="24"/>
        </w:rPr>
        <w:t>Câu 1: Cuộc cách mạng công nghiệp lần thứ nhất diễn ra vào giữa thế kỉ XVIII, khởi đầu ở nước</w:t>
      </w:r>
    </w:p>
    <w:p>
      <w:pPr>
        <w:pStyle w:val="ListParagraph"/>
      </w:pPr>
      <w:r>
        <w:rPr>
          <w:sz w:val="22"/>
        </w:rPr>
        <w:t>A. Anh.</w:t>
      </w:r>
    </w:p>
    <w:p>
      <w:pPr>
        <w:pStyle w:val="ListParagraph"/>
      </w:pPr>
      <w:r>
        <w:rPr>
          <w:sz w:val="22"/>
        </w:rPr>
        <w:t>B. Mĩ.</w:t>
      </w:r>
    </w:p>
    <w:p>
      <w:pPr>
        <w:pStyle w:val="ListParagraph"/>
      </w:pPr>
      <w:r>
        <w:rPr>
          <w:sz w:val="22"/>
        </w:rPr>
        <w:t>C. Đức.</w:t>
      </w:r>
    </w:p>
    <w:p>
      <w:pPr>
        <w:pStyle w:val="ListParagraph"/>
      </w:pPr>
      <w:r>
        <w:rPr>
          <w:sz w:val="22"/>
        </w:rPr>
        <w:t>D. Pháp.</w:t>
      </w:r>
    </w:p>
    <w:p/>
    <w:p>
      <w:r>
        <w:rPr>
          <w:b/>
          <w:sz w:val="24"/>
        </w:rPr>
        <w:t>Câu 2: Cuộc cách mạng công nghiệp lần thứ nhất chủ yếu diễn ra ở khu vực nào sau đây?</w:t>
      </w:r>
    </w:p>
    <w:p>
      <w:pPr>
        <w:pStyle w:val="ListParagraph"/>
      </w:pPr>
      <w:r>
        <w:rPr>
          <w:sz w:val="22"/>
        </w:rPr>
        <w:t>A. Châu Á và châu Âu</w:t>
      </w:r>
    </w:p>
    <w:p>
      <w:pPr>
        <w:pStyle w:val="ListParagraph"/>
      </w:pPr>
      <w:r>
        <w:rPr>
          <w:sz w:val="22"/>
        </w:rPr>
        <w:t>B. Châu Âu và Bắc Mĩ</w:t>
      </w:r>
    </w:p>
    <w:p>
      <w:pPr>
        <w:pStyle w:val="ListParagraph"/>
      </w:pPr>
      <w:r>
        <w:rPr>
          <w:sz w:val="22"/>
        </w:rPr>
        <w:t>C. Châu Á và châu Phi</w:t>
      </w:r>
    </w:p>
    <w:p>
      <w:pPr>
        <w:pStyle w:val="ListParagraph"/>
      </w:pPr>
      <w:r>
        <w:rPr>
          <w:sz w:val="22"/>
        </w:rPr>
        <w:t>D. Châu Phi và Mĩ Latinh</w:t>
      </w:r>
    </w:p>
    <w:p/>
    <w:p>
      <w:r>
        <w:rPr>
          <w:b/>
          <w:sz w:val="24"/>
        </w:rPr>
        <w:t>Câu 3: Một trong những thành tựu tiêu biểu của cuộc cách mạng công nghiệp lần thứ nhất là việc phát minh ra</w:t>
      </w:r>
    </w:p>
    <w:p>
      <w:pPr>
        <w:pStyle w:val="ListParagraph"/>
      </w:pPr>
      <w:r>
        <w:rPr>
          <w:sz w:val="22"/>
        </w:rPr>
        <w:t>A. máy bay</w:t>
      </w:r>
    </w:p>
    <w:p>
      <w:pPr>
        <w:pStyle w:val="ListParagraph"/>
      </w:pPr>
      <w:r>
        <w:rPr>
          <w:sz w:val="22"/>
        </w:rPr>
        <w:t>B. ô tô</w:t>
      </w:r>
    </w:p>
    <w:p>
      <w:pPr>
        <w:pStyle w:val="ListParagraph"/>
      </w:pPr>
      <w:r>
        <w:rPr>
          <w:sz w:val="22"/>
        </w:rPr>
        <w:t>C. máy hơi nước</w:t>
      </w:r>
    </w:p>
    <w:p>
      <w:pPr>
        <w:pStyle w:val="ListParagraph"/>
      </w:pPr>
      <w:r>
        <w:rPr>
          <w:sz w:val="22"/>
        </w:rPr>
        <w:t>D. máy tính</w:t>
      </w:r>
    </w:p>
    <w:p/>
    <w:p>
      <w:r>
        <w:rPr>
          <w:b/>
          <w:sz w:val="24"/>
        </w:rPr>
        <w:t>Câu 4: Việc phát minh ra máy hơi nước cuối thế kỉ XVII đã</w:t>
      </w:r>
    </w:p>
    <w:p>
      <w:pPr>
        <w:pStyle w:val="ListParagraph"/>
      </w:pPr>
      <w:r>
        <w:rPr>
          <w:sz w:val="22"/>
        </w:rPr>
        <w:t>A. thúc đẩy sự phát triển của ngành giao thông vận tải.</w:t>
      </w:r>
    </w:p>
    <w:p>
      <w:pPr>
        <w:pStyle w:val="ListParagraph"/>
      </w:pPr>
      <w:r>
        <w:rPr>
          <w:sz w:val="22"/>
        </w:rPr>
        <w:t>B. khiến máy móc thay thế hoàn toàn lao động tay chân.</w:t>
      </w:r>
    </w:p>
    <w:p>
      <w:pPr>
        <w:pStyle w:val="ListParagraph"/>
      </w:pPr>
      <w:r>
        <w:rPr>
          <w:sz w:val="22"/>
        </w:rPr>
        <w:t>C. thúc đẩy tự động hóa trong quá trình sản xuất vật chất.</w:t>
      </w:r>
    </w:p>
    <w:p>
      <w:pPr>
        <w:pStyle w:val="ListParagraph"/>
      </w:pPr>
      <w:r>
        <w:rPr>
          <w:sz w:val="22"/>
        </w:rPr>
        <w:t>D. tạo tiền đề cho sự ra đời của ngành công nghệ thông tin.</w:t>
      </w:r>
    </w:p>
    <w:p/>
    <w:p>
      <w:r>
        <w:rPr>
          <w:b/>
          <w:sz w:val="24"/>
        </w:rPr>
        <w:t>Câu 5: Cuối thế kỉ XVIII, phát minh nào sau đây đã khởi đầu quá trình công nghiệp hóa ở nước Anh?</w:t>
      </w:r>
    </w:p>
    <w:p>
      <w:pPr>
        <w:pStyle w:val="ListParagraph"/>
      </w:pPr>
      <w:r>
        <w:rPr>
          <w:sz w:val="22"/>
        </w:rPr>
        <w:t>A. Máy tính điện tử</w:t>
      </w:r>
    </w:p>
    <w:p>
      <w:pPr>
        <w:pStyle w:val="ListParagraph"/>
      </w:pPr>
      <w:r>
        <w:rPr>
          <w:sz w:val="22"/>
        </w:rPr>
        <w:t>B. Trí tuệ nhân tạo</w:t>
      </w:r>
    </w:p>
    <w:p>
      <w:pPr>
        <w:pStyle w:val="ListParagraph"/>
      </w:pPr>
      <w:r>
        <w:rPr>
          <w:sz w:val="22"/>
        </w:rPr>
        <w:t>C. Máy hơi nước</w:t>
      </w:r>
    </w:p>
    <w:p>
      <w:pPr>
        <w:pStyle w:val="ListParagraph"/>
      </w:pPr>
      <w:r>
        <w:rPr>
          <w:sz w:val="22"/>
        </w:rPr>
        <w:t>D. Động cơ điện</w:t>
      </w:r>
    </w:p>
    <w:p/>
    <w:p>
      <w:r>
        <w:rPr>
          <w:b/>
          <w:sz w:val="24"/>
        </w:rPr>
        <w:t>Câu 6: Nội dung nào sau đây phản ánh thành tựu của cuộc cách mạng công nghiệp lần thứ nhất trong lĩnh vực giao thông vận tải?</w:t>
      </w:r>
    </w:p>
    <w:p>
      <w:pPr>
        <w:pStyle w:val="ListParagraph"/>
      </w:pPr>
      <w:r>
        <w:rPr>
          <w:sz w:val="22"/>
        </w:rPr>
        <w:t>A. Xuất hiện lò luyện quặng theo phương pháp mới</w:t>
      </w:r>
    </w:p>
    <w:p>
      <w:pPr>
        <w:pStyle w:val="ListParagraph"/>
      </w:pPr>
      <w:r>
        <w:rPr>
          <w:sz w:val="22"/>
        </w:rPr>
        <w:t>B. Sự ra đời và hoàn thiện của động cơ đốt trong</w:t>
      </w:r>
    </w:p>
    <w:p>
      <w:pPr>
        <w:pStyle w:val="ListParagraph"/>
      </w:pPr>
      <w:r>
        <w:rPr>
          <w:sz w:val="22"/>
        </w:rPr>
        <w:t>C. Sự phát triển mạnh của ô tô và ngành hàng không</w:t>
      </w:r>
    </w:p>
    <w:p>
      <w:pPr>
        <w:pStyle w:val="ListParagraph"/>
      </w:pPr>
      <w:r>
        <w:rPr>
          <w:sz w:val="22"/>
        </w:rPr>
        <w:t>D. Sự xuất hiện của tàu thủy chạy bằng hơi nước</w:t>
      </w:r>
    </w:p>
    <w:p/>
    <w:p>
      <w:r>
        <w:rPr>
          <w:b/>
          <w:sz w:val="24"/>
        </w:rPr>
        <w:t>Câu 7: Sự ra đời của máy hơi nước cuối thế kỉ XVIII gắn liền với công lao to lớn của</w:t>
      </w:r>
    </w:p>
    <w:p>
      <w:pPr>
        <w:pStyle w:val="ListParagraph"/>
      </w:pPr>
      <w:r>
        <w:rPr>
          <w:sz w:val="22"/>
        </w:rPr>
        <w:t>A. Giêm Oát</w:t>
      </w:r>
    </w:p>
    <w:p>
      <w:pPr>
        <w:pStyle w:val="ListParagraph"/>
      </w:pPr>
      <w:r>
        <w:rPr>
          <w:sz w:val="22"/>
        </w:rPr>
        <w:t>B. Giôn Ba – bơ</w:t>
      </w:r>
    </w:p>
    <w:p>
      <w:pPr>
        <w:pStyle w:val="ListParagraph"/>
      </w:pPr>
      <w:r>
        <w:rPr>
          <w:sz w:val="22"/>
        </w:rPr>
        <w:t>C. Xti – phen – xơn</w:t>
      </w:r>
    </w:p>
    <w:p>
      <w:pPr>
        <w:pStyle w:val="ListParagraph"/>
      </w:pPr>
      <w:r>
        <w:rPr>
          <w:sz w:val="22"/>
        </w:rPr>
        <w:t>D. Các – ben</w:t>
      </w:r>
    </w:p>
    <w:p/>
    <w:p>
      <w:r>
        <w:rPr>
          <w:b/>
          <w:sz w:val="24"/>
        </w:rPr>
        <w:t>Câu 8: Nội dung nào sau đây phản ánh thành tựu của cuộc cách mạng công nghiệp lần thứ nhất trong lĩnh vực luyện kim?</w:t>
      </w:r>
    </w:p>
    <w:p>
      <w:pPr>
        <w:pStyle w:val="ListParagraph"/>
      </w:pPr>
      <w:r>
        <w:rPr>
          <w:sz w:val="22"/>
        </w:rPr>
        <w:t>A. Xuất hiện lò luyện quặng theo phương pháp mới</w:t>
      </w:r>
    </w:p>
    <w:p>
      <w:pPr>
        <w:pStyle w:val="ListParagraph"/>
      </w:pPr>
      <w:r>
        <w:rPr>
          <w:sz w:val="22"/>
        </w:rPr>
        <w:t>B. Sự ra đời và hoàn thiện của động cơ hơi nước</w:t>
      </w:r>
    </w:p>
    <w:p>
      <w:pPr>
        <w:pStyle w:val="ListParagraph"/>
      </w:pPr>
      <w:r>
        <w:rPr>
          <w:sz w:val="22"/>
        </w:rPr>
        <w:t>C. Sự phát triển mạnh của ô tô và ngành hàng không</w:t>
      </w:r>
    </w:p>
    <w:p>
      <w:pPr>
        <w:pStyle w:val="ListParagraph"/>
      </w:pPr>
      <w:r>
        <w:rPr>
          <w:sz w:val="22"/>
        </w:rPr>
        <w:t>D. Sự xuất hiện của chiếc đầu máy xe lửa đầu tiên</w:t>
      </w:r>
    </w:p>
    <w:p/>
    <w:p>
      <w:r>
        <w:rPr>
          <w:b/>
          <w:sz w:val="24"/>
        </w:rPr>
        <w:t>Câu 9: Trong cuộc cách mạng công nghiệp lần thứ nhất, phát minh kĩ thuật nào sau đây đã tạo ra bước chuyển căn bản trong nền sản xuất tư bản chủ nghĩa?</w:t>
      </w:r>
    </w:p>
    <w:p>
      <w:pPr>
        <w:pStyle w:val="ListParagraph"/>
      </w:pPr>
      <w:r>
        <w:rPr>
          <w:sz w:val="22"/>
        </w:rPr>
        <w:t>A. Động cơ đốt trong.</w:t>
      </w:r>
    </w:p>
    <w:p>
      <w:pPr>
        <w:pStyle w:val="ListParagraph"/>
      </w:pPr>
      <w:r>
        <w:rPr>
          <w:sz w:val="22"/>
        </w:rPr>
        <w:t>B. Máy điện tín</w:t>
      </w:r>
    </w:p>
    <w:p>
      <w:pPr>
        <w:pStyle w:val="ListParagraph"/>
      </w:pPr>
      <w:r>
        <w:rPr>
          <w:sz w:val="22"/>
        </w:rPr>
        <w:t>C. Máy tính điện tử.</w:t>
      </w:r>
    </w:p>
    <w:p>
      <w:pPr>
        <w:pStyle w:val="ListParagraph"/>
      </w:pPr>
      <w:r>
        <w:rPr>
          <w:sz w:val="22"/>
        </w:rPr>
        <w:t>D. Máy hơi nước.</w:t>
      </w:r>
    </w:p>
    <w:p/>
    <w:p>
      <w:r>
        <w:rPr>
          <w:b/>
          <w:sz w:val="24"/>
        </w:rPr>
        <w:t>Câu 10: Trong cuộc cách mạng công nghiệp lần thứ nhất, Rô-bớt Phơn-tơn đã chế tạo thành công</w:t>
      </w:r>
    </w:p>
    <w:p>
      <w:pPr>
        <w:pStyle w:val="ListParagraph"/>
      </w:pPr>
      <w:r>
        <w:rPr>
          <w:sz w:val="22"/>
        </w:rPr>
        <w:t>A. máy tính điện tử.</w:t>
      </w:r>
    </w:p>
    <w:p>
      <w:pPr>
        <w:pStyle w:val="ListParagraph"/>
      </w:pPr>
      <w:r>
        <w:rPr>
          <w:sz w:val="22"/>
        </w:rPr>
        <w:t>B. tàu thủy chạy bằng hơi nước.</w:t>
      </w:r>
    </w:p>
    <w:p>
      <w:pPr>
        <w:pStyle w:val="ListParagraph"/>
      </w:pPr>
      <w:r>
        <w:rPr>
          <w:sz w:val="22"/>
        </w:rPr>
        <w:t>C. hệ thống máy tự động.</w:t>
      </w:r>
    </w:p>
    <w:p>
      <w:pPr>
        <w:pStyle w:val="ListParagraph"/>
      </w:pPr>
      <w:r>
        <w:rPr>
          <w:sz w:val="22"/>
        </w:rPr>
        <w:t>D. động cơ điện xoay chiều</w:t>
      </w:r>
    </w:p>
    <w:p/>
    <w:p>
      <w:r>
        <w:rPr>
          <w:b/>
          <w:sz w:val="24"/>
        </w:rPr>
        <w:t>Câu 11: Cuộc cách mạng công nghiệp lần thứ nhất diễn ra ở châu Âu và Bắc Mỹ là quá trình</w:t>
      </w:r>
    </w:p>
    <w:p>
      <w:pPr>
        <w:pStyle w:val="ListParagraph"/>
      </w:pPr>
      <w:r>
        <w:rPr>
          <w:sz w:val="22"/>
        </w:rPr>
        <w:t>A. công nghiệp hóa, hiện đại hóa các nước tư bản châu Âu.</w:t>
      </w:r>
    </w:p>
    <w:p>
      <w:pPr>
        <w:pStyle w:val="ListParagraph"/>
      </w:pPr>
      <w:r>
        <w:rPr>
          <w:sz w:val="22"/>
        </w:rPr>
        <w:t>B. hình thành hai giai cấp cơ bản là tư sản và công nhân.</w:t>
      </w:r>
    </w:p>
    <w:p>
      <w:pPr>
        <w:pStyle w:val="ListParagraph"/>
      </w:pPr>
      <w:r>
        <w:rPr>
          <w:sz w:val="22"/>
        </w:rPr>
        <w:t>C. cơ khí hóa nền sản xuất thay thế cho lao động thủ công.</w:t>
      </w:r>
    </w:p>
    <w:p>
      <w:pPr>
        <w:pStyle w:val="ListParagraph"/>
      </w:pPr>
      <w:r>
        <w:rPr>
          <w:sz w:val="22"/>
        </w:rPr>
        <w:t>D. hình thành nền tảng kinh tế của của chủ nghĩa tư bản.</w:t>
      </w:r>
    </w:p>
    <w:p/>
    <w:p>
      <w:r>
        <w:rPr>
          <w:b/>
          <w:sz w:val="24"/>
        </w:rPr>
        <w:t>Câu 12: Trong cuộc cách mạng công nghiệp lần thứ nhất, Xti-phen-xơn đã chế tạo thành công</w:t>
      </w:r>
    </w:p>
    <w:p>
      <w:pPr>
        <w:pStyle w:val="ListParagraph"/>
      </w:pPr>
      <w:r>
        <w:rPr>
          <w:sz w:val="22"/>
        </w:rPr>
        <w:t>A. đầu máy xe lửa.</w:t>
      </w:r>
    </w:p>
    <w:p>
      <w:pPr>
        <w:pStyle w:val="ListParagraph"/>
      </w:pPr>
      <w:r>
        <w:rPr>
          <w:sz w:val="22"/>
        </w:rPr>
        <w:t>B. động cơ hơi nước.</w:t>
      </w:r>
    </w:p>
    <w:p>
      <w:pPr>
        <w:pStyle w:val="ListParagraph"/>
      </w:pPr>
      <w:r>
        <w:rPr>
          <w:sz w:val="22"/>
        </w:rPr>
        <w:t>C. máy tính điện tử.</w:t>
      </w:r>
    </w:p>
    <w:p>
      <w:pPr>
        <w:pStyle w:val="ListParagraph"/>
      </w:pPr>
      <w:r>
        <w:rPr>
          <w:sz w:val="22"/>
        </w:rPr>
        <w:t>D. bóng đèn điện.</w:t>
      </w:r>
    </w:p>
    <w:p/>
    <w:p>
      <w:r>
        <w:rPr>
          <w:b/>
          <w:sz w:val="24"/>
        </w:rPr>
        <w:t>Câu 13: Động cơ đốt trong được phát minh trong cuộc cách mạng công nghiệp lần thứ nhất có ý nghĩa</w:t>
      </w:r>
    </w:p>
    <w:p>
      <w:pPr>
        <w:pStyle w:val="ListParagraph"/>
      </w:pPr>
      <w:r>
        <w:rPr>
          <w:sz w:val="22"/>
        </w:rPr>
        <w:t>A. thúc đẩy cơ giới hoá sản xuất.</w:t>
      </w:r>
    </w:p>
    <w:p>
      <w:pPr>
        <w:pStyle w:val="ListParagraph"/>
      </w:pPr>
      <w:r>
        <w:rPr>
          <w:sz w:val="22"/>
        </w:rPr>
        <w:t>B. khởi đầu quá trình công nghiệp hoá.</w:t>
      </w:r>
    </w:p>
    <w:p>
      <w:pPr>
        <w:pStyle w:val="ListParagraph"/>
      </w:pPr>
      <w:r>
        <w:rPr>
          <w:sz w:val="22"/>
        </w:rPr>
        <w:t>C. giúp liên lạc ngày càng thuận tiện.</w:t>
      </w:r>
    </w:p>
    <w:p>
      <w:pPr>
        <w:pStyle w:val="ListParagraph"/>
      </w:pPr>
      <w:r>
        <w:rPr>
          <w:sz w:val="22"/>
        </w:rPr>
        <w:t>D. mở đầu thời kì sản xuất hàng loạt.</w:t>
      </w:r>
    </w:p>
    <w:p/>
    <w:p>
      <w:r>
        <w:rPr>
          <w:b/>
          <w:sz w:val="24"/>
        </w:rPr>
        <w:t>Câu 14: Việc phát minh ra lò luyện quặng theo phương pháp mới trong cuộc cách mạng công nghiệp lần thứ nhất đã mang lại tác dụng nào sau đây?</w:t>
      </w:r>
    </w:p>
    <w:p>
      <w:pPr>
        <w:pStyle w:val="ListParagraph"/>
      </w:pPr>
      <w:r>
        <w:rPr>
          <w:sz w:val="22"/>
        </w:rPr>
        <w:t>A. Thúc đẩy việc ứng dụng điện vào cuộc sống.</w:t>
      </w:r>
    </w:p>
    <w:p>
      <w:pPr>
        <w:pStyle w:val="ListParagraph"/>
      </w:pPr>
      <w:r>
        <w:rPr>
          <w:sz w:val="22"/>
        </w:rPr>
        <w:t>B. Thúc đẩy sự phát triển của ngành cơ khí chế tạo</w:t>
      </w:r>
    </w:p>
    <w:p>
      <w:pPr>
        <w:pStyle w:val="ListParagraph"/>
      </w:pPr>
      <w:r>
        <w:rPr>
          <w:sz w:val="22"/>
        </w:rPr>
        <w:t>C. Dẫn đến sự ra đời và phát triển của động cơ học.</w:t>
      </w:r>
    </w:p>
    <w:p>
      <w:pPr>
        <w:pStyle w:val="ListParagraph"/>
      </w:pPr>
      <w:r>
        <w:rPr>
          <w:sz w:val="22"/>
        </w:rPr>
        <w:t>D. Đẩy mạnh quá trình công nghiệp hóa đất nước.</w:t>
      </w:r>
    </w:p>
    <w:p/>
    <w:p>
      <w:r>
        <w:rPr>
          <w:b/>
          <w:sz w:val="24"/>
        </w:rPr>
        <w:t>Câu 15: Đặc trưng cơ bản của cuộc cách mạng công nghiệp cuối thế kỉ XVIII – đầu thế kỉ XIX là</w:t>
      </w:r>
    </w:p>
    <w:p>
      <w:pPr>
        <w:pStyle w:val="ListParagraph"/>
      </w:pPr>
      <w:r>
        <w:rPr>
          <w:sz w:val="22"/>
        </w:rPr>
        <w:t>A. ứng dụng điện tử và công nghệ thông tin để tự động hóa sản xuất.</w:t>
      </w:r>
    </w:p>
    <w:p>
      <w:pPr>
        <w:pStyle w:val="ListParagraph"/>
      </w:pPr>
      <w:r>
        <w:rPr>
          <w:sz w:val="22"/>
        </w:rPr>
        <w:t>B. sử dụng điện năng với sự ra đời của dây chuyền sản xuất hàng loạt.</w:t>
      </w:r>
    </w:p>
    <w:p>
      <w:pPr>
        <w:pStyle w:val="ListParagraph"/>
      </w:pPr>
      <w:r>
        <w:rPr>
          <w:sz w:val="22"/>
        </w:rPr>
        <w:t>C. sử dụng năng lượng hơi nước và cơ giới hóa quá trình sản xuất.</w:t>
      </w:r>
    </w:p>
    <w:p>
      <w:pPr>
        <w:pStyle w:val="ListParagraph"/>
      </w:pPr>
      <w:r>
        <w:rPr>
          <w:sz w:val="22"/>
        </w:rPr>
        <w:t>D. quy trình sản xuất được tối ưu hóa trên nền tảng công nghệ số.</w:t>
      </w:r>
    </w:p>
    <w:p/>
    <w:p>
      <w:r>
        <w:rPr>
          <w:b/>
          <w:sz w:val="24"/>
        </w:rPr>
        <w:t>Câu 16: Nhận xét nào sau đây là đúng về cuộc cách mạng công nghiệp lần thứ nhất từ nửa sau thế kỉ XVIII?</w:t>
      </w:r>
    </w:p>
    <w:p>
      <w:pPr>
        <w:pStyle w:val="ListParagraph"/>
      </w:pPr>
      <w:r>
        <w:rPr>
          <w:sz w:val="22"/>
        </w:rPr>
        <w:t>A. Đánh dấu bước chuyển của nhân loại từ văn minh nông nghiệp sang văn minh công nghiệp</w:t>
      </w:r>
    </w:p>
    <w:p>
      <w:pPr>
        <w:pStyle w:val="ListParagraph"/>
      </w:pPr>
      <w:r>
        <w:rPr>
          <w:sz w:val="22"/>
        </w:rPr>
        <w:t>B. Những phát minh về khoa học đã tạo tiền đề trực tiếp dẫn đến những phát minh về kĩ thuật</w:t>
      </w:r>
    </w:p>
    <w:p>
      <w:pPr>
        <w:pStyle w:val="ListParagraph"/>
      </w:pPr>
      <w:r>
        <w:rPr>
          <w:sz w:val="22"/>
        </w:rPr>
        <w:t>C. Sự xuất hiện của sản xuất hàng loạt theo dây chuyền và tiêu chuẩn hóa các loại hàng hóa</w:t>
      </w:r>
    </w:p>
    <w:p>
      <w:pPr>
        <w:pStyle w:val="ListParagraph"/>
      </w:pPr>
      <w:r>
        <w:rPr>
          <w:sz w:val="22"/>
        </w:rPr>
        <w:t>D. Tự động hóa cao độ trong sản xuất hàng hóa bằng cách sử dụng rộng rãi máy tính điện tử</w:t>
      </w:r>
    </w:p>
    <w:p/>
    <w:p>
      <w:r>
        <w:rPr>
          <w:b/>
          <w:sz w:val="24"/>
        </w:rPr>
        <w:t>Câu 17: Cuộc cách mạng công nghiệp lần thứ hai được khởi đầu ở một trong những quốc gia nào sau đây?</w:t>
      </w:r>
    </w:p>
    <w:p>
      <w:pPr>
        <w:pStyle w:val="ListParagraph"/>
      </w:pPr>
      <w:r>
        <w:rPr>
          <w:sz w:val="22"/>
        </w:rPr>
        <w:t>A. Trung Quốc</w:t>
      </w:r>
    </w:p>
    <w:p>
      <w:pPr>
        <w:pStyle w:val="ListParagraph"/>
      </w:pPr>
      <w:r>
        <w:rPr>
          <w:sz w:val="22"/>
        </w:rPr>
        <w:t>B. Nhật Bản</w:t>
      </w:r>
    </w:p>
    <w:p>
      <w:pPr>
        <w:pStyle w:val="ListParagraph"/>
      </w:pPr>
      <w:r>
        <w:rPr>
          <w:sz w:val="22"/>
        </w:rPr>
        <w:t>C. Đức</w:t>
      </w:r>
    </w:p>
    <w:p>
      <w:pPr>
        <w:pStyle w:val="ListParagraph"/>
      </w:pPr>
      <w:r>
        <w:rPr>
          <w:sz w:val="22"/>
        </w:rPr>
        <w:t>D. Ấn Độ</w:t>
      </w:r>
    </w:p>
    <w:p/>
    <w:p>
      <w:r>
        <w:rPr>
          <w:b/>
          <w:sz w:val="24"/>
        </w:rPr>
        <w:t>Câu 18: Cuộc cách mạng công nghiệp lần thứ hai được tiến hành trong khoảng thời gian nào sau đây?</w:t>
      </w:r>
    </w:p>
    <w:p>
      <w:pPr>
        <w:pStyle w:val="ListParagraph"/>
      </w:pPr>
      <w:r>
        <w:rPr>
          <w:sz w:val="22"/>
        </w:rPr>
        <w:t>A. Cuối thế kỉ XX đầu thế kỉ XXI</w:t>
      </w:r>
    </w:p>
    <w:p>
      <w:pPr>
        <w:pStyle w:val="ListParagraph"/>
      </w:pPr>
      <w:r>
        <w:rPr>
          <w:sz w:val="22"/>
        </w:rPr>
        <w:t>B. Cuối thế kỉ XIX đầu thế kỉ XX</w:t>
      </w:r>
    </w:p>
    <w:p>
      <w:pPr>
        <w:pStyle w:val="ListParagraph"/>
      </w:pPr>
      <w:r>
        <w:rPr>
          <w:sz w:val="22"/>
        </w:rPr>
        <w:t>C. Cuối thế kỉ XVII đầu thế kỉ XVIII</w:t>
      </w:r>
    </w:p>
    <w:p>
      <w:pPr>
        <w:pStyle w:val="ListParagraph"/>
      </w:pPr>
      <w:r>
        <w:rPr>
          <w:sz w:val="22"/>
        </w:rPr>
        <w:t>D. Cuối thế kỉ XVIII đầu thế kỉ XIX</w:t>
      </w:r>
    </w:p>
    <w:p/>
    <w:p>
      <w:r>
        <w:rPr>
          <w:b/>
          <w:sz w:val="24"/>
        </w:rPr>
        <w:t>Câu 19: Quốc gia nào sau đây ở châu Âu đã khởi đầu cuộc cách mạng công nghiệp lần thứ hai?</w:t>
      </w:r>
    </w:p>
    <w:p>
      <w:pPr>
        <w:pStyle w:val="ListParagraph"/>
      </w:pPr>
      <w:r>
        <w:rPr>
          <w:sz w:val="22"/>
        </w:rPr>
        <w:t>A. Mĩ</w:t>
      </w:r>
    </w:p>
    <w:p>
      <w:pPr>
        <w:pStyle w:val="ListParagraph"/>
      </w:pPr>
      <w:r>
        <w:rPr>
          <w:sz w:val="22"/>
        </w:rPr>
        <w:t>B. Pháp</w:t>
      </w:r>
    </w:p>
    <w:p>
      <w:pPr>
        <w:pStyle w:val="ListParagraph"/>
      </w:pPr>
      <w:r>
        <w:rPr>
          <w:sz w:val="22"/>
        </w:rPr>
        <w:t>C. Nhật Bản</w:t>
      </w:r>
    </w:p>
    <w:p>
      <w:pPr>
        <w:pStyle w:val="ListParagraph"/>
      </w:pPr>
      <w:r>
        <w:rPr>
          <w:sz w:val="22"/>
        </w:rPr>
        <w:t>D. Trung Quốc</w:t>
      </w:r>
    </w:p>
    <w:p/>
    <w:p>
      <w:r>
        <w:rPr>
          <w:b/>
          <w:sz w:val="24"/>
        </w:rPr>
        <w:t>Câu 20: Cuộc cách mạng công nghiệp lần thứ hai đã sử dụng rộng rãi nhiều nguồn năng lượng vào sản xuất công nghiệp, ngoại trừ</w:t>
      </w:r>
    </w:p>
    <w:p>
      <w:pPr>
        <w:pStyle w:val="ListParagraph"/>
      </w:pPr>
      <w:r>
        <w:rPr>
          <w:sz w:val="22"/>
        </w:rPr>
        <w:t>A. than đá.</w:t>
      </w:r>
    </w:p>
    <w:p>
      <w:pPr>
        <w:pStyle w:val="ListParagraph"/>
      </w:pPr>
      <w:r>
        <w:rPr>
          <w:sz w:val="22"/>
        </w:rPr>
        <w:t>B. điện.</w:t>
      </w:r>
    </w:p>
    <w:p>
      <w:pPr>
        <w:pStyle w:val="ListParagraph"/>
      </w:pPr>
      <w:r>
        <w:rPr>
          <w:sz w:val="22"/>
        </w:rPr>
        <w:t>C. hạt nhân.</w:t>
      </w:r>
    </w:p>
    <w:p>
      <w:pPr>
        <w:pStyle w:val="ListParagraph"/>
      </w:pPr>
      <w:r>
        <w:rPr>
          <w:sz w:val="22"/>
        </w:rPr>
        <w:t>D. dầu mỏ.</w:t>
      </w:r>
    </w:p>
    <w:p/>
    <w:p>
      <w:r>
        <w:rPr>
          <w:b/>
          <w:sz w:val="24"/>
        </w:rPr>
        <w:t>Câu 21: Một trong những thành tựu tiêu biểu của cuộc cách mạng công nghiệp lần thứ hai là việc phát minh ra</w:t>
      </w:r>
    </w:p>
    <w:p>
      <w:pPr>
        <w:pStyle w:val="ListParagraph"/>
      </w:pPr>
      <w:r>
        <w:rPr>
          <w:sz w:val="22"/>
        </w:rPr>
        <w:t>A. máy điện tín</w:t>
      </w:r>
    </w:p>
    <w:p>
      <w:pPr>
        <w:pStyle w:val="ListParagraph"/>
      </w:pPr>
      <w:r>
        <w:rPr>
          <w:sz w:val="22"/>
        </w:rPr>
        <w:t>B. thiết bị điện tử</w:t>
      </w:r>
    </w:p>
    <w:p>
      <w:pPr>
        <w:pStyle w:val="ListParagraph"/>
      </w:pPr>
      <w:r>
        <w:rPr>
          <w:sz w:val="22"/>
        </w:rPr>
        <w:t>C. máy hơi nước</w:t>
      </w:r>
    </w:p>
    <w:p>
      <w:pPr>
        <w:pStyle w:val="ListParagraph"/>
      </w:pPr>
      <w:r>
        <w:rPr>
          <w:sz w:val="22"/>
        </w:rPr>
        <w:t>D. máy tính</w:t>
      </w:r>
    </w:p>
    <w:p/>
    <w:p>
      <w:r>
        <w:rPr>
          <w:b/>
          <w:sz w:val="24"/>
        </w:rPr>
        <w:t>Câu 22: Nội dung nào sau đây phản ánh thành tựu của cuộc cách mạng công nghiệp lần thứ hai trong lĩnh vực giao thông vận tải?</w:t>
      </w:r>
    </w:p>
    <w:p>
      <w:pPr>
        <w:pStyle w:val="ListParagraph"/>
      </w:pPr>
      <w:r>
        <w:rPr>
          <w:sz w:val="22"/>
        </w:rPr>
        <w:t>A. Xuất hiện lò luyện quặng theo phương pháp mới</w:t>
      </w:r>
    </w:p>
    <w:p>
      <w:pPr>
        <w:pStyle w:val="ListParagraph"/>
      </w:pPr>
      <w:r>
        <w:rPr>
          <w:sz w:val="22"/>
        </w:rPr>
        <w:t>B. Sự ra đời và hoàn thiện của sản xuất dây chuyền</w:t>
      </w:r>
    </w:p>
    <w:p>
      <w:pPr>
        <w:pStyle w:val="ListParagraph"/>
      </w:pPr>
      <w:r>
        <w:rPr>
          <w:sz w:val="22"/>
        </w:rPr>
        <w:t>C. Sự phát triển mạnh của ô tô và ngành hàng không</w:t>
      </w:r>
    </w:p>
    <w:p>
      <w:pPr>
        <w:pStyle w:val="ListParagraph"/>
      </w:pPr>
      <w:r>
        <w:rPr>
          <w:sz w:val="22"/>
        </w:rPr>
        <w:t>D. Sự xuất hiện của tàu thủy chạy bằng hơi nước</w:t>
      </w:r>
    </w:p>
    <w:p/>
    <w:p>
      <w:r>
        <w:rPr>
          <w:b/>
          <w:sz w:val="24"/>
        </w:rPr>
        <w:t>Câu 23: Việc phát minh ra phương pháp sử dụng lò cao trong luyện kim của cuộc cách mạng công nghiệp lần thứ hai đã mang lại tác dụng nào sau đây?</w:t>
      </w:r>
    </w:p>
    <w:p>
      <w:pPr>
        <w:pStyle w:val="ListParagraph"/>
      </w:pPr>
      <w:r>
        <w:rPr>
          <w:sz w:val="22"/>
        </w:rPr>
        <w:t>A. thúc đẩy việc ứng dụng điện vào cuộc sống.</w:t>
      </w:r>
    </w:p>
    <w:p>
      <w:pPr>
        <w:pStyle w:val="ListParagraph"/>
      </w:pPr>
      <w:r>
        <w:rPr>
          <w:sz w:val="22"/>
        </w:rPr>
        <w:t>B. thúc đẩy sản lượng thép thế giới tăng nhanh</w:t>
      </w:r>
    </w:p>
    <w:p>
      <w:pPr>
        <w:pStyle w:val="ListParagraph"/>
      </w:pPr>
      <w:r>
        <w:rPr>
          <w:sz w:val="22"/>
        </w:rPr>
        <w:t>C. dẫn đến sự ra đời và phát triển của động cơ học.</w:t>
      </w:r>
    </w:p>
    <w:p>
      <w:pPr>
        <w:pStyle w:val="ListParagraph"/>
      </w:pPr>
      <w:r>
        <w:rPr>
          <w:sz w:val="22"/>
        </w:rPr>
        <w:t>D. đẩy mạnh quá trình công nghiệp hóa đất nước.</w:t>
      </w:r>
    </w:p>
    <w:p/>
    <w:p>
      <w:r>
        <w:rPr>
          <w:b/>
          <w:sz w:val="24"/>
        </w:rPr>
        <w:t>Câu 24: Trong cuộc cách mạng công nghiệp lần thứ hai, Thô – mát Ê – đi - xơn đã phát minh ra</w:t>
      </w:r>
    </w:p>
    <w:p>
      <w:pPr>
        <w:pStyle w:val="ListParagraph"/>
      </w:pPr>
      <w:r>
        <w:rPr>
          <w:sz w:val="22"/>
        </w:rPr>
        <w:t>A. bóng đèn điện.</w:t>
      </w:r>
    </w:p>
    <w:p>
      <w:pPr>
        <w:pStyle w:val="ListParagraph"/>
      </w:pPr>
      <w:r>
        <w:rPr>
          <w:sz w:val="22"/>
        </w:rPr>
        <w:t>B. động cơ hơi nước.</w:t>
      </w:r>
    </w:p>
    <w:p>
      <w:pPr>
        <w:pStyle w:val="ListParagraph"/>
      </w:pPr>
      <w:r>
        <w:rPr>
          <w:sz w:val="22"/>
        </w:rPr>
        <w:t>C. máy tính điện tử.</w:t>
      </w:r>
    </w:p>
    <w:p>
      <w:pPr>
        <w:pStyle w:val="ListParagraph"/>
      </w:pPr>
      <w:r>
        <w:rPr>
          <w:sz w:val="22"/>
        </w:rPr>
        <w:t>D. linh kiện bán dẫn.</w:t>
      </w:r>
    </w:p>
    <w:p/>
    <w:p>
      <w:r>
        <w:rPr>
          <w:b/>
          <w:sz w:val="24"/>
        </w:rPr>
        <w:t>Câu 25: Những phát minh về điện trong cuộc cách mạng công nghiệp lần thứ hai đã</w:t>
      </w:r>
    </w:p>
    <w:p>
      <w:pPr>
        <w:pStyle w:val="ListParagraph"/>
      </w:pPr>
      <w:r>
        <w:rPr>
          <w:sz w:val="22"/>
        </w:rPr>
        <w:t>A. tạo cơ sở trực tiếp cho sự ra đời của công nghiệp chế tạo ô tô và máy bay</w:t>
      </w:r>
    </w:p>
    <w:p>
      <w:pPr>
        <w:pStyle w:val="ListParagraph"/>
      </w:pPr>
      <w:r>
        <w:rPr>
          <w:sz w:val="22"/>
        </w:rPr>
        <w:t>B. mở ra khả năng ứng dụng nguồn năng lượng mới vào cuộc sống và sản xuất</w:t>
      </w:r>
    </w:p>
    <w:p>
      <w:pPr>
        <w:pStyle w:val="ListParagraph"/>
      </w:pPr>
      <w:r>
        <w:rPr>
          <w:sz w:val="22"/>
        </w:rPr>
        <w:t>C. thúc đẩy mạnh mẽ quá trình khu vực hóa và toàn cầu hóa nền kinh tế thế giới</w:t>
      </w:r>
    </w:p>
    <w:p>
      <w:pPr>
        <w:pStyle w:val="ListParagraph"/>
      </w:pPr>
      <w:r>
        <w:rPr>
          <w:sz w:val="22"/>
        </w:rPr>
        <w:t>D. đưa nhân loại bước sang một nền văn minh mới: văn minh hậu công nghiệp</w:t>
      </w:r>
    </w:p>
    <w:p/>
    <w:p>
      <w:r>
        <w:rPr>
          <w:b/>
          <w:sz w:val="24"/>
        </w:rPr>
        <w:t>Câu 26: Thành tựu nào sau đây đã được ra đời từ cuộc cách mạng công nghiệp lần thứ nhất và tiếp tục được cải tiến, ứng dụng rộng rãi trong cuộc cách mạng công nghiệp lần thứ hai?</w:t>
      </w:r>
    </w:p>
    <w:p>
      <w:pPr>
        <w:pStyle w:val="ListParagraph"/>
      </w:pPr>
      <w:r>
        <w:rPr>
          <w:sz w:val="22"/>
        </w:rPr>
        <w:t>A. máy hơi nước</w:t>
      </w:r>
    </w:p>
    <w:p>
      <w:pPr>
        <w:pStyle w:val="ListParagraph"/>
      </w:pPr>
      <w:r>
        <w:rPr>
          <w:sz w:val="22"/>
        </w:rPr>
        <w:t>B. động cơ đốt trong</w:t>
      </w:r>
    </w:p>
    <w:p>
      <w:pPr>
        <w:pStyle w:val="ListParagraph"/>
      </w:pPr>
      <w:r>
        <w:rPr>
          <w:sz w:val="22"/>
        </w:rPr>
        <w:t>C. máy tính điện tử</w:t>
      </w:r>
    </w:p>
    <w:p>
      <w:pPr>
        <w:pStyle w:val="ListParagraph"/>
      </w:pPr>
      <w:r>
        <w:rPr>
          <w:sz w:val="22"/>
        </w:rPr>
        <w:t>D. thiết bị điện tử</w:t>
      </w:r>
    </w:p>
    <w:p/>
    <w:p>
      <w:r>
        <w:rPr>
          <w:b/>
          <w:sz w:val="24"/>
        </w:rPr>
        <w:t>Câu 27: Nội dung nào sau đây là điểm khác biệt của cuộc cách mạng công nghiệp lần thứ hai so với cuộc cách mạng công nghiệp lần thứ nhất?</w:t>
      </w:r>
    </w:p>
    <w:p>
      <w:pPr>
        <w:pStyle w:val="ListParagraph"/>
      </w:pPr>
      <w:r>
        <w:rPr>
          <w:sz w:val="22"/>
        </w:rPr>
        <w:t>A. Các phát minh máy móc đều dựa trên sự cải tiến công cụ sẵn có</w:t>
      </w:r>
    </w:p>
    <w:p>
      <w:pPr>
        <w:pStyle w:val="ListParagraph"/>
      </w:pPr>
      <w:r>
        <w:rPr>
          <w:sz w:val="22"/>
        </w:rPr>
        <w:t>B. Tự động hóa cao độ bằng cách sử dụng rộng rãi máy tính điện tử</w:t>
      </w:r>
    </w:p>
    <w:p>
      <w:pPr>
        <w:pStyle w:val="ListParagraph"/>
      </w:pPr>
      <w:r>
        <w:rPr>
          <w:sz w:val="22"/>
        </w:rPr>
        <w:t>C. Những phát minh khoa học là cơ sở cho những phát minh kĩ thuật</w:t>
      </w:r>
    </w:p>
    <w:p>
      <w:pPr>
        <w:pStyle w:val="ListParagraph"/>
      </w:pPr>
      <w:r>
        <w:rPr>
          <w:sz w:val="22"/>
        </w:rPr>
        <w:t>D. Mở rộng cao độ phạm vi, khả năng khám phá, chinh phục vũ trụ</w:t>
      </w:r>
    </w:p>
    <w:p/>
    <w:p>
      <w:r>
        <w:rPr>
          <w:b/>
          <w:sz w:val="24"/>
        </w:rPr>
        <w:t>Câu 28: Trong cuộc cách mạng công nghiệp lần thứ hai, phát minh nào sau đây đã đánh dấu sự ra đời của ngành hàng không thế giới?</w:t>
      </w:r>
    </w:p>
    <w:p>
      <w:pPr>
        <w:pStyle w:val="ListParagraph"/>
      </w:pPr>
      <w:r>
        <w:rPr>
          <w:sz w:val="22"/>
        </w:rPr>
        <w:t>A. Ô tô</w:t>
      </w:r>
    </w:p>
    <w:p>
      <w:pPr>
        <w:pStyle w:val="ListParagraph"/>
      </w:pPr>
      <w:r>
        <w:rPr>
          <w:sz w:val="22"/>
        </w:rPr>
        <w:t>B. Động cơ điện</w:t>
      </w:r>
    </w:p>
    <w:p>
      <w:pPr>
        <w:pStyle w:val="ListParagraph"/>
      </w:pPr>
      <w:r>
        <w:rPr>
          <w:sz w:val="22"/>
        </w:rPr>
        <w:t>C. Máy điện tín</w:t>
      </w:r>
    </w:p>
    <w:p>
      <w:pPr>
        <w:pStyle w:val="ListParagraph"/>
      </w:pPr>
      <w:r>
        <w:rPr>
          <w:sz w:val="22"/>
        </w:rPr>
        <w:t>D. Máy bay</w:t>
      </w:r>
    </w:p>
    <w:p/>
    <w:p>
      <w:r>
        <w:rPr>
          <w:b/>
          <w:sz w:val="24"/>
        </w:rPr>
        <w:t>Câu 29: Trong cuộc cách mạng công nghiệp lần thứ hai, phát minh nào sau đây giúp cho việc liên lạc ngày càng trở nên thuận tiện hơn?</w:t>
      </w:r>
    </w:p>
    <w:p>
      <w:pPr>
        <w:pStyle w:val="ListParagraph"/>
      </w:pPr>
      <w:r>
        <w:rPr>
          <w:sz w:val="22"/>
        </w:rPr>
        <w:t>A. Động cơ đốt trong</w:t>
      </w:r>
    </w:p>
    <w:p>
      <w:pPr>
        <w:pStyle w:val="ListParagraph"/>
      </w:pPr>
      <w:r>
        <w:rPr>
          <w:sz w:val="22"/>
        </w:rPr>
        <w:t>B. Động cơ điện</w:t>
      </w:r>
    </w:p>
    <w:p>
      <w:pPr>
        <w:pStyle w:val="ListParagraph"/>
      </w:pPr>
      <w:r>
        <w:rPr>
          <w:sz w:val="22"/>
        </w:rPr>
        <w:t>C. Máy điện tín</w:t>
      </w:r>
    </w:p>
    <w:p>
      <w:pPr>
        <w:pStyle w:val="ListParagraph"/>
      </w:pPr>
      <w:r>
        <w:rPr>
          <w:sz w:val="22"/>
        </w:rPr>
        <w:t>D. Máy hơi nước</w:t>
      </w:r>
    </w:p>
    <w:p/>
    <w:p>
      <w:r>
        <w:rPr>
          <w:b/>
          <w:sz w:val="24"/>
        </w:rPr>
        <w:t>Câu 30: Nhận xét nào sau đây là đúng về cuộc cách mạng công nghiệp lần thứ hai từ nửa sau thế kỉ XIX?</w:t>
      </w:r>
    </w:p>
    <w:p>
      <w:pPr>
        <w:pStyle w:val="ListParagraph"/>
      </w:pPr>
      <w:r>
        <w:rPr>
          <w:sz w:val="22"/>
        </w:rPr>
        <w:t>A. Đánh dấu bước chuyển từ nền sản xuất thủ công, manh mún sang nền sản xuất cơ khí hóa</w:t>
      </w:r>
    </w:p>
    <w:p>
      <w:pPr>
        <w:pStyle w:val="ListParagraph"/>
      </w:pPr>
      <w:r>
        <w:rPr>
          <w:sz w:val="22"/>
        </w:rPr>
        <w:t>B. Thời gian từ phát minh khoa học đến ứng dụng vào trong sản xuất ngày càng được rút ngắn</w:t>
      </w:r>
    </w:p>
    <w:p>
      <w:pPr>
        <w:pStyle w:val="ListParagraph"/>
      </w:pPr>
      <w:r>
        <w:rPr>
          <w:sz w:val="22"/>
        </w:rPr>
        <w:t>C. Sự xuất hiện của sản xuất hàng loạt theo dây chuyền và tiêu chuẩn hóa các loại hàng hóa</w:t>
      </w:r>
    </w:p>
    <w:p>
      <w:pPr>
        <w:pStyle w:val="ListParagraph"/>
      </w:pPr>
      <w:r>
        <w:rPr>
          <w:sz w:val="22"/>
        </w:rPr>
        <w:t>D. Tự động hóa cao độ trong sản xuất hàng hóa bằng cách sử dụng rộng rãi máy tính điện tử</w:t>
      </w:r>
    </w:p>
    <w:p/>
    <w:p>
      <w:r>
        <w:rPr>
          <w:b/>
          <w:sz w:val="24"/>
        </w:rPr>
        <w:t>Câu 31: Các cuộc cách mạng công nghiệp thời kì cận đại không có ý nghĩa nào sau đây?</w:t>
      </w:r>
    </w:p>
    <w:p>
      <w:pPr>
        <w:pStyle w:val="ListParagraph"/>
      </w:pPr>
      <w:r>
        <w:rPr>
          <w:sz w:val="22"/>
        </w:rPr>
        <w:t>A. Thúc đầy nền kinh tế phát triển mạnh</w:t>
      </w:r>
    </w:p>
    <w:p>
      <w:pPr>
        <w:pStyle w:val="ListParagraph"/>
      </w:pPr>
      <w:r>
        <w:rPr>
          <w:sz w:val="22"/>
        </w:rPr>
        <w:t>B. Hình thành các trung tâm công nghiệp.</w:t>
      </w:r>
    </w:p>
    <w:p>
      <w:pPr>
        <w:pStyle w:val="ListParagraph"/>
      </w:pPr>
      <w:r>
        <w:rPr>
          <w:sz w:val="22"/>
        </w:rPr>
        <w:t>C. Dẫn đến sự ra đời của giai cấp tư sản</w:t>
      </w:r>
    </w:p>
    <w:p>
      <w:pPr>
        <w:pStyle w:val="ListParagraph"/>
      </w:pPr>
      <w:r>
        <w:rPr>
          <w:sz w:val="22"/>
        </w:rPr>
        <w:t>D. Thúc đẩy quá trình liên kết khu vực</w:t>
      </w:r>
    </w:p>
    <w:p/>
    <w:p>
      <w:r>
        <w:rPr>
          <w:b/>
          <w:sz w:val="24"/>
        </w:rPr>
        <w:t>Câu 32: Nội dung nào sau đây không phản ánh đúng ý nghĩa của các cuộc cách mạng công nghiệp thời kì cận đại?</w:t>
      </w:r>
    </w:p>
    <w:p>
      <w:pPr>
        <w:pStyle w:val="ListParagraph"/>
      </w:pPr>
      <w:r>
        <w:rPr>
          <w:sz w:val="22"/>
        </w:rPr>
        <w:t>A. Thúc đẩy sự phát triển của lực lượng sản xuất.</w:t>
      </w:r>
    </w:p>
    <w:p>
      <w:pPr>
        <w:pStyle w:val="ListParagraph"/>
      </w:pPr>
      <w:r>
        <w:rPr>
          <w:sz w:val="22"/>
        </w:rPr>
        <w:t>B. Nhiều trung tâm công nghiệp mới hình thành.</w:t>
      </w:r>
    </w:p>
    <w:p>
      <w:pPr>
        <w:pStyle w:val="ListParagraph"/>
      </w:pPr>
      <w:r>
        <w:rPr>
          <w:sz w:val="22"/>
        </w:rPr>
        <w:t>C. Thúc đẩy chuyển biến mạnh mẽ trong nông nghiệp.</w:t>
      </w:r>
    </w:p>
    <w:p>
      <w:pPr>
        <w:pStyle w:val="ListParagraph"/>
      </w:pPr>
      <w:r>
        <w:rPr>
          <w:sz w:val="22"/>
        </w:rPr>
        <w:t>D. Giải quyết triệt để mâu thuẫn trong xã hội tư bản.</w:t>
      </w:r>
    </w:p>
    <w:p/>
    <w:p>
      <w:r>
        <w:rPr>
          <w:b/>
          <w:sz w:val="24"/>
        </w:rPr>
        <w:t>Câu 33: Cách mạng công nghiệp thời kì cận đại đã dẫn đến sự hình thành hai giai cấp</w:t>
      </w:r>
    </w:p>
    <w:p>
      <w:pPr>
        <w:pStyle w:val="ListParagraph"/>
      </w:pPr>
      <w:r>
        <w:rPr>
          <w:sz w:val="22"/>
        </w:rPr>
        <w:t>A. tư sản và vô sản.</w:t>
      </w:r>
    </w:p>
    <w:p>
      <w:pPr>
        <w:pStyle w:val="ListParagraph"/>
      </w:pPr>
      <w:r>
        <w:rPr>
          <w:sz w:val="22"/>
        </w:rPr>
        <w:t>B. tư sản và tiểu tư sản.</w:t>
      </w:r>
    </w:p>
    <w:p>
      <w:pPr>
        <w:pStyle w:val="ListParagraph"/>
      </w:pPr>
      <w:r>
        <w:rPr>
          <w:sz w:val="22"/>
        </w:rPr>
        <w:t>C. nông dân và công nhân.</w:t>
      </w:r>
    </w:p>
    <w:p>
      <w:pPr>
        <w:pStyle w:val="ListParagraph"/>
      </w:pPr>
      <w:r>
        <w:rPr>
          <w:sz w:val="22"/>
        </w:rPr>
        <w:t>D. nông dân và địa chủ</w:t>
      </w:r>
    </w:p>
    <w:p/>
    <w:p>
      <w:r>
        <w:rPr>
          <w:b/>
          <w:sz w:val="24"/>
        </w:rPr>
        <w:t>Câu 34: Một trong những ý nghĩa của các cuộc cách mạng công nghiệp thời kì cận đại đối với kinh tế là</w:t>
      </w:r>
    </w:p>
    <w:p>
      <w:pPr>
        <w:pStyle w:val="ListParagraph"/>
      </w:pPr>
      <w:r>
        <w:rPr>
          <w:sz w:val="22"/>
        </w:rPr>
        <w:t>A. thúc đẩy sự tăng trưởng của công nghiệp.</w:t>
      </w:r>
    </w:p>
    <w:p>
      <w:pPr>
        <w:pStyle w:val="ListParagraph"/>
      </w:pPr>
      <w:r>
        <w:rPr>
          <w:sz w:val="22"/>
        </w:rPr>
        <w:t>B. hình thành hai giai cấp tư sản và vô sản.</w:t>
      </w:r>
    </w:p>
    <w:p>
      <w:pPr>
        <w:pStyle w:val="ListParagraph"/>
      </w:pPr>
      <w:r>
        <w:rPr>
          <w:sz w:val="22"/>
        </w:rPr>
        <w:t>C. hình thành lối sống, tác phong công nghiệp.</w:t>
      </w:r>
    </w:p>
    <w:p>
      <w:pPr>
        <w:pStyle w:val="ListParagraph"/>
      </w:pPr>
      <w:r>
        <w:rPr>
          <w:sz w:val="22"/>
        </w:rPr>
        <w:t>D. thúc đẩy giao lưu, kết nối văn hoá toàn cầu.</w:t>
      </w:r>
    </w:p>
    <w:p/>
    <w:p>
      <w:r>
        <w:rPr>
          <w:b/>
          <w:sz w:val="24"/>
        </w:rPr>
        <w:t>Câu 35: Nội dung nào sau đây không phản ánh đúng hệ quả của các cuộc cách mạng công nghiệp thời kì cận đại?</w:t>
      </w:r>
    </w:p>
    <w:p>
      <w:pPr>
        <w:pStyle w:val="ListParagraph"/>
      </w:pPr>
      <w:r>
        <w:rPr>
          <w:sz w:val="22"/>
        </w:rPr>
        <w:t>A. Hình thành hai giai cấp cơ bản trong xã hội tư bản là tư sản và vô sản.</w:t>
      </w:r>
    </w:p>
    <w:p>
      <w:pPr>
        <w:pStyle w:val="ListParagraph"/>
      </w:pPr>
      <w:r>
        <w:rPr>
          <w:sz w:val="22"/>
        </w:rPr>
        <w:t>B. Góp phần thúc đẩy sự phát triển của nông nghiệp và giao thông vận tải.</w:t>
      </w:r>
    </w:p>
    <w:p>
      <w:pPr>
        <w:pStyle w:val="ListParagraph"/>
      </w:pPr>
      <w:r>
        <w:rPr>
          <w:sz w:val="22"/>
        </w:rPr>
        <w:t>C. Nâng cao năng suất lao động và làm thay đổi bộ mặt các nước tư bản.</w:t>
      </w:r>
    </w:p>
    <w:p>
      <w:pPr>
        <w:pStyle w:val="ListParagraph"/>
      </w:pPr>
      <w:r>
        <w:rPr>
          <w:sz w:val="22"/>
        </w:rPr>
        <w:t>D. Làm tiền đề dẫn đến sự bùng nổ các cuộc cách mạng tư sản ở châu Âu.</w:t>
      </w:r>
    </w:p>
    <w:p/>
    <w:p>
      <w:r>
        <w:rPr>
          <w:b/>
          <w:sz w:val="24"/>
        </w:rPr>
        <w:t>Câu 36: Nội dung nào sau đây phản ánh đúng ý nghĩa của các cuộc cách mạng công nghiệp thời kì cận đại về mặt văn hóa?</w:t>
      </w:r>
    </w:p>
    <w:p>
      <w:pPr>
        <w:pStyle w:val="ListParagraph"/>
      </w:pPr>
      <w:r>
        <w:rPr>
          <w:sz w:val="22"/>
        </w:rPr>
        <w:t>A. Dẫn đến sự hình thành các lực lượng xã hội mới.</w:t>
      </w:r>
    </w:p>
    <w:p>
      <w:pPr>
        <w:pStyle w:val="ListParagraph"/>
      </w:pPr>
      <w:r>
        <w:rPr>
          <w:sz w:val="22"/>
        </w:rPr>
        <w:t>B. Thúc đẩy sự giao lưu và kết nối văn hoá toàn cầu.</w:t>
      </w:r>
    </w:p>
    <w:p>
      <w:pPr>
        <w:pStyle w:val="ListParagraph"/>
      </w:pPr>
      <w:r>
        <w:rPr>
          <w:sz w:val="22"/>
        </w:rPr>
        <w:t>C. Tạo động lực cho sự tăng trưởng của công nghiệp.</w:t>
      </w:r>
    </w:p>
    <w:p>
      <w:pPr>
        <w:pStyle w:val="ListParagraph"/>
      </w:pPr>
      <w:r>
        <w:rPr>
          <w:sz w:val="22"/>
        </w:rPr>
        <w:t>D. Tạo ra sự dịch chuyển trong tỉ lệ cư dân thành thị</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A</w:t>
      </w:r>
    </w:p>
    <w:p>
      <w:r>
        <w:rPr>
          <w:b/>
        </w:rPr>
        <w:t>Câu 5: Đáp án đúng: C</w:t>
      </w:r>
    </w:p>
    <w:p>
      <w:r>
        <w:rPr>
          <w:b/>
        </w:rPr>
        <w:t>Câu 6: Đáp án đúng: D</w:t>
      </w:r>
    </w:p>
    <w:p>
      <w:r>
        <w:rPr>
          <w:b/>
        </w:rPr>
        <w:t>Câu 7: Đáp án đúng: A</w:t>
      </w:r>
    </w:p>
    <w:p>
      <w:r>
        <w:rPr>
          <w:b/>
        </w:rPr>
        <w:t>Câu 8: Đáp án đúng: A</w:t>
      </w:r>
    </w:p>
    <w:p>
      <w:r>
        <w:rPr>
          <w:b/>
        </w:rPr>
        <w:t>Câu 9: Đáp án đúng: D</w:t>
      </w:r>
    </w:p>
    <w:p>
      <w:r>
        <w:rPr>
          <w:b/>
        </w:rPr>
        <w:t>Câu 10: Đáp án đúng: B</w:t>
      </w:r>
    </w:p>
    <w:p>
      <w:r>
        <w:rPr>
          <w:b/>
        </w:rPr>
        <w:t>Câu 11: Đáp án đúng: C</w:t>
      </w:r>
    </w:p>
    <w:p>
      <w:r>
        <w:rPr>
          <w:b/>
        </w:rPr>
        <w:t>Câu 12: Đáp án đúng: A</w:t>
      </w:r>
    </w:p>
    <w:p>
      <w:r>
        <w:rPr>
          <w:b/>
        </w:rPr>
        <w:t>Câu 13: Đáp án đúng: A</w:t>
      </w:r>
    </w:p>
    <w:p>
      <w:r>
        <w:rPr>
          <w:b/>
        </w:rPr>
        <w:t>Câu 14: Đáp án đúng: B</w:t>
      </w:r>
    </w:p>
    <w:p>
      <w:r>
        <w:rPr>
          <w:b/>
        </w:rPr>
        <w:t>Câu 15: Đáp án đúng: C</w:t>
      </w:r>
    </w:p>
    <w:p>
      <w:r>
        <w:rPr>
          <w:b/>
        </w:rPr>
        <w:t>Câu 16: Đáp án đúng: A</w:t>
      </w:r>
    </w:p>
    <w:p>
      <w:r>
        <w:rPr>
          <w:b/>
        </w:rPr>
        <w:t>Câu 17: Đáp án đúng: C</w:t>
      </w:r>
    </w:p>
    <w:p>
      <w:r>
        <w:rPr>
          <w:b/>
        </w:rPr>
        <w:t>Câu 18: Đáp án đúng: B</w:t>
      </w:r>
    </w:p>
    <w:p>
      <w:r>
        <w:rPr>
          <w:b/>
        </w:rPr>
        <w:t>Câu 19: Đáp án đúng: B</w:t>
      </w:r>
    </w:p>
    <w:p>
      <w:r>
        <w:rPr>
          <w:b/>
        </w:rPr>
        <w:t>Câu 20: Đáp án đúng: C</w:t>
      </w:r>
    </w:p>
    <w:p>
      <w:r>
        <w:rPr>
          <w:b/>
        </w:rPr>
        <w:t>Câu 21: Đáp án đúng: A</w:t>
      </w:r>
    </w:p>
    <w:p>
      <w:r>
        <w:rPr>
          <w:b/>
        </w:rPr>
        <w:t>Câu 22: Đáp án đúng: C</w:t>
      </w:r>
    </w:p>
    <w:p>
      <w:r>
        <w:rPr>
          <w:b/>
        </w:rPr>
        <w:t>Câu 23: Đáp án đúng: B</w:t>
      </w:r>
    </w:p>
    <w:p>
      <w:r>
        <w:rPr>
          <w:b/>
        </w:rPr>
        <w:t>Câu 24: Đáp án đúng: A</w:t>
      </w:r>
    </w:p>
    <w:p>
      <w:r>
        <w:rPr>
          <w:b/>
        </w:rPr>
        <w:t>Câu 25: Đáp án đúng: B</w:t>
      </w:r>
    </w:p>
    <w:p>
      <w:r>
        <w:rPr>
          <w:b/>
        </w:rPr>
        <w:t>Câu 26: Đáp án đúng: A</w:t>
      </w:r>
    </w:p>
    <w:p>
      <w:r>
        <w:rPr>
          <w:b/>
        </w:rPr>
        <w:t>Câu 27: Đáp án đúng: C</w:t>
      </w:r>
    </w:p>
    <w:p>
      <w:r>
        <w:rPr>
          <w:b/>
        </w:rPr>
        <w:t>Câu 28: Đáp án đúng: D</w:t>
      </w:r>
    </w:p>
    <w:p>
      <w:r>
        <w:rPr>
          <w:b/>
        </w:rPr>
        <w:t>Câu 29: Đáp án đúng: C</w:t>
      </w:r>
    </w:p>
    <w:p>
      <w:r>
        <w:rPr>
          <w:b/>
        </w:rPr>
        <w:t>Câu 30: Đáp án đúng: B</w:t>
      </w:r>
    </w:p>
    <w:p>
      <w:r>
        <w:rPr>
          <w:b/>
        </w:rPr>
        <w:t>Câu 31: Đáp án đúng: D</w:t>
      </w:r>
    </w:p>
    <w:p>
      <w:r>
        <w:rPr>
          <w:b/>
        </w:rPr>
        <w:t>Câu 32: Đáp án đúng: D</w:t>
      </w:r>
    </w:p>
    <w:p>
      <w:r>
        <w:rPr>
          <w:b/>
        </w:rPr>
        <w:t>Câu 33: Đáp án đúng: A</w:t>
      </w:r>
    </w:p>
    <w:p>
      <w:r>
        <w:rPr>
          <w:b/>
        </w:rPr>
        <w:t>Câu 34: Đáp án đúng: A</w:t>
      </w:r>
    </w:p>
    <w:p>
      <w:r>
        <w:rPr>
          <w:b/>
        </w:rPr>
        <w:t>Câu 35: Đáp án đúng: D</w:t>
      </w:r>
    </w:p>
    <w:p>
      <w:r>
        <w:rPr>
          <w:b/>
        </w:rPr>
        <w:t>Câu 36: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