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khoa hoc lop 8: ly hoa sinh 8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Trong tế bào, bào quan nào được coi là 'nhà máy năng lượng' vì tạo ra phần lớn ATP?</w:t>
      </w:r>
    </w:p>
    <w:p>
      <w:pPr>
        <w:pStyle w:val="ListParagraph"/>
      </w:pPr>
      <w:r>
        <w:rPr>
          <w:sz w:val="22"/>
        </w:rPr>
        <w:t>A. Lưới nội chất trơn</w:t>
      </w:r>
    </w:p>
    <w:p>
      <w:pPr>
        <w:pStyle w:val="ListParagraph"/>
      </w:pPr>
      <w:r>
        <w:rPr>
          <w:sz w:val="22"/>
        </w:rPr>
        <w:t>B. Bộ máy Golgi</w:t>
      </w:r>
    </w:p>
    <w:p>
      <w:pPr>
        <w:pStyle w:val="ListParagraph"/>
      </w:pPr>
      <w:r>
        <w:rPr>
          <w:sz w:val="22"/>
        </w:rPr>
        <w:t>C. Ribosome</w:t>
      </w:r>
    </w:p>
    <w:p>
      <w:pPr>
        <w:pStyle w:val="ListParagraph"/>
      </w:pPr>
      <w:r>
        <w:rPr>
          <w:sz w:val="22"/>
        </w:rPr>
        <w:t>D. Ti thể</w:t>
      </w:r>
    </w:p>
    <w:p/>
    <w:p>
      <w:r>
        <w:rPr>
          <w:b/>
          <w:sz w:val="24"/>
        </w:rPr>
        <w:t>Câu 2: Quá trình hô hấp tế bào diễn ra chủ yếu ở đâu trong tế bào nhân thực?</w:t>
      </w:r>
    </w:p>
    <w:p>
      <w:pPr>
        <w:pStyle w:val="ListParagraph"/>
      </w:pPr>
      <w:r>
        <w:rPr>
          <w:sz w:val="22"/>
        </w:rPr>
        <w:t>A. Không bào</w:t>
      </w:r>
    </w:p>
    <w:p>
      <w:pPr>
        <w:pStyle w:val="ListParagraph"/>
      </w:pPr>
      <w:r>
        <w:rPr>
          <w:sz w:val="22"/>
        </w:rPr>
        <w:t>B. Lục lạp</w:t>
      </w:r>
    </w:p>
    <w:p>
      <w:pPr>
        <w:pStyle w:val="ListParagraph"/>
      </w:pPr>
      <w:r>
        <w:rPr>
          <w:sz w:val="22"/>
        </w:rPr>
        <w:t>C. Nhân tế bào</w:t>
      </w:r>
    </w:p>
    <w:p>
      <w:pPr>
        <w:pStyle w:val="ListParagraph"/>
      </w:pPr>
      <w:r>
        <w:rPr>
          <w:sz w:val="22"/>
        </w:rPr>
        <w:t>D. Ti thể</w:t>
      </w:r>
    </w:p>
    <w:p/>
    <w:p>
      <w:r>
        <w:rPr>
          <w:b/>
          <w:sz w:val="24"/>
        </w:rPr>
        <w:t>Câu 3: Sản phẩm của quá trình quang hợp ở cây xanh gồm những chất nào?</w:t>
      </w:r>
    </w:p>
    <w:p>
      <w:pPr>
        <w:pStyle w:val="ListParagraph"/>
      </w:pPr>
      <w:r>
        <w:rPr>
          <w:sz w:val="22"/>
        </w:rPr>
        <w:t>A. Carbon dioxide và nước</w:t>
      </w:r>
    </w:p>
    <w:p>
      <w:pPr>
        <w:pStyle w:val="ListParagraph"/>
      </w:pPr>
      <w:r>
        <w:rPr>
          <w:sz w:val="22"/>
        </w:rPr>
        <w:t>B. Glucose và oxygen</w:t>
      </w:r>
    </w:p>
    <w:p>
      <w:pPr>
        <w:pStyle w:val="ListParagraph"/>
      </w:pPr>
      <w:r>
        <w:rPr>
          <w:sz w:val="22"/>
        </w:rPr>
        <w:t>C. ATP và carbon dioxide</w:t>
      </w:r>
    </w:p>
    <w:p>
      <w:pPr>
        <w:pStyle w:val="ListParagraph"/>
      </w:pPr>
      <w:r>
        <w:rPr>
          <w:sz w:val="22"/>
        </w:rPr>
        <w:t>D. Protein và lipid</w:t>
      </w:r>
    </w:p>
    <w:p/>
    <w:p>
      <w:r>
        <w:rPr>
          <w:b/>
          <w:sz w:val="24"/>
        </w:rPr>
        <w:t>Câu 4: Trong cơ thể người, quá trình tiêu hóa hóa học chủ yếu nhờ vào yếu tố nào?</w:t>
      </w:r>
    </w:p>
    <w:p>
      <w:pPr>
        <w:pStyle w:val="ListParagraph"/>
      </w:pPr>
      <w:r>
        <w:rPr>
          <w:sz w:val="22"/>
        </w:rPr>
        <w:t>A. Nhu động ruột</w:t>
      </w:r>
    </w:p>
    <w:p>
      <w:pPr>
        <w:pStyle w:val="ListParagraph"/>
      </w:pPr>
      <w:r>
        <w:rPr>
          <w:sz w:val="22"/>
        </w:rPr>
        <w:t>B. Enzyme tiêu hóa</w:t>
      </w:r>
    </w:p>
    <w:p>
      <w:pPr>
        <w:pStyle w:val="ListParagraph"/>
      </w:pPr>
      <w:r>
        <w:rPr>
          <w:sz w:val="22"/>
        </w:rPr>
        <w:t>C. Nhai và nghiền thức ăn</w:t>
      </w:r>
    </w:p>
    <w:p>
      <w:pPr>
        <w:pStyle w:val="ListParagraph"/>
      </w:pPr>
      <w:r>
        <w:rPr>
          <w:sz w:val="22"/>
        </w:rPr>
        <w:t>D. Nhiệt độ cơ thể</w:t>
      </w:r>
    </w:p>
    <w:p/>
    <w:p>
      <w:r>
        <w:rPr>
          <w:b/>
          <w:sz w:val="24"/>
        </w:rPr>
        <w:t>Câu 5: Chất nào sau đây là sản phẩm cuối cùng của quá trình tiêu hóa protein ở người?</w:t>
      </w:r>
    </w:p>
    <w:p>
      <w:pPr>
        <w:pStyle w:val="ListParagraph"/>
      </w:pPr>
      <w:r>
        <w:rPr>
          <w:sz w:val="22"/>
        </w:rPr>
        <w:t>A. Acid amin</w:t>
      </w:r>
    </w:p>
    <w:p>
      <w:pPr>
        <w:pStyle w:val="ListParagraph"/>
      </w:pPr>
      <w:r>
        <w:rPr>
          <w:sz w:val="22"/>
        </w:rPr>
        <w:t>B. Acid béo</w:t>
      </w:r>
    </w:p>
    <w:p>
      <w:pPr>
        <w:pStyle w:val="ListParagraph"/>
      </w:pPr>
      <w:r>
        <w:rPr>
          <w:sz w:val="22"/>
        </w:rPr>
        <w:t>C. Glycerol</w:t>
      </w:r>
    </w:p>
    <w:p>
      <w:pPr>
        <w:pStyle w:val="ListParagraph"/>
      </w:pPr>
      <w:r>
        <w:rPr>
          <w:sz w:val="22"/>
        </w:rPr>
        <w:t>D. Glucose</w:t>
      </w:r>
    </w:p>
    <w:p/>
    <w:p>
      <w:r>
        <w:rPr>
          <w:b/>
          <w:sz w:val="24"/>
        </w:rPr>
        <w:t>Câu 6: Trong quá trình trao đổi khí ở phổi, khí oxygen khuếch tán từ phế nang vào đâu?</w:t>
      </w:r>
    </w:p>
    <w:p>
      <w:pPr>
        <w:pStyle w:val="ListParagraph"/>
      </w:pPr>
      <w:r>
        <w:rPr>
          <w:sz w:val="22"/>
        </w:rPr>
        <w:t>A. Phế quản</w:t>
      </w:r>
    </w:p>
    <w:p>
      <w:pPr>
        <w:pStyle w:val="ListParagraph"/>
      </w:pPr>
      <w:r>
        <w:rPr>
          <w:sz w:val="22"/>
        </w:rPr>
        <w:t>B. Khoang màng phổi</w:t>
      </w:r>
    </w:p>
    <w:p>
      <w:pPr>
        <w:pStyle w:val="ListParagraph"/>
      </w:pPr>
      <w:r>
        <w:rPr>
          <w:sz w:val="22"/>
        </w:rPr>
        <w:t>C. Khí quản</w:t>
      </w:r>
    </w:p>
    <w:p>
      <w:pPr>
        <w:pStyle w:val="ListParagraph"/>
      </w:pPr>
      <w:r>
        <w:rPr>
          <w:sz w:val="22"/>
        </w:rPr>
        <w:t>D. Máu trong mao mạch</w:t>
      </w:r>
    </w:p>
    <w:p/>
    <w:p>
      <w:r>
        <w:rPr>
          <w:b/>
          <w:sz w:val="24"/>
        </w:rPr>
        <w:t>Câu 7: Cơ quan nào của hệ tiêu hóa hấp thụ phần lớn chất dinh dưỡng?</w:t>
      </w:r>
    </w:p>
    <w:p>
      <w:pPr>
        <w:pStyle w:val="ListParagraph"/>
      </w:pPr>
      <w:r>
        <w:rPr>
          <w:sz w:val="22"/>
        </w:rPr>
        <w:t>A. Dạ dày</w:t>
      </w:r>
    </w:p>
    <w:p>
      <w:pPr>
        <w:pStyle w:val="ListParagraph"/>
      </w:pPr>
      <w:r>
        <w:rPr>
          <w:sz w:val="22"/>
        </w:rPr>
        <w:t>B. Thực quản</w:t>
      </w:r>
    </w:p>
    <w:p>
      <w:pPr>
        <w:pStyle w:val="ListParagraph"/>
      </w:pPr>
      <w:r>
        <w:rPr>
          <w:sz w:val="22"/>
        </w:rPr>
        <w:t>C. Ruột non</w:t>
      </w:r>
    </w:p>
    <w:p>
      <w:pPr>
        <w:pStyle w:val="ListParagraph"/>
      </w:pPr>
      <w:r>
        <w:rPr>
          <w:sz w:val="22"/>
        </w:rPr>
        <w:t>D. Ruột già</w:t>
      </w:r>
    </w:p>
    <w:p/>
    <w:p>
      <w:r>
        <w:rPr>
          <w:b/>
          <w:sz w:val="24"/>
        </w:rPr>
        <w:t>Câu 8: Trong máu, tế bào nào có chức năng vận chuyển oxygen?</w:t>
      </w:r>
    </w:p>
    <w:p>
      <w:pPr>
        <w:pStyle w:val="ListParagraph"/>
      </w:pPr>
      <w:r>
        <w:rPr>
          <w:sz w:val="22"/>
        </w:rPr>
        <w:t>A. Bạch cầu</w:t>
      </w:r>
    </w:p>
    <w:p>
      <w:pPr>
        <w:pStyle w:val="ListParagraph"/>
      </w:pPr>
      <w:r>
        <w:rPr>
          <w:sz w:val="22"/>
        </w:rPr>
        <w:t>B. Hồng cầu</w:t>
      </w:r>
    </w:p>
    <w:p>
      <w:pPr>
        <w:pStyle w:val="ListParagraph"/>
      </w:pPr>
      <w:r>
        <w:rPr>
          <w:sz w:val="22"/>
        </w:rPr>
        <w:t>C. Tiểu cầu</w:t>
      </w:r>
    </w:p>
    <w:p>
      <w:pPr>
        <w:pStyle w:val="ListParagraph"/>
      </w:pPr>
      <w:r>
        <w:rPr>
          <w:sz w:val="22"/>
        </w:rPr>
        <w:t>D. Tế bào lympho</w:t>
      </w:r>
    </w:p>
    <w:p/>
    <w:p>
      <w:r>
        <w:rPr>
          <w:b/>
          <w:sz w:val="24"/>
        </w:rPr>
        <w:t>Câu 9: Quá trình lên men ở vi sinh vật (ví dụ nấm men) tạo ra sản phẩm chính nào sau đây?</w:t>
      </w:r>
    </w:p>
    <w:p>
      <w:pPr>
        <w:pStyle w:val="ListParagraph"/>
      </w:pPr>
      <w:r>
        <w:rPr>
          <w:sz w:val="22"/>
        </w:rPr>
        <w:t>A. Oxygen và glucose</w:t>
      </w:r>
    </w:p>
    <w:p>
      <w:pPr>
        <w:pStyle w:val="ListParagraph"/>
      </w:pPr>
      <w:r>
        <w:rPr>
          <w:sz w:val="22"/>
        </w:rPr>
        <w:t>B. Ethanol và carbon dioxide</w:t>
      </w:r>
    </w:p>
    <w:p>
      <w:pPr>
        <w:pStyle w:val="ListParagraph"/>
      </w:pPr>
      <w:r>
        <w:rPr>
          <w:sz w:val="22"/>
        </w:rPr>
        <w:t>C. Acid lactic và nước</w:t>
      </w:r>
    </w:p>
    <w:p>
      <w:pPr>
        <w:pStyle w:val="ListParagraph"/>
      </w:pPr>
      <w:r>
        <w:rPr>
          <w:sz w:val="22"/>
        </w:rPr>
        <w:t>D. Protein và ATP</w:t>
      </w:r>
    </w:p>
    <w:p/>
    <w:p>
      <w:r>
        <w:rPr>
          <w:b/>
          <w:sz w:val="24"/>
        </w:rPr>
        <w:t>Câu 10: Thận có vai trò chính nào trong cơ thể người?</w:t>
      </w:r>
    </w:p>
    <w:p>
      <w:pPr>
        <w:pStyle w:val="ListParagraph"/>
      </w:pPr>
      <w:r>
        <w:rPr>
          <w:sz w:val="22"/>
        </w:rPr>
        <w:t>A. Vận chuyển oxygen</w:t>
      </w:r>
    </w:p>
    <w:p>
      <w:pPr>
        <w:pStyle w:val="ListParagraph"/>
      </w:pPr>
      <w:r>
        <w:rPr>
          <w:sz w:val="22"/>
        </w:rPr>
        <w:t>B. Sản xuất enzyme tiêu hóa</w:t>
      </w:r>
    </w:p>
    <w:p>
      <w:pPr>
        <w:pStyle w:val="ListParagraph"/>
      </w:pPr>
      <w:r>
        <w:rPr>
          <w:sz w:val="22"/>
        </w:rPr>
        <w:t>C. Tiết hormone sinh dục</w:t>
      </w:r>
    </w:p>
    <w:p>
      <w:pPr>
        <w:pStyle w:val="ListParagraph"/>
      </w:pPr>
      <w:r>
        <w:rPr>
          <w:sz w:val="22"/>
        </w:rPr>
        <w:t>D. Lọc máu và tạo nước tiểu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i/>
        </w:rPr>
        <w:t>Giải thích: Ti thể là bào quan thực hiện hô hấp tế bào, tạo ra phần lớn ATP cung cấp năng lượng cho tế bào.</w:t>
      </w:r>
    </w:p>
    <w:p>
      <w:r>
        <w:rPr>
          <w:b/>
        </w:rPr>
        <w:t>Câu 2: Đáp án đúng: D</w:t>
      </w:r>
    </w:p>
    <w:p>
      <w:r>
        <w:rPr>
          <w:i/>
        </w:rPr>
        <w:t>Giải thích: Hô hấp tế bào diễn ra chủ yếu ở ti thể, nơi tạo ra ATP từ quá trình phân giải chất hữu cơ.</w:t>
      </w:r>
    </w:p>
    <w:p>
      <w:r>
        <w:rPr>
          <w:b/>
        </w:rPr>
        <w:t>Câu 3: Đáp án đúng: B</w:t>
      </w:r>
    </w:p>
    <w:p>
      <w:r>
        <w:rPr>
          <w:i/>
        </w:rPr>
        <w:t>Giải thích: Quang hợp tạo ra glucose và oxygen từ carbon dioxide và nước nhờ năng lượng ánh sáng.</w:t>
      </w:r>
    </w:p>
    <w:p>
      <w:r>
        <w:rPr>
          <w:b/>
        </w:rPr>
        <w:t>Câu 4: Đáp án đúng: B</w:t>
      </w:r>
    </w:p>
    <w:p>
      <w:r>
        <w:rPr>
          <w:i/>
        </w:rPr>
        <w:t>Giải thích: Tiêu hóa hóa học chủ yếu nhờ enzyme tiêu hóa phân giải thức ăn thành chất đơn giản.</w:t>
      </w:r>
    </w:p>
    <w:p>
      <w:r>
        <w:rPr>
          <w:b/>
        </w:rPr>
        <w:t>Câu 5: Đáp án đúng: A</w:t>
      </w:r>
    </w:p>
    <w:p>
      <w:r>
        <w:rPr>
          <w:i/>
        </w:rPr>
        <w:t>Giải thích: Protein được tiêu hóa thành acid amin để hấp thụ vào cơ thể.</w:t>
      </w:r>
    </w:p>
    <w:p>
      <w:r>
        <w:rPr>
          <w:b/>
        </w:rPr>
        <w:t>Câu 6: Đáp án đúng: D</w:t>
      </w:r>
    </w:p>
    <w:p>
      <w:r>
        <w:rPr>
          <w:i/>
        </w:rPr>
        <w:t>Giải thích: Oxygen khuếch tán từ phế nang vào máu trong mao mạch phổi để vận chuyển đi.</w:t>
      </w:r>
    </w:p>
    <w:p>
      <w:r>
        <w:rPr>
          <w:b/>
        </w:rPr>
        <w:t>Câu 7: Đáp án đúng: C</w:t>
      </w:r>
    </w:p>
    <w:p>
      <w:r>
        <w:rPr>
          <w:i/>
        </w:rPr>
        <w:t>Giải thích: Ruột non là nơi hấp thụ phần lớn chất dinh dưỡng nhờ diện tích bề mặt lớn và lông ruột.</w:t>
      </w:r>
    </w:p>
    <w:p>
      <w:r>
        <w:rPr>
          <w:b/>
        </w:rPr>
        <w:t>Câu 8: Đáp án đúng: B</w:t>
      </w:r>
    </w:p>
    <w:p>
      <w:r>
        <w:rPr>
          <w:i/>
        </w:rPr>
        <w:t>Giải thích: Hồng cầu chứa hemoglobin có khả năng gắn và vận chuyển oxygen trong máu.</w:t>
      </w:r>
    </w:p>
    <w:p>
      <w:r>
        <w:rPr>
          <w:b/>
        </w:rPr>
        <w:t>Câu 9: Đáp án đúng: B</w:t>
      </w:r>
    </w:p>
    <w:p>
      <w:r>
        <w:rPr>
          <w:i/>
        </w:rPr>
        <w:t>Giải thích: Lên men ở nấm men tạo ra ethanol và carbon dioxide từ glucose trong điều kiện thiếu oxygen.</w:t>
      </w:r>
    </w:p>
    <w:p>
      <w:r>
        <w:rPr>
          <w:b/>
        </w:rPr>
        <w:t>Câu 10: Đáp án đúng: D</w:t>
      </w:r>
    </w:p>
    <w:p>
      <w:r>
        <w:rPr>
          <w:i/>
        </w:rPr>
        <w:t>Giải thích: Thận lọc máu, loại bỏ chất thải và tạo nước tiểu để duy trì cân bằng nội môi.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