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Đề trắc nghiệm Lịch sử Lớp 10 - Các cuộc cách mạng công nghiệp trong lịch sử</w:t>
      </w:r>
    </w:p>
    <w:p>
      <w:pPr>
        <w:jc w:val="center"/>
      </w:pPr>
      <w:r>
        <w:rPr>
          <w:sz w:val="22"/>
        </w:rPr>
        <w:t>Số câu: 19    Thời gian: _____ phút    Họ và tên: _________________________</w:t>
      </w:r>
    </w:p>
    <w:p/>
    <w:p>
      <w:r>
        <w:rPr>
          <w:b/>
          <w:sz w:val="24"/>
        </w:rPr>
        <w:t>Câu 1: Cuộc cách mạng công nghiệp lần thứ nhất diễn ra đầu tiên ở quốc gia nào?</w:t>
      </w:r>
    </w:p>
    <w:p>
      <w:pPr>
        <w:pStyle w:val="ListParagraph"/>
      </w:pPr>
      <w:r>
        <w:rPr>
          <w:sz w:val="22"/>
        </w:rPr>
        <w:t>A. Pháp</w:t>
      </w:r>
    </w:p>
    <w:p>
      <w:pPr>
        <w:pStyle w:val="ListParagraph"/>
      </w:pPr>
      <w:r>
        <w:rPr>
          <w:sz w:val="22"/>
        </w:rPr>
        <w:t>B. Anh</w:t>
      </w:r>
    </w:p>
    <w:p>
      <w:pPr>
        <w:pStyle w:val="ListParagraph"/>
      </w:pPr>
      <w:r>
        <w:rPr>
          <w:sz w:val="22"/>
        </w:rPr>
        <w:t>C. Đức</w:t>
      </w:r>
    </w:p>
    <w:p>
      <w:pPr>
        <w:pStyle w:val="ListParagraph"/>
      </w:pPr>
      <w:r>
        <w:rPr>
          <w:sz w:val="22"/>
        </w:rPr>
        <w:t>D. Mỹ</w:t>
      </w:r>
    </w:p>
    <w:p/>
    <w:p>
      <w:r>
        <w:rPr>
          <w:b/>
          <w:sz w:val="24"/>
        </w:rPr>
        <w:t>Câu 2: Phát minh nào sau đây được coi là khởi đầu của cuộc cách mạng công nghiệp lần thứ nhất?</w:t>
      </w:r>
    </w:p>
    <w:p>
      <w:pPr>
        <w:pStyle w:val="ListParagraph"/>
      </w:pPr>
      <w:r>
        <w:rPr>
          <w:sz w:val="22"/>
        </w:rPr>
        <w:t>A. Máy hơi nước của James Watt</w:t>
      </w:r>
    </w:p>
    <w:p>
      <w:pPr>
        <w:pStyle w:val="ListParagraph"/>
      </w:pPr>
      <w:r>
        <w:rPr>
          <w:sz w:val="22"/>
        </w:rPr>
        <w:t>B. Máy kéo sợi Jenny</w:t>
      </w:r>
    </w:p>
    <w:p>
      <w:pPr>
        <w:pStyle w:val="ListParagraph"/>
      </w:pPr>
      <w:r>
        <w:rPr>
          <w:sz w:val="22"/>
        </w:rPr>
        <w:t>C. Động cơ đốt trong</w:t>
      </w:r>
    </w:p>
    <w:p>
      <w:pPr>
        <w:pStyle w:val="ListParagraph"/>
      </w:pPr>
      <w:r>
        <w:rPr>
          <w:sz w:val="22"/>
        </w:rPr>
        <w:t>D. Máy dệt tự động</w:t>
      </w:r>
    </w:p>
    <w:p/>
    <w:p>
      <w:r>
        <w:rPr>
          <w:b/>
          <w:sz w:val="24"/>
        </w:rPr>
        <w:t>Câu 3: Cuộc cách mạng công nghiệp lần thứ nhất diễn ra trong khoảng thời gian nào?</w:t>
      </w:r>
    </w:p>
    <w:p>
      <w:pPr>
        <w:pStyle w:val="ListParagraph"/>
      </w:pPr>
      <w:r>
        <w:rPr>
          <w:sz w:val="22"/>
        </w:rPr>
        <w:t>A. Thế kỷ XVI - XVII</w:t>
      </w:r>
    </w:p>
    <w:p>
      <w:pPr>
        <w:pStyle w:val="ListParagraph"/>
      </w:pPr>
      <w:r>
        <w:rPr>
          <w:sz w:val="22"/>
        </w:rPr>
        <w:t>B. Thế kỷ XVIII - XIX</w:t>
      </w:r>
    </w:p>
    <w:p>
      <w:pPr>
        <w:pStyle w:val="ListParagraph"/>
      </w:pPr>
      <w:r>
        <w:rPr>
          <w:sz w:val="22"/>
        </w:rPr>
        <w:t>C. Thế kỷ XIX - XX</w:t>
      </w:r>
    </w:p>
    <w:p>
      <w:pPr>
        <w:pStyle w:val="ListParagraph"/>
      </w:pPr>
      <w:r>
        <w:rPr>
          <w:sz w:val="22"/>
        </w:rPr>
        <w:t>D. Thế kỷ XX - XXI</w:t>
      </w:r>
    </w:p>
    <w:p/>
    <w:p>
      <w:r>
        <w:rPr>
          <w:b/>
          <w:sz w:val="24"/>
        </w:rPr>
        <w:t>Câu 4: Đặc trưng cơ bản của cuộc cách mạng công nghiệp lần thứ nhất là gì?</w:t>
      </w:r>
    </w:p>
    <w:p>
      <w:pPr>
        <w:pStyle w:val="ListParagraph"/>
      </w:pPr>
      <w:r>
        <w:rPr>
          <w:sz w:val="22"/>
        </w:rPr>
        <w:t>A. Sử dụng động cơ điện</w:t>
      </w:r>
    </w:p>
    <w:p>
      <w:pPr>
        <w:pStyle w:val="ListParagraph"/>
      </w:pPr>
      <w:r>
        <w:rPr>
          <w:sz w:val="22"/>
        </w:rPr>
        <w:t>B. Sử dụng máy hơi nước</w:t>
      </w:r>
    </w:p>
    <w:p>
      <w:pPr>
        <w:pStyle w:val="ListParagraph"/>
      </w:pPr>
      <w:r>
        <w:rPr>
          <w:sz w:val="22"/>
        </w:rPr>
        <w:t>C. Sử dụng máy tính</w:t>
      </w:r>
    </w:p>
    <w:p>
      <w:pPr>
        <w:pStyle w:val="ListParagraph"/>
      </w:pPr>
      <w:r>
        <w:rPr>
          <w:sz w:val="22"/>
        </w:rPr>
        <w:t>D. Sử dụng năng lượng nguyên tử</w:t>
      </w:r>
    </w:p>
    <w:p/>
    <w:p>
      <w:r>
        <w:rPr>
          <w:b/>
          <w:sz w:val="24"/>
        </w:rPr>
        <w:t>Câu 5: Cuộc cách mạng công nghiệp lần thứ hai gắn liền với phát minh nào sau đây?</w:t>
      </w:r>
    </w:p>
    <w:p>
      <w:pPr>
        <w:pStyle w:val="ListParagraph"/>
      </w:pPr>
      <w:r>
        <w:rPr>
          <w:sz w:val="22"/>
        </w:rPr>
        <w:t>A. Máy hơi nước</w:t>
      </w:r>
    </w:p>
    <w:p>
      <w:pPr>
        <w:pStyle w:val="ListParagraph"/>
      </w:pPr>
      <w:r>
        <w:rPr>
          <w:sz w:val="22"/>
        </w:rPr>
        <w:t>B. Động cơ đốt trong</w:t>
      </w:r>
    </w:p>
    <w:p>
      <w:pPr>
        <w:pStyle w:val="ListParagraph"/>
      </w:pPr>
      <w:r>
        <w:rPr>
          <w:sz w:val="22"/>
        </w:rPr>
        <w:t>C. Máy tính điện tử</w:t>
      </w:r>
    </w:p>
    <w:p>
      <w:pPr>
        <w:pStyle w:val="ListParagraph"/>
      </w:pPr>
      <w:r>
        <w:rPr>
          <w:sz w:val="22"/>
        </w:rPr>
        <w:t>D. Internet</w:t>
      </w:r>
    </w:p>
    <w:p/>
    <w:p>
      <w:r>
        <w:rPr>
          <w:b/>
          <w:sz w:val="24"/>
        </w:rPr>
        <w:t>Câu 6: Cuộc cách mạng công nghiệp lần thứ hai diễn ra trong khoảng thời gian nào?</w:t>
      </w:r>
    </w:p>
    <w:p>
      <w:pPr>
        <w:pStyle w:val="ListParagraph"/>
      </w:pPr>
      <w:r>
        <w:rPr>
          <w:sz w:val="22"/>
        </w:rPr>
        <w:t>A. Nửa cuối thế kỷ XVIII đến đầu thế kỷ XIX</w:t>
      </w:r>
    </w:p>
    <w:p>
      <w:pPr>
        <w:pStyle w:val="ListParagraph"/>
      </w:pPr>
      <w:r>
        <w:rPr>
          <w:sz w:val="22"/>
        </w:rPr>
        <w:t>B. Nửa cuối thế kỷ XIX đến đầu thế kỷ XX</w:t>
      </w:r>
    </w:p>
    <w:p>
      <w:pPr>
        <w:pStyle w:val="ListParagraph"/>
      </w:pPr>
      <w:r>
        <w:rPr>
          <w:sz w:val="22"/>
        </w:rPr>
        <w:t>C. Giữa thế kỷ XX</w:t>
      </w:r>
    </w:p>
    <w:p>
      <w:pPr>
        <w:pStyle w:val="ListParagraph"/>
      </w:pPr>
      <w:r>
        <w:rPr>
          <w:sz w:val="22"/>
        </w:rPr>
        <w:t>D. Đầu thế kỷ XXI</w:t>
      </w:r>
    </w:p>
    <w:p/>
    <w:p>
      <w:r>
        <w:rPr>
          <w:b/>
          <w:sz w:val="24"/>
        </w:rPr>
        <w:t>Câu 7: Quốc gia nào đi đầu trong cuộc cách mạng công nghiệp lần thứ hai?</w:t>
      </w:r>
    </w:p>
    <w:p>
      <w:pPr>
        <w:pStyle w:val="ListParagraph"/>
      </w:pPr>
      <w:r>
        <w:rPr>
          <w:sz w:val="22"/>
        </w:rPr>
        <w:t>A. Anh</w:t>
      </w:r>
    </w:p>
    <w:p>
      <w:pPr>
        <w:pStyle w:val="ListParagraph"/>
      </w:pPr>
      <w:r>
        <w:rPr>
          <w:sz w:val="22"/>
        </w:rPr>
        <w:t>B. Pháp</w:t>
      </w:r>
    </w:p>
    <w:p>
      <w:pPr>
        <w:pStyle w:val="ListParagraph"/>
      </w:pPr>
      <w:r>
        <w:rPr>
          <w:sz w:val="22"/>
        </w:rPr>
        <w:t>C. Đức và Mỹ</w:t>
      </w:r>
    </w:p>
    <w:p>
      <w:pPr>
        <w:pStyle w:val="ListParagraph"/>
      </w:pPr>
      <w:r>
        <w:rPr>
          <w:sz w:val="22"/>
        </w:rPr>
        <w:t>D. Nhật Bản</w:t>
      </w:r>
    </w:p>
    <w:p/>
    <w:p>
      <w:r>
        <w:rPr>
          <w:b/>
          <w:sz w:val="24"/>
        </w:rPr>
        <w:t>Câu 8: Thành tựu nổi bật của cuộc cách mạng công nghiệp lần thứ hai là gì?</w:t>
      </w:r>
    </w:p>
    <w:p>
      <w:pPr>
        <w:pStyle w:val="ListParagraph"/>
      </w:pPr>
      <w:r>
        <w:rPr>
          <w:sz w:val="22"/>
        </w:rPr>
        <w:t>A. Máy hơi nước</w:t>
      </w:r>
    </w:p>
    <w:p>
      <w:pPr>
        <w:pStyle w:val="ListParagraph"/>
      </w:pPr>
      <w:r>
        <w:rPr>
          <w:sz w:val="22"/>
        </w:rPr>
        <w:t>B. Điện năng và dây chuyền sản xuất</w:t>
      </w:r>
    </w:p>
    <w:p>
      <w:pPr>
        <w:pStyle w:val="ListParagraph"/>
      </w:pPr>
      <w:r>
        <w:rPr>
          <w:sz w:val="22"/>
        </w:rPr>
        <w:t>C. Máy tính cá nhân</w:t>
      </w:r>
    </w:p>
    <w:p>
      <w:pPr>
        <w:pStyle w:val="ListParagraph"/>
      </w:pPr>
      <w:r>
        <w:rPr>
          <w:sz w:val="22"/>
        </w:rPr>
        <w:t>D. Trí tuệ nhân tạo</w:t>
      </w:r>
    </w:p>
    <w:p/>
    <w:p>
      <w:r>
        <w:rPr>
          <w:b/>
          <w:sz w:val="24"/>
        </w:rPr>
        <w:t>Câu 9: Cuộc cách mạng công nghiệp lần thứ ba còn được gọi là gì?</w:t>
      </w:r>
    </w:p>
    <w:p>
      <w:pPr>
        <w:pStyle w:val="ListParagraph"/>
      </w:pPr>
      <w:r>
        <w:rPr>
          <w:sz w:val="22"/>
        </w:rPr>
        <w:t>A. Cách mạng công nghiệp kỹ thuật số</w:t>
      </w:r>
    </w:p>
    <w:p>
      <w:pPr>
        <w:pStyle w:val="ListParagraph"/>
      </w:pPr>
      <w:r>
        <w:rPr>
          <w:sz w:val="22"/>
        </w:rPr>
        <w:t>B. Cách mạng công nghiệp xanh</w:t>
      </w:r>
    </w:p>
    <w:p>
      <w:pPr>
        <w:pStyle w:val="ListParagraph"/>
      </w:pPr>
      <w:r>
        <w:rPr>
          <w:sz w:val="22"/>
        </w:rPr>
        <w:t>C. Cách mạng công nghiệp 4.0</w:t>
      </w:r>
    </w:p>
    <w:p>
      <w:pPr>
        <w:pStyle w:val="ListParagraph"/>
      </w:pPr>
      <w:r>
        <w:rPr>
          <w:sz w:val="22"/>
        </w:rPr>
        <w:t>D. Cách mạng công nghiệp điện khí hóa</w:t>
      </w:r>
    </w:p>
    <w:p/>
    <w:p>
      <w:r>
        <w:rPr>
          <w:b/>
          <w:sz w:val="24"/>
        </w:rPr>
        <w:t>Câu 10: Cuộc cách mạng công nghiệp lần thứ ba diễn ra trong khoảng thời gian nào?</w:t>
      </w:r>
    </w:p>
    <w:p>
      <w:pPr>
        <w:pStyle w:val="ListParagraph"/>
      </w:pPr>
      <w:r>
        <w:rPr>
          <w:sz w:val="22"/>
        </w:rPr>
        <w:t>A. Nửa cuối thế kỷ XIX</w:t>
      </w:r>
    </w:p>
    <w:p>
      <w:pPr>
        <w:pStyle w:val="ListParagraph"/>
      </w:pPr>
      <w:r>
        <w:rPr>
          <w:sz w:val="22"/>
        </w:rPr>
        <w:t>B. Nửa đầu thế kỷ XX</w:t>
      </w:r>
    </w:p>
    <w:p>
      <w:pPr>
        <w:pStyle w:val="ListParagraph"/>
      </w:pPr>
      <w:r>
        <w:rPr>
          <w:sz w:val="22"/>
        </w:rPr>
        <w:t>C. Nửa cuối thế kỷ XX</w:t>
      </w:r>
    </w:p>
    <w:p>
      <w:pPr>
        <w:pStyle w:val="ListParagraph"/>
      </w:pPr>
      <w:r>
        <w:rPr>
          <w:sz w:val="22"/>
        </w:rPr>
        <w:t>D. Đầu thế kỷ XXI</w:t>
      </w:r>
    </w:p>
    <w:p/>
    <w:p>
      <w:r>
        <w:rPr>
          <w:b/>
          <w:sz w:val="24"/>
        </w:rPr>
        <w:t>Câu 11: Yếu tố cốt lõi của cuộc cách mạng công nghiệp lần thứ ba là gì?</w:t>
      </w:r>
    </w:p>
    <w:p>
      <w:pPr>
        <w:pStyle w:val="ListParagraph"/>
      </w:pPr>
      <w:r>
        <w:rPr>
          <w:sz w:val="22"/>
        </w:rPr>
        <w:t>A. Máy hơi nước</w:t>
      </w:r>
    </w:p>
    <w:p>
      <w:pPr>
        <w:pStyle w:val="ListParagraph"/>
      </w:pPr>
      <w:r>
        <w:rPr>
          <w:sz w:val="22"/>
        </w:rPr>
        <w:t>B. Điện năng</w:t>
      </w:r>
    </w:p>
    <w:p>
      <w:pPr>
        <w:pStyle w:val="ListParagraph"/>
      </w:pPr>
      <w:r>
        <w:rPr>
          <w:sz w:val="22"/>
        </w:rPr>
        <w:t>C. Máy tính và tự động hóa</w:t>
      </w:r>
    </w:p>
    <w:p>
      <w:pPr>
        <w:pStyle w:val="ListParagraph"/>
      </w:pPr>
      <w:r>
        <w:rPr>
          <w:sz w:val="22"/>
        </w:rPr>
        <w:t>D. Trí tuệ nhân tạo</w:t>
      </w:r>
    </w:p>
    <w:p/>
    <w:p>
      <w:r>
        <w:rPr>
          <w:b/>
          <w:sz w:val="24"/>
        </w:rPr>
        <w:t>Câu 12: Cuộc cách mạng công nghiệp lần thứ tư được gọi là gì?</w:t>
      </w:r>
    </w:p>
    <w:p>
      <w:pPr>
        <w:pStyle w:val="ListParagraph"/>
      </w:pPr>
      <w:r>
        <w:rPr>
          <w:sz w:val="22"/>
        </w:rPr>
        <w:t>A. Cách mạng công nghiệp 4.0</w:t>
      </w:r>
    </w:p>
    <w:p>
      <w:pPr>
        <w:pStyle w:val="ListParagraph"/>
      </w:pPr>
      <w:r>
        <w:rPr>
          <w:sz w:val="22"/>
        </w:rPr>
        <w:t>B. Cách mạng công nghiệp kỹ thuật số</w:t>
      </w:r>
    </w:p>
    <w:p>
      <w:pPr>
        <w:pStyle w:val="ListParagraph"/>
      </w:pPr>
      <w:r>
        <w:rPr>
          <w:sz w:val="22"/>
        </w:rPr>
        <w:t>C. Cách mạng công nghiệp xanh</w:t>
      </w:r>
    </w:p>
    <w:p>
      <w:pPr>
        <w:pStyle w:val="ListParagraph"/>
      </w:pPr>
      <w:r>
        <w:rPr>
          <w:sz w:val="22"/>
        </w:rPr>
        <w:t>D. Cách mạng công nghiệp thông minh</w:t>
      </w:r>
    </w:p>
    <w:p/>
    <w:p>
      <w:r>
        <w:rPr>
          <w:b/>
          <w:sz w:val="24"/>
        </w:rPr>
        <w:t>Câu 13: Đặc trưng của cuộc cách mạng công nghiệp lần thứ tư là gì?</w:t>
      </w:r>
    </w:p>
    <w:p>
      <w:pPr>
        <w:pStyle w:val="ListParagraph"/>
      </w:pPr>
      <w:r>
        <w:rPr>
          <w:sz w:val="22"/>
        </w:rPr>
        <w:t>A. Sử dụng máy hơi nước</w:t>
      </w:r>
    </w:p>
    <w:p>
      <w:pPr>
        <w:pStyle w:val="ListParagraph"/>
      </w:pPr>
      <w:r>
        <w:rPr>
          <w:sz w:val="22"/>
        </w:rPr>
        <w:t>B. Sử dụng điện năng</w:t>
      </w:r>
    </w:p>
    <w:p>
      <w:pPr>
        <w:pStyle w:val="ListParagraph"/>
      </w:pPr>
      <w:r>
        <w:rPr>
          <w:sz w:val="22"/>
        </w:rPr>
        <w:t>C. Sử dụng máy tính và tự động hóa</w:t>
      </w:r>
    </w:p>
    <w:p>
      <w:pPr>
        <w:pStyle w:val="ListParagraph"/>
      </w:pPr>
      <w:r>
        <w:rPr>
          <w:sz w:val="22"/>
        </w:rPr>
        <w:t>D. Kết nối vạn vật (IoT), trí tuệ nhân tạo, dữ liệu lớn</w:t>
      </w:r>
    </w:p>
    <w:p/>
    <w:p>
      <w:r>
        <w:rPr>
          <w:b/>
          <w:sz w:val="24"/>
        </w:rPr>
        <w:t>Câu 14: Cuộc cách mạng công nghiệp lần thứ tư bắt đầu vào khoảng thời gian nào?</w:t>
      </w:r>
    </w:p>
    <w:p>
      <w:pPr>
        <w:pStyle w:val="ListParagraph"/>
      </w:pPr>
      <w:r>
        <w:rPr>
          <w:sz w:val="22"/>
        </w:rPr>
        <w:t>A. Những năm 1950</w:t>
      </w:r>
    </w:p>
    <w:p>
      <w:pPr>
        <w:pStyle w:val="ListParagraph"/>
      </w:pPr>
      <w:r>
        <w:rPr>
          <w:sz w:val="22"/>
        </w:rPr>
        <w:t>B. Những năm 1970</w:t>
      </w:r>
    </w:p>
    <w:p>
      <w:pPr>
        <w:pStyle w:val="ListParagraph"/>
      </w:pPr>
      <w:r>
        <w:rPr>
          <w:sz w:val="22"/>
        </w:rPr>
        <w:t>C. Những năm 2000</w:t>
      </w:r>
    </w:p>
    <w:p>
      <w:pPr>
        <w:pStyle w:val="ListParagraph"/>
      </w:pPr>
      <w:r>
        <w:rPr>
          <w:sz w:val="22"/>
        </w:rPr>
        <w:t>D. Những năm 2010</w:t>
      </w:r>
    </w:p>
    <w:p/>
    <w:p>
      <w:r>
        <w:rPr>
          <w:b/>
          <w:sz w:val="24"/>
        </w:rPr>
        <w:t>Câu 15: Cuộc cách mạng công nghiệp lần thứ nhất đã đưa nhân loại bước vào thời đại nào?</w:t>
      </w:r>
    </w:p>
    <w:p>
      <w:pPr>
        <w:pStyle w:val="ListParagraph"/>
      </w:pPr>
      <w:r>
        <w:rPr>
          <w:sz w:val="22"/>
        </w:rPr>
        <w:t>A. Thời đại nông nghiệp</w:t>
      </w:r>
    </w:p>
    <w:p>
      <w:pPr>
        <w:pStyle w:val="ListParagraph"/>
      </w:pPr>
      <w:r>
        <w:rPr>
          <w:sz w:val="22"/>
        </w:rPr>
        <w:t>B. Thời đại công nghiệp</w:t>
      </w:r>
    </w:p>
    <w:p>
      <w:pPr>
        <w:pStyle w:val="ListParagraph"/>
      </w:pPr>
      <w:r>
        <w:rPr>
          <w:sz w:val="22"/>
        </w:rPr>
        <w:t>C. Thời đại thông tin</w:t>
      </w:r>
    </w:p>
    <w:p>
      <w:pPr>
        <w:pStyle w:val="ListParagraph"/>
      </w:pPr>
      <w:r>
        <w:rPr>
          <w:sz w:val="22"/>
        </w:rPr>
        <w:t>D. Thời đại tri thức</w:t>
      </w:r>
    </w:p>
    <w:p/>
    <w:p>
      <w:r>
        <w:rPr>
          <w:b/>
          <w:sz w:val="24"/>
        </w:rPr>
        <w:t>Câu 16: Hệ quả xã hội của cuộc cách mạng công nghiệp lần thứ nhất là gì?</w:t>
      </w:r>
    </w:p>
    <w:p>
      <w:pPr>
        <w:pStyle w:val="ListParagraph"/>
      </w:pPr>
      <w:r>
        <w:rPr>
          <w:sz w:val="22"/>
        </w:rPr>
        <w:t>A. Hình thành giai cấp tư sản và vô sản</w:t>
      </w:r>
    </w:p>
    <w:p>
      <w:pPr>
        <w:pStyle w:val="ListParagraph"/>
      </w:pPr>
      <w:r>
        <w:rPr>
          <w:sz w:val="22"/>
        </w:rPr>
        <w:t>B. Hình thành giai cấp nông dân và địa chủ</w:t>
      </w:r>
    </w:p>
    <w:p>
      <w:pPr>
        <w:pStyle w:val="ListParagraph"/>
      </w:pPr>
      <w:r>
        <w:rPr>
          <w:sz w:val="22"/>
        </w:rPr>
        <w:t>C. Hình thành giai cấp trí thức</w:t>
      </w:r>
    </w:p>
    <w:p>
      <w:pPr>
        <w:pStyle w:val="ListParagraph"/>
      </w:pPr>
      <w:r>
        <w:rPr>
          <w:sz w:val="22"/>
        </w:rPr>
        <w:t>D. Hình thành giai cấp nô lệ</w:t>
      </w:r>
    </w:p>
    <w:p/>
    <w:p>
      <w:r>
        <w:rPr>
          <w:b/>
          <w:sz w:val="24"/>
        </w:rPr>
        <w:t>Câu 17: Cuộc cách mạng công nghiệp lần thứ hai đã tạo ra ngành công nghiệp mới nào?</w:t>
      </w:r>
    </w:p>
    <w:p>
      <w:pPr>
        <w:pStyle w:val="ListParagraph"/>
      </w:pPr>
      <w:r>
        <w:rPr>
          <w:sz w:val="22"/>
        </w:rPr>
        <w:t>A. Công nghiệp dệt</w:t>
      </w:r>
    </w:p>
    <w:p>
      <w:pPr>
        <w:pStyle w:val="ListParagraph"/>
      </w:pPr>
      <w:r>
        <w:rPr>
          <w:sz w:val="22"/>
        </w:rPr>
        <w:t>B. Công nghiệp điện</w:t>
      </w:r>
    </w:p>
    <w:p>
      <w:pPr>
        <w:pStyle w:val="ListParagraph"/>
      </w:pPr>
      <w:r>
        <w:rPr>
          <w:sz w:val="22"/>
        </w:rPr>
        <w:t>C. Công nghiệp phần mềm</w:t>
      </w:r>
    </w:p>
    <w:p>
      <w:pPr>
        <w:pStyle w:val="ListParagraph"/>
      </w:pPr>
      <w:r>
        <w:rPr>
          <w:sz w:val="22"/>
        </w:rPr>
        <w:t>D. Công nghiệp vũ trụ</w:t>
      </w:r>
    </w:p>
    <w:p/>
    <w:p>
      <w:r>
        <w:rPr>
          <w:b/>
          <w:sz w:val="24"/>
        </w:rPr>
        <w:t>Câu 18: Cuộc cách mạng công nghiệp lần thứ ba đã đưa nhân loại bước vào thời đại nào?</w:t>
      </w:r>
    </w:p>
    <w:p>
      <w:pPr>
        <w:pStyle w:val="ListParagraph"/>
      </w:pPr>
      <w:r>
        <w:rPr>
          <w:sz w:val="22"/>
        </w:rPr>
        <w:t>A. Thời đại công nghiệp</w:t>
      </w:r>
    </w:p>
    <w:p>
      <w:pPr>
        <w:pStyle w:val="ListParagraph"/>
      </w:pPr>
      <w:r>
        <w:rPr>
          <w:sz w:val="22"/>
        </w:rPr>
        <w:t>B. Thời đại thông tin</w:t>
      </w:r>
    </w:p>
    <w:p>
      <w:pPr>
        <w:pStyle w:val="ListParagraph"/>
      </w:pPr>
      <w:r>
        <w:rPr>
          <w:sz w:val="22"/>
        </w:rPr>
        <w:t>C. Thời đại nông nghiệp</w:t>
      </w:r>
    </w:p>
    <w:p>
      <w:pPr>
        <w:pStyle w:val="ListParagraph"/>
      </w:pPr>
      <w:r>
        <w:rPr>
          <w:sz w:val="22"/>
        </w:rPr>
        <w:t>D. Thời đại tri thức</w:t>
      </w:r>
    </w:p>
    <w:p/>
    <w:p>
      <w:r>
        <w:rPr>
          <w:b/>
          <w:sz w:val="24"/>
        </w:rPr>
        <w:t>Câu 19: Cuộc cách mạng công nghiệp lần thứ tư có tác động như thế nào đến sản xuất?</w:t>
      </w:r>
    </w:p>
    <w:p>
      <w:pPr>
        <w:pStyle w:val="ListParagraph"/>
      </w:pPr>
      <w:r>
        <w:rPr>
          <w:sz w:val="22"/>
        </w:rPr>
        <w:t>A. Tăng cường sử dụng lao động thủ công</w:t>
      </w:r>
    </w:p>
    <w:p>
      <w:pPr>
        <w:pStyle w:val="ListParagraph"/>
      </w:pPr>
      <w:r>
        <w:rPr>
          <w:sz w:val="22"/>
        </w:rPr>
        <w:t>B. Tự động hóa và kết nối thông minh</w:t>
      </w:r>
    </w:p>
    <w:p>
      <w:pPr>
        <w:pStyle w:val="ListParagraph"/>
      </w:pPr>
      <w:r>
        <w:rPr>
          <w:sz w:val="22"/>
        </w:rPr>
        <w:t>C. Giảm năng suất lao động</w:t>
      </w:r>
    </w:p>
    <w:p>
      <w:pPr>
        <w:pStyle w:val="ListParagraph"/>
      </w:pPr>
      <w:r>
        <w:rPr>
          <w:sz w:val="22"/>
        </w:rPr>
        <w:t>D. Thu hẹp thị trường toàn cầu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B</w:t>
      </w:r>
    </w:p>
    <w:p>
      <w:r>
        <w:rPr>
          <w:b/>
        </w:rPr>
        <w:t>Câu 2: Đáp án đúng: B</w:t>
      </w:r>
    </w:p>
    <w:p>
      <w:r>
        <w:rPr>
          <w:b/>
        </w:rPr>
        <w:t>Câu 3: Đáp án đúng: B</w:t>
      </w:r>
    </w:p>
    <w:p>
      <w:r>
        <w:rPr>
          <w:b/>
        </w:rPr>
        <w:t>Câu 4: Đáp án đúng: B</w:t>
      </w:r>
    </w:p>
    <w:p>
      <w:r>
        <w:rPr>
          <w:b/>
        </w:rPr>
        <w:t>Câu 5: Đáp án đúng: B</w:t>
      </w:r>
    </w:p>
    <w:p>
      <w:r>
        <w:rPr>
          <w:b/>
        </w:rPr>
        <w:t>Câu 6: Đáp án đúng: B</w:t>
      </w:r>
    </w:p>
    <w:p>
      <w:r>
        <w:rPr>
          <w:b/>
        </w:rPr>
        <w:t>Câu 7: Đáp án đúng: C</w:t>
      </w:r>
    </w:p>
    <w:p>
      <w:r>
        <w:rPr>
          <w:b/>
        </w:rPr>
        <w:t>Câu 8: Đáp án đúng: B</w:t>
      </w:r>
    </w:p>
    <w:p>
      <w:r>
        <w:rPr>
          <w:b/>
        </w:rPr>
        <w:t>Câu 9: Đáp án đúng: A</w:t>
      </w:r>
    </w:p>
    <w:p>
      <w:r>
        <w:rPr>
          <w:b/>
        </w:rPr>
        <w:t>Câu 10: Đáp án đúng: C</w:t>
      </w:r>
    </w:p>
    <w:p>
      <w:r>
        <w:rPr>
          <w:b/>
        </w:rPr>
        <w:t>Câu 11: Đáp án đúng: C</w:t>
      </w:r>
    </w:p>
    <w:p>
      <w:r>
        <w:rPr>
          <w:b/>
        </w:rPr>
        <w:t>Câu 12: Đáp án đúng: A</w:t>
      </w:r>
    </w:p>
    <w:p>
      <w:r>
        <w:rPr>
          <w:b/>
        </w:rPr>
        <w:t>Câu 13: Đáp án đúng: D</w:t>
      </w:r>
    </w:p>
    <w:p>
      <w:r>
        <w:rPr>
          <w:b/>
        </w:rPr>
        <w:t>Câu 14: Đáp án đúng: D</w:t>
      </w:r>
    </w:p>
    <w:p>
      <w:r>
        <w:rPr>
          <w:b/>
        </w:rPr>
        <w:t>Câu 15: Đáp án đúng: B</w:t>
      </w:r>
    </w:p>
    <w:p>
      <w:r>
        <w:rPr>
          <w:b/>
        </w:rPr>
        <w:t>Câu 16: Đáp án đúng: A</w:t>
      </w:r>
    </w:p>
    <w:p>
      <w:r>
        <w:rPr>
          <w:b/>
        </w:rPr>
        <w:t>Câu 17: Đáp án đúng: B</w:t>
      </w:r>
    </w:p>
    <w:p>
      <w:r>
        <w:rPr>
          <w:b/>
        </w:rPr>
        <w:t>Câu 18: Đáp án đúng: B</w:t>
      </w:r>
    </w:p>
    <w:p>
      <w:r>
        <w:rPr>
          <w:b/>
        </w:rPr>
        <w:t>Câu 19: Đáp án đúng: B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