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REVISION FOR THE MID-TERM TEST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You should read the food ________ carefully to know what ingredients are in the product.</w:t>
      </w:r>
    </w:p>
    <w:p>
      <w:pPr>
        <w:pStyle w:val="ListParagraph"/>
      </w:pPr>
      <w:r>
        <w:rPr>
          <w:sz w:val="22"/>
        </w:rPr>
        <w:t>A. label</w:t>
      </w:r>
    </w:p>
    <w:p>
      <w:pPr>
        <w:pStyle w:val="ListParagraph"/>
      </w:pPr>
      <w:r>
        <w:rPr>
          <w:sz w:val="22"/>
        </w:rPr>
        <w:t>B. recipe</w:t>
      </w:r>
    </w:p>
    <w:p>
      <w:pPr>
        <w:pStyle w:val="ListParagraph"/>
      </w:pPr>
      <w:r>
        <w:rPr>
          <w:sz w:val="22"/>
        </w:rPr>
        <w:t>C. receipt</w:t>
      </w:r>
    </w:p>
    <w:p>
      <w:pPr>
        <w:pStyle w:val="ListParagraph"/>
      </w:pPr>
      <w:r>
        <w:rPr>
          <w:sz w:val="22"/>
        </w:rPr>
        <w:t>D. menu</w:t>
      </w:r>
    </w:p>
    <w:p/>
    <w:p>
      <w:r>
        <w:rPr>
          <w:b/>
          <w:sz w:val="24"/>
        </w:rPr>
        <w:t>Câu 2: My grandfather is 80 years old, but he is still ________ of energy.</w:t>
      </w:r>
    </w:p>
    <w:p>
      <w:pPr>
        <w:pStyle w:val="ListParagraph"/>
      </w:pPr>
      <w:r>
        <w:rPr>
          <w:sz w:val="22"/>
        </w:rPr>
        <w:t>A. short</w:t>
      </w:r>
    </w:p>
    <w:p>
      <w:pPr>
        <w:pStyle w:val="ListParagraph"/>
      </w:pPr>
      <w:r>
        <w:rPr>
          <w:sz w:val="22"/>
        </w:rPr>
        <w:t>B. full</w:t>
      </w:r>
    </w:p>
    <w:p>
      <w:pPr>
        <w:pStyle w:val="ListParagraph"/>
      </w:pPr>
      <w:r>
        <w:rPr>
          <w:sz w:val="22"/>
        </w:rPr>
        <w:t>C. lack</w:t>
      </w:r>
    </w:p>
    <w:p>
      <w:pPr>
        <w:pStyle w:val="ListParagraph"/>
      </w:pPr>
      <w:r>
        <w:rPr>
          <w:sz w:val="22"/>
        </w:rPr>
        <w:t>D. empty</w:t>
      </w:r>
    </w:p>
    <w:p/>
    <w:p>
      <w:r>
        <w:rPr>
          <w:b/>
          <w:sz w:val="24"/>
        </w:rPr>
        <w:t>Câu 3: Fast food is often tasty, but it doesn't provide many essential ________ for your body.</w:t>
      </w:r>
    </w:p>
    <w:p>
      <w:pPr>
        <w:pStyle w:val="ListParagraph"/>
      </w:pPr>
      <w:r>
        <w:rPr>
          <w:sz w:val="22"/>
        </w:rPr>
        <w:t>A. bacteria</w:t>
      </w:r>
    </w:p>
    <w:p>
      <w:pPr>
        <w:pStyle w:val="ListParagraph"/>
      </w:pPr>
      <w:r>
        <w:rPr>
          <w:sz w:val="22"/>
        </w:rPr>
        <w:t>B. poisons</w:t>
      </w:r>
    </w:p>
    <w:p>
      <w:pPr>
        <w:pStyle w:val="ListParagraph"/>
      </w:pPr>
      <w:r>
        <w:rPr>
          <w:sz w:val="22"/>
        </w:rPr>
        <w:t>C. nutrients</w:t>
      </w:r>
    </w:p>
    <w:p>
      <w:pPr>
        <w:pStyle w:val="ListParagraph"/>
      </w:pPr>
      <w:r>
        <w:rPr>
          <w:sz w:val="22"/>
        </w:rPr>
        <w:t>D. viruses</w:t>
      </w:r>
    </w:p>
    <w:p/>
    <w:p>
      <w:r>
        <w:rPr>
          <w:b/>
          <w:sz w:val="24"/>
        </w:rPr>
        <w:t>Câu 4: Doctors usually prescribe ________ to treat infections caused by bacteria, but they don't work against viruses.</w:t>
      </w:r>
    </w:p>
    <w:p>
      <w:pPr>
        <w:pStyle w:val="ListParagraph"/>
      </w:pPr>
      <w:r>
        <w:rPr>
          <w:sz w:val="22"/>
        </w:rPr>
        <w:t>A. vitamins</w:t>
      </w:r>
    </w:p>
    <w:p>
      <w:pPr>
        <w:pStyle w:val="ListParagraph"/>
      </w:pPr>
      <w:r>
        <w:rPr>
          <w:sz w:val="22"/>
        </w:rPr>
        <w:t>B. minerals</w:t>
      </w:r>
    </w:p>
    <w:p>
      <w:pPr>
        <w:pStyle w:val="ListParagraph"/>
      </w:pPr>
      <w:r>
        <w:rPr>
          <w:sz w:val="22"/>
        </w:rPr>
        <w:t>C. pain-killers</w:t>
      </w:r>
    </w:p>
    <w:p>
      <w:pPr>
        <w:pStyle w:val="ListParagraph"/>
      </w:pPr>
      <w:r>
        <w:rPr>
          <w:sz w:val="22"/>
        </w:rPr>
        <w:t>D. antibiotics</w:t>
      </w:r>
    </w:p>
    <w:p/>
    <w:p>
      <w:r>
        <w:rPr>
          <w:b/>
          <w:sz w:val="24"/>
        </w:rPr>
        <w:t>Câu 5: Eating a ________ diet with plenty of fruits and vegetables is the key to a long life.</w:t>
      </w:r>
    </w:p>
    <w:p>
      <w:pPr>
        <w:pStyle w:val="ListParagraph"/>
      </w:pPr>
      <w:r>
        <w:rPr>
          <w:sz w:val="22"/>
        </w:rPr>
        <w:t>A. balanced</w:t>
      </w:r>
    </w:p>
    <w:p>
      <w:pPr>
        <w:pStyle w:val="ListParagraph"/>
      </w:pPr>
      <w:r>
        <w:rPr>
          <w:sz w:val="22"/>
        </w:rPr>
        <w:t>B. repetitive</w:t>
      </w:r>
    </w:p>
    <w:p>
      <w:pPr>
        <w:pStyle w:val="ListParagraph"/>
      </w:pPr>
      <w:r>
        <w:rPr>
          <w:sz w:val="22"/>
        </w:rPr>
        <w:t>C. poor</w:t>
      </w:r>
    </w:p>
    <w:p>
      <w:pPr>
        <w:pStyle w:val="ListParagraph"/>
      </w:pPr>
      <w:r>
        <w:rPr>
          <w:sz w:val="22"/>
        </w:rPr>
        <w:t>D. heavy</w:t>
      </w:r>
    </w:p>
    <w:p/>
    <w:p>
      <w:r>
        <w:rPr>
          <w:b/>
          <w:sz w:val="24"/>
        </w:rPr>
        <w:t>Câu 6: Many older people ______ heart disease because of their unhealthy eating habits in the past.</w:t>
      </w:r>
    </w:p>
    <w:p>
      <w:pPr>
        <w:pStyle w:val="ListParagraph"/>
      </w:pPr>
      <w:r>
        <w:rPr>
          <w:sz w:val="22"/>
        </w:rPr>
        <w:t>A. give up</w:t>
      </w:r>
    </w:p>
    <w:p>
      <w:pPr>
        <w:pStyle w:val="ListParagraph"/>
      </w:pPr>
      <w:r>
        <w:rPr>
          <w:sz w:val="22"/>
        </w:rPr>
        <w:t>B. suffer from</w:t>
      </w:r>
    </w:p>
    <w:p>
      <w:pPr>
        <w:pStyle w:val="ListParagraph"/>
      </w:pPr>
      <w:r>
        <w:rPr>
          <w:sz w:val="22"/>
        </w:rPr>
        <w:t>C. cut down on</w:t>
      </w:r>
    </w:p>
    <w:p>
      <w:pPr>
        <w:pStyle w:val="ListParagraph"/>
      </w:pPr>
      <w:r>
        <w:rPr>
          <w:sz w:val="22"/>
        </w:rPr>
        <w:t>D. get rid of</w:t>
      </w:r>
    </w:p>
    <w:p/>
    <w:p>
      <w:r>
        <w:rPr>
          <w:b/>
          <w:sz w:val="24"/>
        </w:rPr>
        <w:t>Câu 7: If you want to lose weight, you need to ________ the amount of sugar and fat you eat.</w:t>
      </w:r>
    </w:p>
    <w:p>
      <w:pPr>
        <w:pStyle w:val="ListParagraph"/>
      </w:pPr>
      <w:r>
        <w:rPr>
          <w:sz w:val="22"/>
        </w:rPr>
        <w:t>A. cut down on</w:t>
      </w:r>
    </w:p>
    <w:p>
      <w:pPr>
        <w:pStyle w:val="ListParagraph"/>
      </w:pPr>
      <w:r>
        <w:rPr>
          <w:sz w:val="22"/>
        </w:rPr>
        <w:t>B. look up</w:t>
      </w:r>
    </w:p>
    <w:p>
      <w:pPr>
        <w:pStyle w:val="ListParagraph"/>
      </w:pPr>
      <w:r>
        <w:rPr>
          <w:sz w:val="22"/>
        </w:rPr>
        <w:t>C. get rid of</w:t>
      </w:r>
    </w:p>
    <w:p>
      <w:pPr>
        <w:pStyle w:val="ListParagraph"/>
      </w:pPr>
      <w:r>
        <w:rPr>
          <w:sz w:val="22"/>
        </w:rPr>
        <w:t>D. turn off</w:t>
      </w:r>
    </w:p>
    <w:p/>
    <w:p>
      <w:r>
        <w:rPr>
          <w:b/>
          <w:sz w:val="24"/>
        </w:rPr>
        <w:t>Câu 8: The doctor will ________ you to find out the exact cause of your terrible headache.</w:t>
      </w:r>
    </w:p>
    <w:p>
      <w:pPr>
        <w:pStyle w:val="ListParagraph"/>
      </w:pPr>
      <w:r>
        <w:rPr>
          <w:sz w:val="22"/>
        </w:rPr>
        <w:t>A. examine</w:t>
      </w:r>
    </w:p>
    <w:p>
      <w:pPr>
        <w:pStyle w:val="ListParagraph"/>
      </w:pPr>
      <w:r>
        <w:rPr>
          <w:sz w:val="22"/>
        </w:rPr>
        <w:t>B. spread</w:t>
      </w:r>
    </w:p>
    <w:p>
      <w:pPr>
        <w:pStyle w:val="ListParagraph"/>
      </w:pPr>
      <w:r>
        <w:rPr>
          <w:sz w:val="22"/>
        </w:rPr>
        <w:t>C. jump</w:t>
      </w:r>
    </w:p>
    <w:p>
      <w:pPr>
        <w:pStyle w:val="ListParagraph"/>
      </w:pPr>
      <w:r>
        <w:rPr>
          <w:sz w:val="22"/>
        </w:rPr>
        <w:t>D. squat</w:t>
      </w:r>
    </w:p>
    <w:p/>
    <w:p>
      <w:r>
        <w:rPr>
          <w:b/>
          <w:sz w:val="24"/>
        </w:rPr>
        <w:t>Câu 9: A ________ lifestyle includes working out regularly and avoiding bad habits like smoking.</w:t>
      </w:r>
    </w:p>
    <w:p>
      <w:pPr>
        <w:pStyle w:val="ListParagraph"/>
      </w:pPr>
      <w:r>
        <w:rPr>
          <w:sz w:val="22"/>
        </w:rPr>
        <w:t>A. physical</w:t>
      </w:r>
    </w:p>
    <w:p>
      <w:pPr>
        <w:pStyle w:val="ListParagraph"/>
      </w:pPr>
      <w:r>
        <w:rPr>
          <w:sz w:val="22"/>
        </w:rPr>
        <w:t>B. mental</w:t>
      </w:r>
    </w:p>
    <w:p>
      <w:pPr>
        <w:pStyle w:val="ListParagraph"/>
      </w:pPr>
      <w:r>
        <w:rPr>
          <w:sz w:val="22"/>
        </w:rPr>
        <w:t>C. healthy</w:t>
      </w:r>
    </w:p>
    <w:p>
      <w:pPr>
        <w:pStyle w:val="ListParagraph"/>
      </w:pPr>
      <w:r>
        <w:rPr>
          <w:sz w:val="22"/>
        </w:rPr>
        <w:t>D. repetitive</w:t>
      </w:r>
    </w:p>
    <w:p/>
    <w:p>
      <w:r>
        <w:rPr>
          <w:b/>
          <w:sz w:val="24"/>
        </w:rPr>
        <w:t>Câu 10: In the gym, I usually spend 30 minutes running on the ________ before lifting weights.</w:t>
      </w:r>
    </w:p>
    <w:p>
      <w:pPr>
        <w:pStyle w:val="ListParagraph"/>
      </w:pPr>
      <w:r>
        <w:rPr>
          <w:sz w:val="22"/>
        </w:rPr>
        <w:t>A. diameter</w:t>
      </w:r>
    </w:p>
    <w:p>
      <w:pPr>
        <w:pStyle w:val="ListParagraph"/>
      </w:pPr>
      <w:r>
        <w:rPr>
          <w:sz w:val="22"/>
        </w:rPr>
        <w:t>B. treadmill</w:t>
      </w:r>
    </w:p>
    <w:p>
      <w:pPr>
        <w:pStyle w:val="ListParagraph"/>
      </w:pPr>
      <w:r>
        <w:rPr>
          <w:sz w:val="22"/>
        </w:rPr>
        <w:t>C. organism</w:t>
      </w:r>
    </w:p>
    <w:p>
      <w:pPr>
        <w:pStyle w:val="ListParagraph"/>
      </w:pPr>
      <w:r>
        <w:rPr>
          <w:sz w:val="22"/>
        </w:rPr>
        <w:t>D. muscle</w:t>
      </w:r>
    </w:p>
    <w:p/>
    <w:p>
      <w:r>
        <w:rPr>
          <w:b/>
          <w:sz w:val="24"/>
        </w:rPr>
        <w:t>Câu 11: I have decided to ________ eating fast food completely because it makes me gain weight.</w:t>
      </w:r>
    </w:p>
    <w:p>
      <w:pPr>
        <w:pStyle w:val="ListParagraph"/>
      </w:pPr>
      <w:r>
        <w:rPr>
          <w:sz w:val="22"/>
        </w:rPr>
        <w:t>A. turn off</w:t>
      </w:r>
    </w:p>
    <w:p>
      <w:pPr>
        <w:pStyle w:val="ListParagraph"/>
      </w:pPr>
      <w:r>
        <w:rPr>
          <w:sz w:val="22"/>
        </w:rPr>
        <w:t>B. work out</w:t>
      </w:r>
    </w:p>
    <w:p>
      <w:pPr>
        <w:pStyle w:val="ListParagraph"/>
      </w:pPr>
      <w:r>
        <w:rPr>
          <w:sz w:val="22"/>
        </w:rPr>
        <w:t>C. give up</w:t>
      </w:r>
    </w:p>
    <w:p>
      <w:pPr>
        <w:pStyle w:val="ListParagraph"/>
      </w:pPr>
      <w:r>
        <w:rPr>
          <w:sz w:val="22"/>
        </w:rPr>
        <w:t>D. spread out</w:t>
      </w:r>
    </w:p>
    <w:p/>
    <w:p>
      <w:r>
        <w:rPr>
          <w:b/>
          <w:sz w:val="24"/>
        </w:rPr>
        <w:t>Câu 12: Covid-19 is a highly ________ disease that can spread easily from person to person.</w:t>
      </w:r>
    </w:p>
    <w:p>
      <w:pPr>
        <w:pStyle w:val="ListParagraph"/>
      </w:pPr>
      <w:r>
        <w:rPr>
          <w:sz w:val="22"/>
        </w:rPr>
        <w:t>A. physical</w:t>
      </w:r>
    </w:p>
    <w:p>
      <w:pPr>
        <w:pStyle w:val="ListParagraph"/>
      </w:pPr>
      <w:r>
        <w:rPr>
          <w:sz w:val="22"/>
        </w:rPr>
        <w:t>B. mental</w:t>
      </w:r>
    </w:p>
    <w:p>
      <w:pPr>
        <w:pStyle w:val="ListParagraph"/>
      </w:pPr>
      <w:r>
        <w:rPr>
          <w:sz w:val="22"/>
        </w:rPr>
        <w:t>C. active</w:t>
      </w:r>
    </w:p>
    <w:p>
      <w:pPr>
        <w:pStyle w:val="ListParagraph"/>
      </w:pPr>
      <w:r>
        <w:rPr>
          <w:sz w:val="22"/>
        </w:rPr>
        <w:t>D. infectious</w:t>
      </w:r>
    </w:p>
    <w:p/>
    <w:p>
      <w:r>
        <w:rPr>
          <w:b/>
          <w:sz w:val="24"/>
        </w:rPr>
        <w:t>Câu 13: Before going to bed, you should ________ all electronic devices to have a better sleep.</w:t>
      </w:r>
    </w:p>
    <w:p>
      <w:pPr>
        <w:pStyle w:val="ListParagraph"/>
      </w:pPr>
      <w:r>
        <w:rPr>
          <w:sz w:val="22"/>
        </w:rPr>
        <w:t>A. turn off</w:t>
      </w:r>
    </w:p>
    <w:p>
      <w:pPr>
        <w:pStyle w:val="ListParagraph"/>
      </w:pPr>
      <w:r>
        <w:rPr>
          <w:sz w:val="22"/>
        </w:rPr>
        <w:t>B. cut down</w:t>
      </w:r>
    </w:p>
    <w:p>
      <w:pPr>
        <w:pStyle w:val="ListParagraph"/>
      </w:pPr>
      <w:r>
        <w:rPr>
          <w:sz w:val="22"/>
        </w:rPr>
        <w:t>C. give up</w:t>
      </w:r>
    </w:p>
    <w:p>
      <w:pPr>
        <w:pStyle w:val="ListParagraph"/>
      </w:pPr>
      <w:r>
        <w:rPr>
          <w:sz w:val="22"/>
        </w:rPr>
        <w:t>D. work out</w:t>
      </w:r>
    </w:p>
    <w:p/>
    <w:p>
      <w:r>
        <w:rPr>
          <w:b/>
          <w:sz w:val="24"/>
        </w:rPr>
        <w:t>Câu 14: Good health is not just about the ________ body, but also about a peaceful mind.</w:t>
      </w:r>
    </w:p>
    <w:p>
      <w:pPr>
        <w:pStyle w:val="ListParagraph"/>
      </w:pPr>
      <w:r>
        <w:rPr>
          <w:sz w:val="22"/>
        </w:rPr>
        <w:t>A. repetitive</w:t>
      </w:r>
    </w:p>
    <w:p>
      <w:pPr>
        <w:pStyle w:val="ListParagraph"/>
      </w:pPr>
      <w:r>
        <w:rPr>
          <w:sz w:val="22"/>
        </w:rPr>
        <w:t>B. physical</w:t>
      </w:r>
    </w:p>
    <w:p>
      <w:pPr>
        <w:pStyle w:val="ListParagraph"/>
      </w:pPr>
      <w:r>
        <w:rPr>
          <w:sz w:val="22"/>
        </w:rPr>
        <w:t>C. mental</w:t>
      </w:r>
    </w:p>
    <w:p>
      <w:pPr>
        <w:pStyle w:val="ListParagraph"/>
      </w:pPr>
      <w:r>
        <w:rPr>
          <w:sz w:val="22"/>
        </w:rPr>
        <w:t>D. infectious</w:t>
      </w:r>
    </w:p>
    <w:p/>
    <w:p>
      <w:r>
        <w:rPr>
          <w:b/>
          <w:sz w:val="24"/>
        </w:rPr>
        <w:t>Câu 15: Thanks to better medical ________, the life expectancy in our country has increased.</w:t>
      </w:r>
    </w:p>
    <w:p>
      <w:pPr>
        <w:pStyle w:val="ListParagraph"/>
      </w:pPr>
      <w:r>
        <w:rPr>
          <w:sz w:val="22"/>
        </w:rPr>
        <w:t>A. strength</w:t>
      </w:r>
    </w:p>
    <w:p>
      <w:pPr>
        <w:pStyle w:val="ListParagraph"/>
      </w:pPr>
      <w:r>
        <w:rPr>
          <w:sz w:val="22"/>
        </w:rPr>
        <w:t>B. routine</w:t>
      </w:r>
    </w:p>
    <w:p>
      <w:pPr>
        <w:pStyle w:val="ListParagraph"/>
      </w:pPr>
      <w:r>
        <w:rPr>
          <w:sz w:val="22"/>
        </w:rPr>
        <w:t>C. treatment</w:t>
      </w:r>
    </w:p>
    <w:p>
      <w:pPr>
        <w:pStyle w:val="ListParagraph"/>
      </w:pPr>
      <w:r>
        <w:rPr>
          <w:sz w:val="22"/>
        </w:rPr>
        <w:t>D. lesson</w:t>
      </w:r>
    </w:p>
    <w:p/>
    <w:p>
      <w:r>
        <w:rPr>
          <w:b/>
          <w:sz w:val="24"/>
        </w:rPr>
        <w:t>Câu 16: You don't need a lot of space to exercise; you can just run ________ in your bedroom.</w:t>
      </w:r>
    </w:p>
    <w:p>
      <w:pPr>
        <w:pStyle w:val="ListParagraph"/>
      </w:pPr>
      <w:r>
        <w:rPr>
          <w:sz w:val="22"/>
        </w:rPr>
        <w:t>A. in the spot</w:t>
      </w:r>
    </w:p>
    <w:p>
      <w:pPr>
        <w:pStyle w:val="ListParagraph"/>
      </w:pPr>
      <w:r>
        <w:rPr>
          <w:sz w:val="22"/>
        </w:rPr>
        <w:t>B. on the spot</w:t>
      </w:r>
    </w:p>
    <w:p>
      <w:pPr>
        <w:pStyle w:val="ListParagraph"/>
      </w:pPr>
      <w:r>
        <w:rPr>
          <w:sz w:val="22"/>
        </w:rPr>
        <w:t>C. at the spot</w:t>
      </w:r>
    </w:p>
    <w:p>
      <w:pPr>
        <w:pStyle w:val="ListParagraph"/>
      </w:pPr>
      <w:r>
        <w:rPr>
          <w:sz w:val="22"/>
        </w:rPr>
        <w:t>D. out of spot</w:t>
      </w:r>
    </w:p>
    <w:p/>
    <w:p>
      <w:r>
        <w:rPr>
          <w:b/>
          <w:sz w:val="24"/>
        </w:rPr>
        <w:t>Câu 17: To build your ________, you can try lifting weights or doing press-ups every morning.</w:t>
      </w:r>
    </w:p>
    <w:p>
      <w:pPr>
        <w:pStyle w:val="ListParagraph"/>
      </w:pPr>
      <w:r>
        <w:rPr>
          <w:sz w:val="22"/>
        </w:rPr>
        <w:t>A. muscles</w:t>
      </w:r>
    </w:p>
    <w:p>
      <w:pPr>
        <w:pStyle w:val="ListParagraph"/>
      </w:pPr>
      <w:r>
        <w:rPr>
          <w:sz w:val="22"/>
        </w:rPr>
        <w:t>B. bacteria</w:t>
      </w:r>
    </w:p>
    <w:p>
      <w:pPr>
        <w:pStyle w:val="ListParagraph"/>
      </w:pPr>
      <w:r>
        <w:rPr>
          <w:sz w:val="22"/>
        </w:rPr>
        <w:t>C. germs</w:t>
      </w:r>
    </w:p>
    <w:p>
      <w:pPr>
        <w:pStyle w:val="ListParagraph"/>
      </w:pPr>
      <w:r>
        <w:rPr>
          <w:sz w:val="22"/>
        </w:rPr>
        <w:t>D. illnesses</w:t>
      </w:r>
    </w:p>
    <w:p/>
    <w:p>
      <w:r>
        <w:rPr>
          <w:b/>
          <w:sz w:val="24"/>
        </w:rPr>
        <w:t>Câu 18: He goes to the fitness center to ________ every afternoon after work.</w:t>
      </w:r>
    </w:p>
    <w:p>
      <w:pPr>
        <w:pStyle w:val="ListParagraph"/>
      </w:pPr>
      <w:r>
        <w:rPr>
          <w:sz w:val="22"/>
        </w:rPr>
        <w:t>A. take up</w:t>
      </w:r>
    </w:p>
    <w:p>
      <w:pPr>
        <w:pStyle w:val="ListParagraph"/>
      </w:pPr>
      <w:r>
        <w:rPr>
          <w:sz w:val="22"/>
        </w:rPr>
        <w:t>B. turn off</w:t>
      </w:r>
    </w:p>
    <w:p>
      <w:pPr>
        <w:pStyle w:val="ListParagraph"/>
      </w:pPr>
      <w:r>
        <w:rPr>
          <w:sz w:val="22"/>
        </w:rPr>
        <w:t>C. suffer from</w:t>
      </w:r>
    </w:p>
    <w:p>
      <w:pPr>
        <w:pStyle w:val="ListParagraph"/>
      </w:pPr>
      <w:r>
        <w:rPr>
          <w:sz w:val="22"/>
        </w:rPr>
        <w:t>D. work out</w:t>
      </w:r>
    </w:p>
    <w:p/>
    <w:p>
      <w:r>
        <w:rPr>
          <w:b/>
          <w:sz w:val="24"/>
        </w:rPr>
        <w:t>Câu 19: We need to ________ bad habits like staying up late and skipping breakfast.</w:t>
      </w:r>
    </w:p>
    <w:p>
      <w:pPr>
        <w:pStyle w:val="ListParagraph"/>
      </w:pPr>
      <w:r>
        <w:rPr>
          <w:sz w:val="22"/>
        </w:rPr>
        <w:t>A. look up to</w:t>
      </w:r>
    </w:p>
    <w:p>
      <w:pPr>
        <w:pStyle w:val="ListParagraph"/>
      </w:pPr>
      <w:r>
        <w:rPr>
          <w:sz w:val="22"/>
        </w:rPr>
        <w:t>B. get rid of</w:t>
      </w:r>
    </w:p>
    <w:p>
      <w:pPr>
        <w:pStyle w:val="ListParagraph"/>
      </w:pPr>
      <w:r>
        <w:rPr>
          <w:sz w:val="22"/>
        </w:rPr>
        <w:t>C. make up</w:t>
      </w:r>
    </w:p>
    <w:p>
      <w:pPr>
        <w:pStyle w:val="ListParagraph"/>
      </w:pPr>
      <w:r>
        <w:rPr>
          <w:sz w:val="22"/>
        </w:rPr>
        <w:t>D. suffer from</w:t>
      </w:r>
    </w:p>
    <w:p/>
    <w:p>
      <w:r>
        <w:rPr>
          <w:b/>
          <w:sz w:val="24"/>
        </w:rPr>
        <w:t>Câu 20: Doing ________ exercises like typing on a keyboard all day can cause pain in your hands.</w:t>
      </w:r>
    </w:p>
    <w:p>
      <w:pPr>
        <w:pStyle w:val="ListParagraph"/>
      </w:pPr>
      <w:r>
        <w:rPr>
          <w:sz w:val="22"/>
        </w:rPr>
        <w:t>A. active</w:t>
      </w:r>
    </w:p>
    <w:p>
      <w:pPr>
        <w:pStyle w:val="ListParagraph"/>
      </w:pPr>
      <w:r>
        <w:rPr>
          <w:sz w:val="22"/>
        </w:rPr>
        <w:t>B. regular</w:t>
      </w:r>
    </w:p>
    <w:p>
      <w:pPr>
        <w:pStyle w:val="ListParagraph"/>
      </w:pPr>
      <w:r>
        <w:rPr>
          <w:sz w:val="22"/>
        </w:rPr>
        <w:t>C. repetitive</w:t>
      </w:r>
    </w:p>
    <w:p>
      <w:pPr>
        <w:pStyle w:val="ListParagraph"/>
      </w:pPr>
      <w:r>
        <w:rPr>
          <w:sz w:val="22"/>
        </w:rPr>
        <w:t>D. balanced</w:t>
      </w:r>
    </w:p>
    <w:p/>
    <w:p>
      <w:r>
        <w:rPr>
          <w:b/>
          <w:sz w:val="24"/>
        </w:rPr>
        <w:t>Câu 21: When you exercise, it is important to ________ attention to your breathing and posture.</w:t>
      </w:r>
    </w:p>
    <w:p>
      <w:pPr>
        <w:pStyle w:val="ListParagraph"/>
      </w:pPr>
      <w:r>
        <w:rPr>
          <w:sz w:val="22"/>
        </w:rPr>
        <w:t>A. pay</w:t>
      </w:r>
    </w:p>
    <w:p>
      <w:pPr>
        <w:pStyle w:val="ListParagraph"/>
      </w:pPr>
      <w:r>
        <w:rPr>
          <w:sz w:val="22"/>
        </w:rPr>
        <w:t>B. make</w:t>
      </w:r>
    </w:p>
    <w:p>
      <w:pPr>
        <w:pStyle w:val="ListParagraph"/>
      </w:pPr>
      <w:r>
        <w:rPr>
          <w:sz w:val="22"/>
        </w:rPr>
        <w:t>C. get</w:t>
      </w:r>
    </w:p>
    <w:p>
      <w:pPr>
        <w:pStyle w:val="ListParagraph"/>
      </w:pPr>
      <w:r>
        <w:rPr>
          <w:sz w:val="22"/>
        </w:rPr>
        <w:t>D. do</w:t>
      </w:r>
    </w:p>
    <w:p/>
    <w:p>
      <w:r>
        <w:rPr>
          <w:b/>
          <w:sz w:val="24"/>
        </w:rPr>
        <w:t>Câu 22: Tuberculosis is a serious ________ that affects the lungs and causes severe coughing.</w:t>
      </w:r>
    </w:p>
    <w:p>
      <w:pPr>
        <w:pStyle w:val="ListParagraph"/>
      </w:pPr>
      <w:r>
        <w:rPr>
          <w:sz w:val="22"/>
        </w:rPr>
        <w:t>A. poison</w:t>
      </w:r>
    </w:p>
    <w:p>
      <w:pPr>
        <w:pStyle w:val="ListParagraph"/>
      </w:pPr>
      <w:r>
        <w:rPr>
          <w:sz w:val="22"/>
        </w:rPr>
        <w:t>B. disease</w:t>
      </w:r>
    </w:p>
    <w:p>
      <w:pPr>
        <w:pStyle w:val="ListParagraph"/>
      </w:pPr>
      <w:r>
        <w:rPr>
          <w:sz w:val="22"/>
        </w:rPr>
        <w:t>C. ingredient</w:t>
      </w:r>
    </w:p>
    <w:p>
      <w:pPr>
        <w:pStyle w:val="ListParagraph"/>
      </w:pPr>
      <w:r>
        <w:rPr>
          <w:sz w:val="22"/>
        </w:rPr>
        <w:t>D. lesson</w:t>
      </w:r>
    </w:p>
    <w:p/>
    <w:p>
      <w:r>
        <w:rPr>
          <w:b/>
          <w:sz w:val="24"/>
        </w:rPr>
        <w:t>Câu 23: It is recommended that adults get 30 minutes of ________ exercise every day to stay fit.</w:t>
      </w:r>
    </w:p>
    <w:p>
      <w:pPr>
        <w:pStyle w:val="ListParagraph"/>
      </w:pPr>
      <w:r>
        <w:rPr>
          <w:sz w:val="22"/>
        </w:rPr>
        <w:t>A. regular</w:t>
      </w:r>
    </w:p>
    <w:p>
      <w:pPr>
        <w:pStyle w:val="ListParagraph"/>
      </w:pPr>
      <w:r>
        <w:rPr>
          <w:sz w:val="22"/>
        </w:rPr>
        <w:t>B. infectious</w:t>
      </w:r>
    </w:p>
    <w:p>
      <w:pPr>
        <w:pStyle w:val="ListParagraph"/>
      </w:pPr>
      <w:r>
        <w:rPr>
          <w:sz w:val="22"/>
        </w:rPr>
        <w:t>C. repetitive</w:t>
      </w:r>
    </w:p>
    <w:p>
      <w:pPr>
        <w:pStyle w:val="ListParagraph"/>
      </w:pPr>
      <w:r>
        <w:rPr>
          <w:sz w:val="22"/>
        </w:rPr>
        <w:t>D. full</w:t>
      </w:r>
    </w:p>
    <w:p/>
    <w:p>
      <w:r>
        <w:rPr>
          <w:b/>
          <w:sz w:val="24"/>
        </w:rPr>
        <w:t>Câu 24: Some helpful ________ in our stomach help us digest food properly.</w:t>
      </w:r>
    </w:p>
    <w:p>
      <w:pPr>
        <w:pStyle w:val="ListParagraph"/>
      </w:pPr>
      <w:r>
        <w:rPr>
          <w:sz w:val="22"/>
        </w:rPr>
        <w:t>A. viruses</w:t>
      </w:r>
    </w:p>
    <w:p>
      <w:pPr>
        <w:pStyle w:val="ListParagraph"/>
      </w:pPr>
      <w:r>
        <w:rPr>
          <w:sz w:val="22"/>
        </w:rPr>
        <w:t>B. poisons</w:t>
      </w:r>
    </w:p>
    <w:p>
      <w:pPr>
        <w:pStyle w:val="ListParagraph"/>
      </w:pPr>
      <w:r>
        <w:rPr>
          <w:sz w:val="22"/>
        </w:rPr>
        <w:t>C. bacteria</w:t>
      </w:r>
    </w:p>
    <w:p>
      <w:pPr>
        <w:pStyle w:val="ListParagraph"/>
      </w:pPr>
      <w:r>
        <w:rPr>
          <w:sz w:val="22"/>
        </w:rPr>
        <w:t>D. diameters</w:t>
      </w:r>
    </w:p>
    <w:p/>
    <w:p>
      <w:r>
        <w:rPr>
          <w:b/>
          <w:sz w:val="24"/>
        </w:rPr>
        <w:t>Câu 25: Yoga is a great way to improve both your physical flexibility and your ________ health.</w:t>
      </w:r>
    </w:p>
    <w:p>
      <w:pPr>
        <w:pStyle w:val="ListParagraph"/>
      </w:pPr>
      <w:r>
        <w:rPr>
          <w:sz w:val="22"/>
        </w:rPr>
        <w:t>A. active</w:t>
      </w:r>
    </w:p>
    <w:p>
      <w:pPr>
        <w:pStyle w:val="ListParagraph"/>
      </w:pPr>
      <w:r>
        <w:rPr>
          <w:sz w:val="22"/>
        </w:rPr>
        <w:t>B. mental</w:t>
      </w:r>
    </w:p>
    <w:p>
      <w:pPr>
        <w:pStyle w:val="ListParagraph"/>
      </w:pPr>
      <w:r>
        <w:rPr>
          <w:sz w:val="22"/>
        </w:rPr>
        <w:t>C. regular</w:t>
      </w:r>
    </w:p>
    <w:p>
      <w:pPr>
        <w:pStyle w:val="ListParagraph"/>
      </w:pPr>
      <w:r>
        <w:rPr>
          <w:sz w:val="22"/>
        </w:rPr>
        <w:t>D. infectious</w:t>
      </w:r>
    </w:p>
    <w:p/>
    <w:p>
      <w:r>
        <w:rPr>
          <w:b/>
          <w:sz w:val="24"/>
        </w:rPr>
        <w:t>Câu 26: To maintain a healthy weight, you need to stay physically ________ by playing sports.</w:t>
      </w:r>
    </w:p>
    <w:p>
      <w:pPr>
        <w:pStyle w:val="ListParagraph"/>
      </w:pPr>
      <w:r>
        <w:rPr>
          <w:sz w:val="22"/>
        </w:rPr>
        <w:t>A. active</w:t>
      </w:r>
    </w:p>
    <w:p>
      <w:pPr>
        <w:pStyle w:val="ListParagraph"/>
      </w:pPr>
      <w:r>
        <w:rPr>
          <w:sz w:val="22"/>
        </w:rPr>
        <w:t>B. action</w:t>
      </w:r>
    </w:p>
    <w:p>
      <w:pPr>
        <w:pStyle w:val="ListParagraph"/>
      </w:pPr>
      <w:r>
        <w:rPr>
          <w:sz w:val="22"/>
        </w:rPr>
        <w:t>C. actively</w:t>
      </w:r>
    </w:p>
    <w:p>
      <w:pPr>
        <w:pStyle w:val="ListParagraph"/>
      </w:pPr>
      <w:r>
        <w:rPr>
          <w:sz w:val="22"/>
        </w:rPr>
        <w:t>D. activity</w:t>
      </w:r>
    </w:p>
    <w:p/>
    <w:p>
      <w:r>
        <w:rPr>
          <w:b/>
          <w:sz w:val="24"/>
        </w:rPr>
        <w:t>Câu 27: You should visit your dentist ________ to make sure your teeth are healthy.</w:t>
      </w:r>
    </w:p>
    <w:p>
      <w:pPr>
        <w:pStyle w:val="ListParagraph"/>
      </w:pPr>
      <w:r>
        <w:rPr>
          <w:sz w:val="22"/>
        </w:rPr>
        <w:t>A. regular</w:t>
      </w:r>
    </w:p>
    <w:p>
      <w:pPr>
        <w:pStyle w:val="ListParagraph"/>
      </w:pPr>
      <w:r>
        <w:rPr>
          <w:sz w:val="22"/>
        </w:rPr>
        <w:t>B. regularly</w:t>
      </w:r>
    </w:p>
    <w:p>
      <w:pPr>
        <w:pStyle w:val="ListParagraph"/>
      </w:pPr>
      <w:r>
        <w:rPr>
          <w:sz w:val="22"/>
        </w:rPr>
        <w:t>C. regulate</w:t>
      </w:r>
    </w:p>
    <w:p>
      <w:pPr>
        <w:pStyle w:val="ListParagraph"/>
      </w:pPr>
      <w:r>
        <w:rPr>
          <w:sz w:val="22"/>
        </w:rPr>
        <w:t>D. regulation</w:t>
      </w:r>
    </w:p>
    <w:p/>
    <w:p>
      <w:r>
        <w:rPr>
          <w:b/>
          <w:sz w:val="24"/>
        </w:rPr>
        <w:t>Câu 28: Proper diet and regular exercise will help ________ your immune system.</w:t>
      </w:r>
    </w:p>
    <w:p>
      <w:pPr>
        <w:pStyle w:val="ListParagraph"/>
      </w:pPr>
      <w:r>
        <w:rPr>
          <w:sz w:val="22"/>
        </w:rPr>
        <w:t>A. strong</w:t>
      </w:r>
    </w:p>
    <w:p>
      <w:pPr>
        <w:pStyle w:val="ListParagraph"/>
      </w:pPr>
      <w:r>
        <w:rPr>
          <w:sz w:val="22"/>
        </w:rPr>
        <w:t>B. strength</w:t>
      </w:r>
    </w:p>
    <w:p>
      <w:pPr>
        <w:pStyle w:val="ListParagraph"/>
      </w:pPr>
      <w:r>
        <w:rPr>
          <w:sz w:val="22"/>
        </w:rPr>
        <w:t>C. strengthen</w:t>
      </w:r>
    </w:p>
    <w:p>
      <w:pPr>
        <w:pStyle w:val="ListParagraph"/>
      </w:pPr>
      <w:r>
        <w:rPr>
          <w:sz w:val="22"/>
        </w:rPr>
        <w:t>D. strongly</w:t>
      </w:r>
    </w:p>
    <w:p/>
    <w:p>
      <w:r>
        <w:rPr>
          <w:b/>
          <w:sz w:val="24"/>
        </w:rPr>
        <w:t>Câu 29: Cancer is a very dangerous disease, but it is ________ if detected early.</w:t>
      </w:r>
    </w:p>
    <w:p>
      <w:pPr>
        <w:pStyle w:val="ListParagraph"/>
      </w:pPr>
      <w:r>
        <w:rPr>
          <w:sz w:val="22"/>
        </w:rPr>
        <w:t>A. treat</w:t>
      </w:r>
    </w:p>
    <w:p>
      <w:pPr>
        <w:pStyle w:val="ListParagraph"/>
      </w:pPr>
      <w:r>
        <w:rPr>
          <w:sz w:val="22"/>
        </w:rPr>
        <w:t>B. treatment</w:t>
      </w:r>
    </w:p>
    <w:p>
      <w:pPr>
        <w:pStyle w:val="ListParagraph"/>
      </w:pPr>
      <w:r>
        <w:rPr>
          <w:sz w:val="22"/>
        </w:rPr>
        <w:t>C. treatable</w:t>
      </w:r>
    </w:p>
    <w:p>
      <w:pPr>
        <w:pStyle w:val="ListParagraph"/>
      </w:pPr>
      <w:r>
        <w:rPr>
          <w:sz w:val="22"/>
        </w:rPr>
        <w:t>D. treating</w:t>
      </w:r>
    </w:p>
    <w:p/>
    <w:p>
      <w:r>
        <w:rPr>
          <w:b/>
          <w:sz w:val="24"/>
        </w:rPr>
        <w:t>Câu 30: Washing hands with soap is a simple way to prevent the spread of ________.</w:t>
      </w:r>
    </w:p>
    <w:p>
      <w:pPr>
        <w:pStyle w:val="ListParagraph"/>
      </w:pPr>
      <w:r>
        <w:rPr>
          <w:sz w:val="22"/>
        </w:rPr>
        <w:t>A. infect</w:t>
      </w:r>
    </w:p>
    <w:p>
      <w:pPr>
        <w:pStyle w:val="ListParagraph"/>
      </w:pPr>
      <w:r>
        <w:rPr>
          <w:sz w:val="22"/>
        </w:rPr>
        <w:t>B. infectious</w:t>
      </w:r>
    </w:p>
    <w:p>
      <w:pPr>
        <w:pStyle w:val="ListParagraph"/>
      </w:pPr>
      <w:r>
        <w:rPr>
          <w:sz w:val="22"/>
        </w:rPr>
        <w:t>C. infections</w:t>
      </w:r>
    </w:p>
    <w:p>
      <w:pPr>
        <w:pStyle w:val="ListParagraph"/>
      </w:pPr>
      <w:r>
        <w:rPr>
          <w:sz w:val="22"/>
        </w:rPr>
        <w:t>D. infectiously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