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lịch sử - Bài trắc nghiệm Lịch sử - BÀI 1: MỘT SỐ VẤN ĐỀ CHUNG VỀ CÁCH MẠNG TƯ SẢN</w:t>
      </w:r>
    </w:p>
    <w:p>
      <w:pPr>
        <w:jc w:val="center"/>
      </w:pPr>
      <w:r>
        <w:rPr>
          <w:sz w:val="22"/>
        </w:rPr>
        <w:t>Số câu: 18    Thời gian: _____ phút    Họ và tên: _________________________</w:t>
      </w:r>
    </w:p>
    <w:p/>
    <w:p>
      <w:r>
        <w:rPr>
          <w:b/>
          <w:sz w:val="24"/>
        </w:rPr>
        <w:t>Câu 1: Nội dung nào sau đây là tiền đề về kinh tế dẫn đến sự bùng nổ và thắng lợi của các cuộc cách mạng tư sản thế kỉ XVI-XVIII?</w:t>
      </w:r>
    </w:p>
    <w:p>
      <w:pPr>
        <w:pStyle w:val="ListParagraph"/>
      </w:pPr>
      <w:r>
        <w:rPr>
          <w:sz w:val="22"/>
        </w:rPr>
        <w:t>A. Quan hệ sản xuất tư bản chủ nghĩa thay thế hoàn toàn quan hệ phong kiến.</w:t>
      </w:r>
    </w:p>
    <w:p>
      <w:pPr>
        <w:pStyle w:val="ListParagraph"/>
      </w:pPr>
      <w:r>
        <w:rPr>
          <w:sz w:val="22"/>
        </w:rPr>
        <w:t>B. Triết học Ánh sáng ra đời, thức tỉnh, dọn đường cho quần chúng đấu tranh.</w:t>
      </w:r>
    </w:p>
    <w:p>
      <w:pPr>
        <w:pStyle w:val="ListParagraph"/>
      </w:pPr>
      <w:r>
        <w:rPr>
          <w:sz w:val="22"/>
        </w:rPr>
        <w:t>C. Giai cấp tư sản và tầng lớp quý tộc có thế lực rất lớn cả về kinh tế lẫn chính trị.</w:t>
      </w:r>
    </w:p>
    <w:p>
      <w:pPr>
        <w:pStyle w:val="ListParagraph"/>
      </w:pPr>
      <w:r>
        <w:rPr>
          <w:sz w:val="22"/>
        </w:rPr>
        <w:t>D. Kinh tế tư bản chủ nghĩa ra đời và phát triển trong lòng chế độ phong kiến.</w:t>
      </w:r>
    </w:p>
    <w:p/>
    <w:p>
      <w:r>
        <w:rPr>
          <w:b/>
          <w:sz w:val="24"/>
        </w:rPr>
        <w:t>Câu 2: Trước khi các cuộc cách mạng tư sản bùng nổ, mâu thuẫn chính trị cơ bản ở nhiều nước châu Âu là mâu thuẫn giữa</w:t>
      </w:r>
    </w:p>
    <w:p>
      <w:pPr>
        <w:pStyle w:val="ListParagraph"/>
      </w:pPr>
      <w:r>
        <w:rPr>
          <w:sz w:val="22"/>
        </w:rPr>
        <w:t>A. giai cấp tư sản với giai cấp nông dân.</w:t>
      </w:r>
    </w:p>
    <w:p>
      <w:pPr>
        <w:pStyle w:val="ListParagraph"/>
      </w:pPr>
      <w:r>
        <w:rPr>
          <w:sz w:val="22"/>
        </w:rPr>
        <w:t>B. chế độ phong kiến với các lực lượng xã hội mới.</w:t>
      </w:r>
    </w:p>
    <w:p>
      <w:pPr>
        <w:pStyle w:val="ListParagraph"/>
      </w:pPr>
      <w:r>
        <w:rPr>
          <w:sz w:val="22"/>
        </w:rPr>
        <w:t>C. giai cấp quý tộc với tầng lớp tăng lữ.</w:t>
      </w:r>
    </w:p>
    <w:p>
      <w:pPr>
        <w:pStyle w:val="ListParagraph"/>
      </w:pPr>
      <w:r>
        <w:rPr>
          <w:sz w:val="22"/>
        </w:rPr>
        <w:t>D. giai cấp nông dân với tầng lớp thợ thủ công.</w:t>
      </w:r>
    </w:p>
    <w:p/>
    <w:p>
      <w:r>
        <w:rPr>
          <w:b/>
          <w:sz w:val="24"/>
        </w:rPr>
        <w:t>Câu 3: Trào lưu tư tưởng nào có ảnh hưởng lớn đến sự bùng nổ của Cách mạng tư sản Pháp cuối thế kỉ XVIII?</w:t>
      </w:r>
    </w:p>
    <w:p>
      <w:pPr>
        <w:pStyle w:val="ListParagraph"/>
      </w:pPr>
      <w:r>
        <w:rPr>
          <w:sz w:val="22"/>
        </w:rPr>
        <w:t>A. Cải cách tôn giáo.</w:t>
      </w:r>
    </w:p>
    <w:p>
      <w:pPr>
        <w:pStyle w:val="ListParagraph"/>
      </w:pPr>
      <w:r>
        <w:rPr>
          <w:sz w:val="22"/>
        </w:rPr>
        <w:t>B. Triết học Ánh sáng.</w:t>
      </w:r>
    </w:p>
    <w:p>
      <w:pPr>
        <w:pStyle w:val="ListParagraph"/>
      </w:pPr>
      <w:r>
        <w:rPr>
          <w:sz w:val="22"/>
        </w:rPr>
        <w:t>C. Phong trào văn hóa Phục hưng.</w:t>
      </w:r>
    </w:p>
    <w:p>
      <w:pPr>
        <w:pStyle w:val="ListParagraph"/>
      </w:pPr>
      <w:r>
        <w:rPr>
          <w:sz w:val="22"/>
        </w:rPr>
        <w:t>D. Phong trào chủ nghĩa lãng mạn.</w:t>
      </w:r>
    </w:p>
    <w:p/>
    <w:p>
      <w:r>
        <w:rPr>
          <w:b/>
          <w:sz w:val="24"/>
        </w:rPr>
        <w:t>Câu 4: Giai cấp nào đại diện cho phương thức sản xuất tư bản chủ nghĩa đang phát triển?</w:t>
      </w:r>
    </w:p>
    <w:p>
      <w:pPr>
        <w:pStyle w:val="ListParagraph"/>
      </w:pPr>
      <w:r>
        <w:rPr>
          <w:sz w:val="22"/>
        </w:rPr>
        <w:t>A. Giai cấp địa chủ phong kiến.</w:t>
      </w:r>
    </w:p>
    <w:p>
      <w:pPr>
        <w:pStyle w:val="ListParagraph"/>
      </w:pPr>
      <w:r>
        <w:rPr>
          <w:sz w:val="22"/>
        </w:rPr>
        <w:t>B. Giai cấp tư sản.</w:t>
      </w:r>
    </w:p>
    <w:p>
      <w:pPr>
        <w:pStyle w:val="ListParagraph"/>
      </w:pPr>
      <w:r>
        <w:rPr>
          <w:sz w:val="22"/>
        </w:rPr>
        <w:t>C. Giai cấp tăng lữ.</w:t>
      </w:r>
    </w:p>
    <w:p>
      <w:pPr>
        <w:pStyle w:val="ListParagraph"/>
      </w:pPr>
      <w:r>
        <w:rPr>
          <w:sz w:val="22"/>
        </w:rPr>
        <w:t>D. Giai cấp quý tộc phong kiến.</w:t>
      </w:r>
    </w:p>
    <w:p/>
    <w:p>
      <w:r>
        <w:rPr>
          <w:b/>
          <w:sz w:val="24"/>
        </w:rPr>
        <w:t>Câu 5: Trước Cách mạng tư sản Pháp năm 1789, nước Pháp tồn tại chế độ chính trị nào?</w:t>
      </w:r>
    </w:p>
    <w:p>
      <w:pPr>
        <w:pStyle w:val="ListParagraph"/>
      </w:pPr>
      <w:r>
        <w:rPr>
          <w:sz w:val="22"/>
        </w:rPr>
        <w:t>A. Chế độ quân chủ lập hiến.</w:t>
      </w:r>
    </w:p>
    <w:p>
      <w:pPr>
        <w:pStyle w:val="ListParagraph"/>
      </w:pPr>
      <w:r>
        <w:rPr>
          <w:sz w:val="22"/>
        </w:rPr>
        <w:t>B. Chế độ cộng hòa dân chủ.</w:t>
      </w:r>
    </w:p>
    <w:p>
      <w:pPr>
        <w:pStyle w:val="ListParagraph"/>
      </w:pPr>
      <w:r>
        <w:rPr>
          <w:sz w:val="22"/>
        </w:rPr>
        <w:t>C. Chế độ quân chủ chuyên chế.</w:t>
      </w:r>
    </w:p>
    <w:p>
      <w:pPr>
        <w:pStyle w:val="ListParagraph"/>
      </w:pPr>
      <w:r>
        <w:rPr>
          <w:sz w:val="22"/>
        </w:rPr>
        <w:t>D. Chế độ cộng hòa quý tộc.</w:t>
      </w:r>
    </w:p>
    <w:p/>
    <w:p>
      <w:r>
        <w:rPr>
          <w:b/>
          <w:sz w:val="24"/>
        </w:rPr>
        <w:t>Câu 6: Cách mạng tư sản là cuộc cách mạng do giai cấp nào lãnh đạo?</w:t>
      </w:r>
    </w:p>
    <w:p>
      <w:pPr>
        <w:pStyle w:val="ListParagraph"/>
      </w:pPr>
      <w:r>
        <w:rPr>
          <w:sz w:val="22"/>
        </w:rPr>
        <w:t>A. Nông dân</w:t>
      </w:r>
    </w:p>
    <w:p>
      <w:pPr>
        <w:pStyle w:val="ListParagraph"/>
      </w:pPr>
      <w:r>
        <w:rPr>
          <w:sz w:val="22"/>
        </w:rPr>
        <w:t>B. Công nhân</w:t>
      </w:r>
    </w:p>
    <w:p>
      <w:pPr>
        <w:pStyle w:val="ListParagraph"/>
      </w:pPr>
      <w:r>
        <w:rPr>
          <w:sz w:val="22"/>
        </w:rPr>
        <w:t>C. Tư sản</w:t>
      </w:r>
    </w:p>
    <w:p>
      <w:pPr>
        <w:pStyle w:val="ListParagraph"/>
      </w:pPr>
      <w:r>
        <w:rPr>
          <w:sz w:val="22"/>
        </w:rPr>
        <w:t>D. Tăng lữ</w:t>
      </w:r>
    </w:p>
    <w:p/>
    <w:p>
      <w:r>
        <w:rPr>
          <w:b/>
          <w:sz w:val="24"/>
        </w:rPr>
        <w:t>Câu 7: Trước khi các cuộc cách mạng tư sản bùng nổ, giai cấp nào chiếm số lượng đông đảo nhất trong xã hội phong kiến ở châu Âu?</w:t>
      </w:r>
    </w:p>
    <w:p>
      <w:pPr>
        <w:pStyle w:val="ListParagraph"/>
      </w:pPr>
      <w:r>
        <w:rPr>
          <w:sz w:val="22"/>
        </w:rPr>
        <w:t>A. Nông dân</w:t>
      </w:r>
    </w:p>
    <w:p>
      <w:pPr>
        <w:pStyle w:val="ListParagraph"/>
      </w:pPr>
      <w:r>
        <w:rPr>
          <w:sz w:val="22"/>
        </w:rPr>
        <w:t>B. Tư sản</w:t>
      </w:r>
    </w:p>
    <w:p>
      <w:pPr>
        <w:pStyle w:val="ListParagraph"/>
      </w:pPr>
      <w:r>
        <w:rPr>
          <w:sz w:val="22"/>
        </w:rPr>
        <w:t>C. Tăng lữ</w:t>
      </w:r>
    </w:p>
    <w:p>
      <w:pPr>
        <w:pStyle w:val="ListParagraph"/>
      </w:pPr>
      <w:r>
        <w:rPr>
          <w:sz w:val="22"/>
        </w:rPr>
        <w:t>D. Quý tộc</w:t>
      </w:r>
    </w:p>
    <w:p/>
    <w:p>
      <w:r>
        <w:rPr>
          <w:b/>
          <w:sz w:val="24"/>
        </w:rPr>
        <w:t>Câu 8: Cách mạng tư sản thường thực hiện những nhiệm vụ cơ bản nào sau đây?</w:t>
      </w:r>
    </w:p>
    <w:p>
      <w:pPr>
        <w:pStyle w:val="ListParagraph"/>
      </w:pPr>
      <w:r>
        <w:rPr>
          <w:sz w:val="22"/>
        </w:rPr>
        <w:t>A. Dân tộc và dân chủ</w:t>
      </w:r>
    </w:p>
    <w:p>
      <w:pPr>
        <w:pStyle w:val="ListParagraph"/>
      </w:pPr>
      <w:r>
        <w:rPr>
          <w:sz w:val="22"/>
        </w:rPr>
        <w:t>B. Chính trị và xã hội</w:t>
      </w:r>
    </w:p>
    <w:p>
      <w:pPr>
        <w:pStyle w:val="ListParagraph"/>
      </w:pPr>
      <w:r>
        <w:rPr>
          <w:sz w:val="22"/>
        </w:rPr>
        <w:t>C. Công bằng và văn minh</w:t>
      </w:r>
    </w:p>
    <w:p>
      <w:pPr>
        <w:pStyle w:val="ListParagraph"/>
      </w:pPr>
      <w:r>
        <w:rPr>
          <w:sz w:val="22"/>
        </w:rPr>
        <w:t>D. Tiền tài và quyền lực</w:t>
      </w:r>
    </w:p>
    <w:p/>
    <w:p>
      <w:r>
        <w:rPr>
          <w:b/>
          <w:sz w:val="24"/>
        </w:rPr>
        <w:t>Câu 9: Trong các cuộc cách mạng tư sản, lực lượng nào giữ vai trò quyết định đối với thắng lợi của cách mạng?</w:t>
      </w:r>
    </w:p>
    <w:p>
      <w:pPr>
        <w:pStyle w:val="ListParagraph"/>
      </w:pPr>
      <w:r>
        <w:rPr>
          <w:sz w:val="22"/>
        </w:rPr>
        <w:t>A. Quần chúng nhân dân đông đảo, tích cực tham gia cách mạng.</w:t>
      </w:r>
    </w:p>
    <w:p>
      <w:pPr>
        <w:pStyle w:val="ListParagraph"/>
      </w:pPr>
      <w:r>
        <w:rPr>
          <w:sz w:val="22"/>
        </w:rPr>
        <w:t>B. Giai cấp tư sản đứng ra vạch đường lối và lãnh đạo cách mạng.</w:t>
      </w:r>
    </w:p>
    <w:p>
      <w:pPr>
        <w:pStyle w:val="ListParagraph"/>
      </w:pPr>
      <w:r>
        <w:rPr>
          <w:sz w:val="22"/>
        </w:rPr>
        <w:t>C. Giai cấp quý tộc phong kiến ủng hộ các cuộc cải cách.</w:t>
      </w:r>
    </w:p>
    <w:p>
      <w:pPr>
        <w:pStyle w:val="ListParagraph"/>
      </w:pPr>
      <w:r>
        <w:rPr>
          <w:sz w:val="22"/>
        </w:rPr>
        <w:t>D. Tầng lớp tăng lữ tham gia tổ chức và lãnh đạo cách mạng.</w:t>
      </w:r>
    </w:p>
    <w:p/>
    <w:p>
      <w:r>
        <w:rPr>
          <w:b/>
          <w:sz w:val="24"/>
        </w:rPr>
        <w:t>Câu 10: Một trong những mục tiêu tổng quát của các cuộc cách mạng tư sản (từ giữa thế kỉ XVI đến cuối thế kỷ XVIII) là</w:t>
      </w:r>
    </w:p>
    <w:p>
      <w:pPr>
        <w:pStyle w:val="ListParagraph"/>
      </w:pPr>
      <w:r>
        <w:rPr>
          <w:sz w:val="22"/>
        </w:rPr>
        <w:t>A. xác lập sự thống trị của chủ nghĩa thực dân.</w:t>
      </w:r>
    </w:p>
    <w:p>
      <w:pPr>
        <w:pStyle w:val="ListParagraph"/>
      </w:pPr>
      <w:r>
        <w:rPr>
          <w:sz w:val="22"/>
        </w:rPr>
        <w:t>B. đưa giai cấp công nhân lên nắm chính quyền.</w:t>
      </w:r>
    </w:p>
    <w:p>
      <w:pPr>
        <w:pStyle w:val="ListParagraph"/>
      </w:pPr>
      <w:r>
        <w:rPr>
          <w:sz w:val="22"/>
        </w:rPr>
        <w:t>C. xóa bỏ triệt để những mâu thuẫn trong xã hội.</w:t>
      </w:r>
    </w:p>
    <w:p>
      <w:pPr>
        <w:pStyle w:val="ListParagraph"/>
      </w:pPr>
      <w:r>
        <w:rPr>
          <w:sz w:val="22"/>
        </w:rPr>
        <w:t>D. mở đường cho tư bản chủ nghĩa phát triển.</w:t>
      </w:r>
    </w:p>
    <w:p/>
    <w:p>
      <w:r>
        <w:rPr>
          <w:b/>
          <w:sz w:val="24"/>
        </w:rPr>
        <w:t>Câu 11: Nhiệm vụ dân chủ của các cuộc cách mạng tư sản là xoá bỏ</w:t>
      </w:r>
    </w:p>
    <w:p>
      <w:pPr>
        <w:pStyle w:val="ListParagraph"/>
      </w:pPr>
      <w:r>
        <w:rPr>
          <w:sz w:val="22"/>
        </w:rPr>
        <w:t>A. chế độ phong kiến chuyên chế, xác lập nền dân chủ tư sản.</w:t>
      </w:r>
    </w:p>
    <w:p>
      <w:pPr>
        <w:pStyle w:val="ListParagraph"/>
      </w:pPr>
      <w:r>
        <w:rPr>
          <w:sz w:val="22"/>
        </w:rPr>
        <w:t>B. tình trạng phong kiến cát cứ, hình thành thị trường dân tộc thống nhất.</w:t>
      </w:r>
    </w:p>
    <w:p>
      <w:pPr>
        <w:pStyle w:val="ListParagraph"/>
      </w:pPr>
      <w:r>
        <w:rPr>
          <w:sz w:val="22"/>
        </w:rPr>
        <w:t>C. chế độ chiếm hữu nô lệ, xác lập nền dân chủ tư sản.</w:t>
      </w:r>
    </w:p>
    <w:p>
      <w:pPr>
        <w:pStyle w:val="ListParagraph"/>
      </w:pPr>
      <w:r>
        <w:rPr>
          <w:sz w:val="22"/>
        </w:rPr>
        <w:t>D. tình trạng chia cắt đất nước, hình thành thị trường dân tộc thống nhất.</w:t>
      </w:r>
    </w:p>
    <w:p/>
    <w:p>
      <w:r>
        <w:rPr>
          <w:b/>
          <w:sz w:val="24"/>
        </w:rPr>
        <w:t>Câu 12: Một trong những nhiệm vụ dân tộc của các cuộc cách mạng tư sản là</w:t>
      </w:r>
    </w:p>
    <w:p>
      <w:pPr>
        <w:pStyle w:val="ListParagraph"/>
      </w:pPr>
      <w:r>
        <w:rPr>
          <w:sz w:val="22"/>
        </w:rPr>
        <w:t>A. xóa bỏ chế độ quân chủ chuyên chế.</w:t>
      </w:r>
    </w:p>
    <w:p>
      <w:pPr>
        <w:pStyle w:val="ListParagraph"/>
      </w:pPr>
      <w:r>
        <w:rPr>
          <w:sz w:val="22"/>
        </w:rPr>
        <w:t>B. xác lập nền dân chủ tư sản.</w:t>
      </w:r>
    </w:p>
    <w:p>
      <w:pPr>
        <w:pStyle w:val="ListParagraph"/>
      </w:pPr>
      <w:r>
        <w:rPr>
          <w:sz w:val="22"/>
        </w:rPr>
        <w:t>C. bảo đảm quyền tự do chính trị.</w:t>
      </w:r>
    </w:p>
    <w:p>
      <w:pPr>
        <w:pStyle w:val="ListParagraph"/>
      </w:pPr>
      <w:r>
        <w:rPr>
          <w:sz w:val="22"/>
        </w:rPr>
        <w:t>D. thống nhất thị trường dân tộc.</w:t>
      </w:r>
    </w:p>
    <w:p/>
    <w:p>
      <w:r>
        <w:rPr>
          <w:b/>
          <w:sz w:val="24"/>
        </w:rPr>
        <w:t>Câu 13: Trước khi cách mạng tư sản bùng nổ, cả Anh và Pháp đều</w:t>
      </w:r>
    </w:p>
    <w:p>
      <w:pPr>
        <w:pStyle w:val="ListParagraph"/>
      </w:pPr>
      <w:r>
        <w:rPr>
          <w:sz w:val="22"/>
        </w:rPr>
        <w:t>A. theo chế độ quân chủ chuyên chế.</w:t>
      </w:r>
    </w:p>
    <w:p>
      <w:pPr>
        <w:pStyle w:val="ListParagraph"/>
      </w:pPr>
      <w:r>
        <w:rPr>
          <w:sz w:val="22"/>
        </w:rPr>
        <w:t>B. theo thể chế quân chủ lập hiến.</w:t>
      </w:r>
    </w:p>
    <w:p>
      <w:pPr>
        <w:pStyle w:val="ListParagraph"/>
      </w:pPr>
      <w:r>
        <w:rPr>
          <w:sz w:val="22"/>
        </w:rPr>
        <w:t>C. là thuộc địa của thực dân bên ngoài.</w:t>
      </w:r>
    </w:p>
    <w:p>
      <w:pPr>
        <w:pStyle w:val="ListParagraph"/>
      </w:pPr>
      <w:r>
        <w:rPr>
          <w:sz w:val="22"/>
        </w:rPr>
        <w:t>D. có nền nông nghiệp lạc hậu, manh mún.</w:t>
      </w:r>
    </w:p>
    <w:p/>
    <w:p>
      <w:r>
        <w:rPr>
          <w:b/>
          <w:sz w:val="24"/>
        </w:rPr>
        <w:t>Câu 14: Trong thời kì cận đại, cuộc cách mạng tư sản nào được coi là triệt để nhất và điển hình nhất?</w:t>
      </w:r>
    </w:p>
    <w:p>
      <w:pPr>
        <w:pStyle w:val="ListParagraph"/>
      </w:pPr>
      <w:r>
        <w:rPr>
          <w:sz w:val="22"/>
        </w:rPr>
        <w:t>A. Cách mạng tư sản Anh thế kỉ XVII.</w:t>
      </w:r>
    </w:p>
    <w:p>
      <w:pPr>
        <w:pStyle w:val="ListParagraph"/>
      </w:pPr>
      <w:r>
        <w:rPr>
          <w:sz w:val="22"/>
        </w:rPr>
        <w:t>B. Cách mạng tư sản Pháp cuối thế kỉ XVIII.</w:t>
      </w:r>
    </w:p>
    <w:p>
      <w:pPr>
        <w:pStyle w:val="ListParagraph"/>
      </w:pPr>
      <w:r>
        <w:rPr>
          <w:sz w:val="22"/>
        </w:rPr>
        <w:t>C. Chiến tranh giành độc lập ở Bắc Mĩ.</w:t>
      </w:r>
    </w:p>
    <w:p>
      <w:pPr>
        <w:pStyle w:val="ListParagraph"/>
      </w:pPr>
      <w:r>
        <w:rPr>
          <w:sz w:val="22"/>
        </w:rPr>
        <w:t>D. Cách mạng Nga 1905-1907.</w:t>
      </w:r>
    </w:p>
    <w:p/>
    <w:p>
      <w:r>
        <w:rPr>
          <w:b/>
          <w:sz w:val="24"/>
        </w:rPr>
        <w:t>Câu 15: Ở Pháp, nền tảng tư tưởng của cách mạng tư sản là</w:t>
      </w:r>
    </w:p>
    <w:p>
      <w:pPr>
        <w:pStyle w:val="ListParagraph"/>
      </w:pPr>
      <w:r>
        <w:rPr>
          <w:sz w:val="22"/>
        </w:rPr>
        <w:t>A. phong trào Cải cách tôn giáo.</w:t>
      </w:r>
    </w:p>
    <w:p>
      <w:pPr>
        <w:pStyle w:val="ListParagraph"/>
      </w:pPr>
      <w:r>
        <w:rPr>
          <w:sz w:val="22"/>
        </w:rPr>
        <w:t>B. phong trào Văn hóa Phục hưng.</w:t>
      </w:r>
    </w:p>
    <w:p>
      <w:pPr>
        <w:pStyle w:val="ListParagraph"/>
      </w:pPr>
      <w:r>
        <w:rPr>
          <w:sz w:val="22"/>
        </w:rPr>
        <w:t>C. học thuyết Kinh tế chính trị cổ điển.</w:t>
      </w:r>
    </w:p>
    <w:p>
      <w:pPr>
        <w:pStyle w:val="ListParagraph"/>
      </w:pPr>
      <w:r>
        <w:rPr>
          <w:sz w:val="22"/>
        </w:rPr>
        <w:t>D. trào lưu Triết học Ánh sáng.</w:t>
      </w:r>
    </w:p>
    <w:p/>
    <w:p>
      <w:r>
        <w:rPr>
          <w:b/>
          <w:sz w:val="24"/>
        </w:rPr>
        <w:t>Câu 16: Cách mạng tư sản Anh (thế kỉ XVII) đặt dưới sự lãnh đạo của</w:t>
      </w:r>
    </w:p>
    <w:p>
      <w:pPr>
        <w:pStyle w:val="ListParagraph"/>
      </w:pPr>
      <w:r>
        <w:rPr>
          <w:sz w:val="22"/>
        </w:rPr>
        <w:t>A. giai cấp tư sản và quý tộc mới.</w:t>
      </w:r>
    </w:p>
    <w:p>
      <w:pPr>
        <w:pStyle w:val="ListParagraph"/>
      </w:pPr>
      <w:r>
        <w:rPr>
          <w:sz w:val="22"/>
        </w:rPr>
        <w:t>B. giai cấp tư sản và chủ nô.</w:t>
      </w:r>
    </w:p>
    <w:p>
      <w:pPr>
        <w:pStyle w:val="ListParagraph"/>
      </w:pPr>
      <w:r>
        <w:rPr>
          <w:sz w:val="22"/>
        </w:rPr>
        <w:t>C. giai cấp tư sản.</w:t>
      </w:r>
    </w:p>
    <w:p>
      <w:pPr>
        <w:pStyle w:val="ListParagraph"/>
      </w:pPr>
      <w:r>
        <w:rPr>
          <w:sz w:val="22"/>
        </w:rPr>
        <w:t>D. giai cấp vô sản.</w:t>
      </w:r>
    </w:p>
    <w:p/>
    <w:p>
      <w:r>
        <w:rPr>
          <w:b/>
          <w:sz w:val="24"/>
        </w:rPr>
        <w:t>Câu 17: Các cuộc cách mạng tư sản từ giữa thế kỉ XVI đến đầu thế kỉ XX thắng lợi có ý nghĩa quan trọng nào sau đây?</w:t>
      </w:r>
    </w:p>
    <w:p>
      <w:pPr>
        <w:pStyle w:val="ListParagraph"/>
      </w:pPr>
      <w:r>
        <w:rPr>
          <w:sz w:val="22"/>
        </w:rPr>
        <w:t>A. Giải quyết triệt để mọi yêu cầu của nông dân.</w:t>
      </w:r>
    </w:p>
    <w:p>
      <w:pPr>
        <w:pStyle w:val="ListParagraph"/>
      </w:pPr>
      <w:r>
        <w:rPr>
          <w:sz w:val="22"/>
        </w:rPr>
        <w:t>B. Mở đường cho chủ nghĩa tư bản phát triển.</w:t>
      </w:r>
    </w:p>
    <w:p>
      <w:pPr>
        <w:pStyle w:val="ListParagraph"/>
      </w:pPr>
      <w:r>
        <w:rPr>
          <w:sz w:val="22"/>
        </w:rPr>
        <w:t>C. Xóa bỏ hoàn toàn tình trạng áp bức trong xã hội.</w:t>
      </w:r>
    </w:p>
    <w:p>
      <w:pPr>
        <w:pStyle w:val="ListParagraph"/>
      </w:pPr>
      <w:r>
        <w:rPr>
          <w:sz w:val="22"/>
        </w:rPr>
        <w:t>D. Đưa giai cấp công nhân lên nắm chính quyền.</w:t>
      </w:r>
    </w:p>
    <w:p/>
    <w:p>
      <w:r>
        <w:rPr>
          <w:b/>
          <w:sz w:val="24"/>
        </w:rPr>
        <w:t>Câu 18: Một trong những kết quả quan trọng của các cuộc cách mạng tư sản là gì?</w:t>
      </w:r>
    </w:p>
    <w:p>
      <w:pPr>
        <w:pStyle w:val="ListParagraph"/>
      </w:pPr>
      <w:r>
        <w:rPr>
          <w:sz w:val="22"/>
        </w:rPr>
        <w:t>A. Xóa bỏ hoàn toàn mọi mâu thuẫn xã hội.</w:t>
      </w:r>
    </w:p>
    <w:p>
      <w:pPr>
        <w:pStyle w:val="ListParagraph"/>
      </w:pPr>
      <w:r>
        <w:rPr>
          <w:sz w:val="22"/>
        </w:rPr>
        <w:t>B. Mở đường cho chủ nghĩa tư bản phát triển.</w:t>
      </w:r>
    </w:p>
    <w:p>
      <w:pPr>
        <w:pStyle w:val="ListParagraph"/>
      </w:pPr>
      <w:r>
        <w:rPr>
          <w:sz w:val="22"/>
        </w:rPr>
        <w:t>C. Giải quyết triệt để vấn đề ruộng đất.</w:t>
      </w:r>
    </w:p>
    <w:p>
      <w:pPr>
        <w:pStyle w:val="ListParagraph"/>
      </w:pPr>
      <w:r>
        <w:rPr>
          <w:sz w:val="22"/>
        </w:rPr>
        <w:t>D. Xây dựng xã hội không còn giai cấp.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