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vật lý - Bài trắc nghiệm Vật lý lớp 10 - từ bài 1 đến bài 10 sách kết nối tri thức lớp 10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Trong không gian với hệ tọa độ Oxyz, cho hai điểm A(1;2;3) và B(3;4;5). Tọa độ vectơ $\overrightarrow{AB}$ là:</w:t>
      </w:r>
    </w:p>
    <w:p>
      <w:pPr>
        <w:pStyle w:val="ListParagraph"/>
      </w:pPr>
      <w:r>
        <w:rPr>
          <w:sz w:val="22"/>
        </w:rPr>
        <w:t>A. $(2;2;2)$</w:t>
      </w:r>
    </w:p>
    <w:p>
      <w:pPr>
        <w:pStyle w:val="ListParagraph"/>
      </w:pPr>
      <w:r>
        <w:rPr>
          <w:sz w:val="22"/>
        </w:rPr>
        <w:t>B. $(4;6;8)$</w:t>
      </w:r>
    </w:p>
    <w:p>
      <w:pPr>
        <w:pStyle w:val="ListParagraph"/>
      </w:pPr>
      <w:r>
        <w:rPr>
          <w:sz w:val="22"/>
        </w:rPr>
        <w:t>C. $(-2;-2;-2)$</w:t>
      </w:r>
    </w:p>
    <w:p>
      <w:pPr>
        <w:pStyle w:val="ListParagraph"/>
      </w:pPr>
      <w:r>
        <w:rPr>
          <w:sz w:val="22"/>
        </w:rPr>
        <w:t>D. $(2;2;-2)$</w:t>
      </w:r>
    </w:p>
    <w:p/>
    <w:p>
      <w:r>
        <w:rPr>
          <w:b/>
          <w:sz w:val="24"/>
        </w:rPr>
        <w:t>Câu 2: Trong mặt phẳng tọa độ Oxy, cho đường thẳng $d: 2x - 3y + 1 = 0$. Vectơ pháp tuyến của đường thẳng $d$ là:</w:t>
      </w:r>
    </w:p>
    <w:p>
      <w:pPr>
        <w:pStyle w:val="ListParagraph"/>
      </w:pPr>
      <w:r>
        <w:rPr>
          <w:sz w:val="22"/>
        </w:rPr>
        <w:t>A. $\vec{n} = (2; -3)$</w:t>
      </w:r>
    </w:p>
    <w:p>
      <w:pPr>
        <w:pStyle w:val="ListParagraph"/>
      </w:pPr>
      <w:r>
        <w:rPr>
          <w:sz w:val="22"/>
        </w:rPr>
        <w:t>B. $\vec{n} = (3; 2)$</w:t>
      </w:r>
    </w:p>
    <w:p>
      <w:pPr>
        <w:pStyle w:val="ListParagraph"/>
      </w:pPr>
      <w:r>
        <w:rPr>
          <w:sz w:val="22"/>
        </w:rPr>
        <w:t>C. $\vec{n} = (-3; 2)$</w:t>
      </w:r>
    </w:p>
    <w:p>
      <w:pPr>
        <w:pStyle w:val="ListParagraph"/>
      </w:pPr>
      <w:r>
        <w:rPr>
          <w:sz w:val="22"/>
        </w:rPr>
        <w:t>D. $\vec{n} = (2; 3)$</w:t>
      </w:r>
    </w:p>
    <w:p/>
    <w:p>
      <w:r>
        <w:rPr>
          <w:b/>
          <w:sz w:val="24"/>
        </w:rPr>
        <w:t>Câu 3: Cho hàm số $y = -x^2 + 4x - 3$. Tọa độ đỉnh của parabol là:</w:t>
      </w:r>
    </w:p>
    <w:p>
      <w:pPr>
        <w:pStyle w:val="ListParagraph"/>
      </w:pPr>
      <w:r>
        <w:rPr>
          <w:sz w:val="22"/>
        </w:rPr>
        <w:t>A. $(2; 1)$</w:t>
      </w:r>
    </w:p>
    <w:p>
      <w:pPr>
        <w:pStyle w:val="ListParagraph"/>
      </w:pPr>
      <w:r>
        <w:rPr>
          <w:sz w:val="22"/>
        </w:rPr>
        <w:t>B. $(2; -1)$</w:t>
      </w:r>
    </w:p>
    <w:p>
      <w:pPr>
        <w:pStyle w:val="ListParagraph"/>
      </w:pPr>
      <w:r>
        <w:rPr>
          <w:sz w:val="22"/>
        </w:rPr>
        <w:t>C. $(-2; 1)$</w:t>
      </w:r>
    </w:p>
    <w:p>
      <w:pPr>
        <w:pStyle w:val="ListParagraph"/>
      </w:pPr>
      <w:r>
        <w:rPr>
          <w:sz w:val="22"/>
        </w:rPr>
        <w:t>D. $(1; 2)$</w:t>
      </w:r>
    </w:p>
    <w:p/>
    <w:p>
      <w:r>
        <w:rPr>
          <w:b/>
          <w:sz w:val="24"/>
        </w:rPr>
        <w:t>Câu 4: Tập nghiệm của bất phương trình $x^2 - 5x + 6 &lt; 0$ là:</w:t>
      </w:r>
    </w:p>
    <w:p>
      <w:pPr>
        <w:pStyle w:val="ListParagraph"/>
      </w:pPr>
      <w:r>
        <w:rPr>
          <w:sz w:val="22"/>
        </w:rPr>
        <w:t>A. $(2; 3)$</w:t>
      </w:r>
    </w:p>
    <w:p>
      <w:pPr>
        <w:pStyle w:val="ListParagraph"/>
      </w:pPr>
      <w:r>
        <w:rPr>
          <w:sz w:val="22"/>
        </w:rPr>
        <w:t>B. $(-\infty; 2) \cup (3; +\infty)$</w:t>
      </w:r>
    </w:p>
    <w:p>
      <w:pPr>
        <w:pStyle w:val="ListParagraph"/>
      </w:pPr>
      <w:r>
        <w:rPr>
          <w:sz w:val="22"/>
        </w:rPr>
        <w:t>C. $[2; 3]$</w:t>
      </w:r>
    </w:p>
    <w:p>
      <w:pPr>
        <w:pStyle w:val="ListParagraph"/>
      </w:pPr>
      <w:r>
        <w:rPr>
          <w:sz w:val="22"/>
        </w:rPr>
        <w:t>D. $(-\infty; 2] \cup [3; +\infty)$</w:t>
      </w:r>
    </w:p>
    <w:p/>
    <w:p>
      <w:r>
        <w:rPr>
          <w:b/>
          <w:sz w:val="24"/>
        </w:rPr>
        <w:t>Câu 5: Trong mặt phẳng tọa độ Oxy, cho hai điểm A(1;2) và B(3;4). Phương trình đường thẳng AB là:</w:t>
      </w:r>
    </w:p>
    <w:p>
      <w:pPr>
        <w:pStyle w:val="ListParagraph"/>
      </w:pPr>
      <w:r>
        <w:rPr>
          <w:sz w:val="22"/>
        </w:rPr>
        <w:t>A. $x - y + 1 = 0$</w:t>
      </w:r>
    </w:p>
    <w:p>
      <w:pPr>
        <w:pStyle w:val="ListParagraph"/>
      </w:pPr>
      <w:r>
        <w:rPr>
          <w:sz w:val="22"/>
        </w:rPr>
        <w:t>B. $x + y - 3 = 0$</w:t>
      </w:r>
    </w:p>
    <w:p>
      <w:pPr>
        <w:pStyle w:val="ListParagraph"/>
      </w:pPr>
      <w:r>
        <w:rPr>
          <w:sz w:val="22"/>
        </w:rPr>
        <w:t>C. $2x - y = 0$</w:t>
      </w:r>
    </w:p>
    <w:p>
      <w:pPr>
        <w:pStyle w:val="ListParagraph"/>
      </w:pPr>
      <w:r>
        <w:rPr>
          <w:sz w:val="22"/>
        </w:rPr>
        <w:t>D. $x - y - 1 = 0$</w:t>
      </w:r>
    </w:p>
    <w:p/>
    <w:p>
      <w:r>
        <w:rPr>
          <w:b/>
          <w:sz w:val="24"/>
        </w:rPr>
        <w:t>Câu 6: Cho tam giác ABC có $AB = 3$, $AC = 4$, $\widehat{BAC} = 60^\circ$. Độ dài cạnh BC là:</w:t>
      </w:r>
    </w:p>
    <w:p>
      <w:pPr>
        <w:pStyle w:val="ListParagraph"/>
      </w:pPr>
      <w:r>
        <w:rPr>
          <w:sz w:val="22"/>
        </w:rPr>
        <w:t>A. $\sqrt{13}$</w:t>
      </w:r>
    </w:p>
    <w:p>
      <w:pPr>
        <w:pStyle w:val="ListParagraph"/>
      </w:pPr>
      <w:r>
        <w:rPr>
          <w:sz w:val="22"/>
        </w:rPr>
        <w:t>B. $\sqrt{37}$</w:t>
      </w:r>
    </w:p>
    <w:p>
      <w:pPr>
        <w:pStyle w:val="ListParagraph"/>
      </w:pPr>
      <w:r>
        <w:rPr>
          <w:sz w:val="22"/>
        </w:rPr>
        <w:t>C. $5$</w:t>
      </w:r>
    </w:p>
    <w:p>
      <w:pPr>
        <w:pStyle w:val="ListParagraph"/>
      </w:pPr>
      <w:r>
        <w:rPr>
          <w:sz w:val="22"/>
        </w:rPr>
        <w:t>D. $\sqrt{7}$</w:t>
      </w:r>
    </w:p>
    <w:p/>
    <w:p>
      <w:r>
        <w:rPr>
          <w:b/>
          <w:sz w:val="24"/>
        </w:rPr>
        <w:t>Câu 7: Trong không gian với hệ tọa độ Oxyz, cho mặt cầu $(S): (x-1)^2 + (y+2)^2 + z^2 = 9$. Tọa độ tâm I và bán kính R của mặt cầu là:</w:t>
      </w:r>
    </w:p>
    <w:p>
      <w:pPr>
        <w:pStyle w:val="ListParagraph"/>
      </w:pPr>
      <w:r>
        <w:rPr>
          <w:sz w:val="22"/>
        </w:rPr>
        <w:t>A. $I(1; -2; 0), R = 3$</w:t>
      </w:r>
    </w:p>
    <w:p>
      <w:pPr>
        <w:pStyle w:val="ListParagraph"/>
      </w:pPr>
      <w:r>
        <w:rPr>
          <w:sz w:val="22"/>
        </w:rPr>
        <w:t>B. $I(-1; 2; 0), R = 3$</w:t>
      </w:r>
    </w:p>
    <w:p>
      <w:pPr>
        <w:pStyle w:val="ListParagraph"/>
      </w:pPr>
      <w:r>
        <w:rPr>
          <w:sz w:val="22"/>
        </w:rPr>
        <w:t>C. $I(1; -2; 0), R = 9$</w:t>
      </w:r>
    </w:p>
    <w:p>
      <w:pPr>
        <w:pStyle w:val="ListParagraph"/>
      </w:pPr>
      <w:r>
        <w:rPr>
          <w:sz w:val="22"/>
        </w:rPr>
        <w:t>D. $I(-1; 2; 0), R = 9$</w:t>
      </w:r>
    </w:p>
    <w:p/>
    <w:p>
      <w:r>
        <w:rPr>
          <w:b/>
          <w:sz w:val="24"/>
        </w:rPr>
        <w:t>Câu 8: Giá trị lớn nhất của hàm số $y = -x^2 + 2x + 3$ trên $\mathbb{R}$ là:</w:t>
      </w:r>
    </w:p>
    <w:p>
      <w:pPr>
        <w:pStyle w:val="ListParagraph"/>
      </w:pPr>
      <w:r>
        <w:rPr>
          <w:sz w:val="22"/>
        </w:rPr>
        <w:t>A. $4$</w:t>
      </w:r>
    </w:p>
    <w:p>
      <w:pPr>
        <w:pStyle w:val="ListParagraph"/>
      </w:pPr>
      <w:r>
        <w:rPr>
          <w:sz w:val="22"/>
        </w:rPr>
        <w:t>B. $3$</w:t>
      </w:r>
    </w:p>
    <w:p>
      <w:pPr>
        <w:pStyle w:val="ListParagraph"/>
      </w:pPr>
      <w:r>
        <w:rPr>
          <w:sz w:val="22"/>
        </w:rPr>
        <w:t>C. $2$</w:t>
      </w:r>
    </w:p>
    <w:p>
      <w:pPr>
        <w:pStyle w:val="ListParagraph"/>
      </w:pPr>
      <w:r>
        <w:rPr>
          <w:sz w:val="22"/>
        </w:rPr>
        <w:t>D. $1$</w:t>
      </w:r>
    </w:p>
    <w:p/>
    <w:p>
      <w:r>
        <w:rPr>
          <w:b/>
          <w:sz w:val="24"/>
        </w:rPr>
        <w:t>Câu 9: Trong mặt phẳng tọa độ Oxy, cho đường tròn $(C): x^2 + y^2 - 4x + 6y - 12 = 0$. Tọa độ tâm I của đường tròn là:</w:t>
      </w:r>
    </w:p>
    <w:p>
      <w:pPr>
        <w:pStyle w:val="ListParagraph"/>
      </w:pPr>
      <w:r>
        <w:rPr>
          <w:sz w:val="22"/>
        </w:rPr>
        <w:t>A. $(2; -3)$</w:t>
      </w:r>
    </w:p>
    <w:p>
      <w:pPr>
        <w:pStyle w:val="ListParagraph"/>
      </w:pPr>
      <w:r>
        <w:rPr>
          <w:sz w:val="22"/>
        </w:rPr>
        <w:t>B. $(-2; 3)$</w:t>
      </w:r>
    </w:p>
    <w:p>
      <w:pPr>
        <w:pStyle w:val="ListParagraph"/>
      </w:pPr>
      <w:r>
        <w:rPr>
          <w:sz w:val="22"/>
        </w:rPr>
        <w:t>C. $(2; 3)$</w:t>
      </w:r>
    </w:p>
    <w:p>
      <w:pPr>
        <w:pStyle w:val="ListParagraph"/>
      </w:pPr>
      <w:r>
        <w:rPr>
          <w:sz w:val="22"/>
        </w:rPr>
        <w:t>D. $(-2; -3)$</w:t>
      </w:r>
    </w:p>
    <w:p/>
    <w:p>
      <w:r>
        <w:rPr>
          <w:b/>
          <w:sz w:val="24"/>
        </w:rPr>
        <w:t>Câu 10: Cho $\sin\alpha = \frac{3}{5}$ với $0 &lt; \alpha &lt; \frac{\pi}{2}$. Giá trị của $\cos\alpha$ là:</w:t>
      </w:r>
    </w:p>
    <w:p>
      <w:pPr>
        <w:pStyle w:val="ListParagraph"/>
      </w:pPr>
      <w:r>
        <w:rPr>
          <w:sz w:val="22"/>
        </w:rPr>
        <w:t>A. $\frac{4}{5}$</w:t>
      </w:r>
    </w:p>
    <w:p>
      <w:pPr>
        <w:pStyle w:val="ListParagraph"/>
      </w:pPr>
      <w:r>
        <w:rPr>
          <w:sz w:val="22"/>
        </w:rPr>
        <w:t>B. $-\frac{4}{5}$</w:t>
      </w:r>
    </w:p>
    <w:p>
      <w:pPr>
        <w:pStyle w:val="ListParagraph"/>
      </w:pPr>
      <w:r>
        <w:rPr>
          <w:sz w:val="22"/>
        </w:rPr>
        <w:t>C. $\frac{3}{4}$</w:t>
      </w:r>
    </w:p>
    <w:p>
      <w:pPr>
        <w:pStyle w:val="ListParagraph"/>
      </w:pPr>
      <w:r>
        <w:rPr>
          <w:sz w:val="22"/>
        </w:rPr>
        <w:t>D. $-\frac{3}{4}$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