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Trong cơ thể người, hệ cơ quan nào đóng vai trò ch</w:t>
      </w:r>
    </w:p>
    <w:p>
      <w:pPr>
        <w:jc w:val="center"/>
      </w:pPr>
      <w:r>
        <w:rPr>
          <w:sz w:val="22"/>
        </w:rPr>
        <w:t>Số câu: 14    Thời gian: _____ phút    Họ và tên: _________________________</w:t>
      </w:r>
    </w:p>
    <w:p/>
    <w:p>
      <w:r>
        <w:rPr>
          <w:b/>
          <w:sz w:val="24"/>
        </w:rPr>
        <w:t>Câu 1: Trong cơ thể người, hệ cơ quan nào đóng vai trò chính trong việc vận chuyển chất dinh dưỡng và khí oxygen đến các tế bào, đồng thời đem chất thải đến cơ quan bài tiết?</w:t>
      </w:r>
    </w:p>
    <w:p>
      <w:pPr>
        <w:pStyle w:val="ListParagraph"/>
      </w:pPr>
      <w:r>
        <w:rPr>
          <w:sz w:val="22"/>
        </w:rPr>
        <w:t>A. Hệ tuần hoàn.</w:t>
      </w:r>
    </w:p>
    <w:p>
      <w:pPr>
        <w:pStyle w:val="ListParagraph"/>
      </w:pPr>
      <w:r>
        <w:rPr>
          <w:sz w:val="22"/>
        </w:rPr>
        <w:t>B. Hệ hô hấp.</w:t>
      </w:r>
    </w:p>
    <w:p>
      <w:pPr>
        <w:pStyle w:val="ListParagraph"/>
      </w:pPr>
      <w:r>
        <w:rPr>
          <w:sz w:val="22"/>
        </w:rPr>
        <w:t>C. Hệ tiêu hoá.</w:t>
      </w:r>
    </w:p>
    <w:p>
      <w:pPr>
        <w:pStyle w:val="ListParagraph"/>
      </w:pPr>
      <w:r>
        <w:rPr>
          <w:sz w:val="22"/>
        </w:rPr>
        <w:t>D. Hệ vận động.</w:t>
      </w:r>
    </w:p>
    <w:p/>
    <w:p>
      <w:r>
        <w:rPr>
          <w:b/>
          <w:sz w:val="24"/>
        </w:rPr>
        <w:t>Câu 2: Nhóm chất dinh dưỡng nào sau đây đóng vai trò là nguồn cung cấp năng lượng chủ yếu cho các hoạt động sống hằng ngày của cơ thể người?</w:t>
      </w:r>
    </w:p>
    <w:p>
      <w:pPr>
        <w:pStyle w:val="ListParagraph"/>
      </w:pPr>
      <w:r>
        <w:rPr>
          <w:sz w:val="22"/>
        </w:rPr>
        <w:t>A. Carbohydrate (chất đường bột).</w:t>
      </w:r>
    </w:p>
    <w:p>
      <w:pPr>
        <w:pStyle w:val="ListParagraph"/>
      </w:pPr>
      <w:r>
        <w:rPr>
          <w:sz w:val="22"/>
        </w:rPr>
        <w:t>B. Vitamin.</w:t>
      </w:r>
    </w:p>
    <w:p>
      <w:pPr>
        <w:pStyle w:val="ListParagraph"/>
      </w:pPr>
      <w:r>
        <w:rPr>
          <w:sz w:val="22"/>
        </w:rPr>
        <w:t>C. Chất khoáng.</w:t>
      </w:r>
    </w:p>
    <w:p>
      <w:pPr>
        <w:pStyle w:val="ListParagraph"/>
      </w:pPr>
      <w:r>
        <w:rPr>
          <w:sz w:val="22"/>
        </w:rPr>
        <w:t>D. Nước.</w:t>
      </w:r>
    </w:p>
    <w:p/>
    <w:p>
      <w:r>
        <w:rPr>
          <w:b/>
          <w:sz w:val="24"/>
        </w:rPr>
        <w:t>Câu 3: Khi quan sát cấu tạo khớp động (như khớp gối), đặc điểm nào giúp làm giảm ma sát tối đa và tránh tổn thương đầu xương khi vận động?</w:t>
      </w:r>
    </w:p>
    <w:p>
      <w:pPr>
        <w:pStyle w:val="ListParagraph"/>
      </w:pPr>
      <w:r>
        <w:rPr>
          <w:sz w:val="22"/>
        </w:rPr>
        <w:t>A. Hai đầu xương có lớp sụn trơn bọc và giữa khớp có bao khớp chứa dịch khớp.</w:t>
      </w:r>
    </w:p>
    <w:p>
      <w:pPr>
        <w:pStyle w:val="ListParagraph"/>
      </w:pPr>
      <w:r>
        <w:rPr>
          <w:sz w:val="22"/>
        </w:rPr>
        <w:t>B. Hai đầu xương khớp chặt hoàn toàn với nhau không có khoảng trống.</w:t>
      </w:r>
    </w:p>
    <w:p>
      <w:pPr>
        <w:pStyle w:val="ListParagraph"/>
      </w:pPr>
      <w:r>
        <w:rPr>
          <w:sz w:val="22"/>
        </w:rPr>
        <w:t>C. Đĩa sụn nằm chèn giữa hai đốt sống làm tăng độ cứng.</w:t>
      </w:r>
    </w:p>
    <w:p>
      <w:pPr>
        <w:pStyle w:val="ListParagraph"/>
      </w:pPr>
      <w:r>
        <w:rPr>
          <w:sz w:val="22"/>
        </w:rPr>
        <w:t>D. Lớp cơ vân bọc kín xung quanh xương gối.</w:t>
      </w:r>
    </w:p>
    <w:p/>
    <w:p>
      <w:r>
        <w:rPr>
          <w:b/>
          <w:sz w:val="24"/>
        </w:rPr>
        <w:t>Câu 4: Tại sao thức ăn sau khi đi qua dạ dày đã được biến đổi một phần về mặt hoá học nhưng vẫn phải tiếp tục tiêu hoá ở ruột non?</w:t>
      </w:r>
    </w:p>
    <w:p>
      <w:pPr>
        <w:pStyle w:val="ListParagraph"/>
      </w:pPr>
      <w:r>
        <w:rPr>
          <w:sz w:val="22"/>
        </w:rPr>
        <w:t>A. Vì dạ dày chỉ tiêu hoá sơ bộ protein, còn ruột non mới chứa đầy đủ enzyme phân giải hầu hết chất dinh dưỡng thành dạng đơn giản tế bào hấp thụ được.</w:t>
      </w:r>
    </w:p>
    <w:p>
      <w:pPr>
        <w:pStyle w:val="ListParagraph"/>
      </w:pPr>
      <w:r>
        <w:rPr>
          <w:sz w:val="22"/>
        </w:rPr>
        <w:t>B. Vì dạ dày không có cơ co bóp nên thức ăn chưa được trộn đều.</w:t>
      </w:r>
    </w:p>
    <w:p>
      <w:pPr>
        <w:pStyle w:val="ListParagraph"/>
      </w:pPr>
      <w:r>
        <w:rPr>
          <w:sz w:val="22"/>
        </w:rPr>
        <w:t>C. Vì ruột non chỉ làm nhiệm vụ co bóp cơ học chứ không tiết enzyme.</w:t>
      </w:r>
    </w:p>
    <w:p>
      <w:pPr>
        <w:pStyle w:val="ListParagraph"/>
      </w:pPr>
      <w:r>
        <w:rPr>
          <w:sz w:val="22"/>
        </w:rPr>
        <w:t>D. Vì dạ dày hấp thụ toàn bộ chất dinh dưỡng nên ruột non chỉ chứa chất thải.</w:t>
      </w:r>
    </w:p>
    <w:p/>
    <w:p>
      <w:r>
        <w:rPr>
          <w:b/>
          <w:sz w:val="24"/>
        </w:rPr>
        <w:t>Câu 5: Hệ cơ quan nào ở người có chức năng thực hiện trao đổi khí, lấy O2 từ môi trường cung cấp cho cơ thể và thải CO2 ra ngoài?</w:t>
      </w:r>
    </w:p>
    <w:p>
      <w:pPr>
        <w:pStyle w:val="ListParagraph"/>
      </w:pPr>
      <w:r>
        <w:rPr>
          <w:sz w:val="22"/>
        </w:rPr>
        <w:t>A. Hệ hô hấp.</w:t>
      </w:r>
    </w:p>
    <w:p>
      <w:pPr>
        <w:pStyle w:val="ListParagraph"/>
      </w:pPr>
      <w:r>
        <w:rPr>
          <w:sz w:val="22"/>
        </w:rPr>
        <w:t>B. Hệ tuần hoàn.</w:t>
      </w:r>
    </w:p>
    <w:p>
      <w:pPr>
        <w:pStyle w:val="ListParagraph"/>
      </w:pPr>
      <w:r>
        <w:rPr>
          <w:sz w:val="22"/>
        </w:rPr>
        <w:t>C. Hệ bài tiết.</w:t>
      </w:r>
    </w:p>
    <w:p>
      <w:pPr>
        <w:pStyle w:val="ListParagraph"/>
      </w:pPr>
      <w:r>
        <w:rPr>
          <w:sz w:val="22"/>
        </w:rPr>
        <w:t>D. Hệ thần kinh.</w:t>
      </w:r>
    </w:p>
    <w:p/>
    <w:p>
      <w:r>
        <w:rPr>
          <w:b/>
          <w:sz w:val="24"/>
        </w:rPr>
        <w:t>Câu 6: Cơ quan nào sau đây đóng vai trò là tuyến tiêu hoá lớn nhất cơ thể, tiết ra dịch mật giúp nhũ tương hoá lipid?</w:t>
      </w:r>
    </w:p>
    <w:p>
      <w:pPr>
        <w:pStyle w:val="ListParagraph"/>
      </w:pPr>
      <w:r>
        <w:rPr>
          <w:sz w:val="22"/>
        </w:rPr>
        <w:t>A. Gan.</w:t>
      </w:r>
    </w:p>
    <w:p>
      <w:pPr>
        <w:pStyle w:val="ListParagraph"/>
      </w:pPr>
      <w:r>
        <w:rPr>
          <w:sz w:val="22"/>
        </w:rPr>
        <w:t>B. Dạ dày.</w:t>
      </w:r>
    </w:p>
    <w:p>
      <w:pPr>
        <w:pStyle w:val="ListParagraph"/>
      </w:pPr>
      <w:r>
        <w:rPr>
          <w:sz w:val="22"/>
        </w:rPr>
        <w:t>C. Ruột già.</w:t>
      </w:r>
    </w:p>
    <w:p>
      <w:pPr>
        <w:pStyle w:val="ListParagraph"/>
      </w:pPr>
      <w:r>
        <w:rPr>
          <w:sz w:val="22"/>
        </w:rPr>
        <w:t>D. Thực quản.</w:t>
      </w:r>
    </w:p>
    <w:p/>
    <w:p>
      <w:r>
        <w:rPr>
          <w:b/>
          <w:sz w:val="24"/>
        </w:rPr>
        <w:t>Câu 7: Vì sao lứa tuổi học sinh THCS cần duy trì tư thế ngồi học ngay ngắn, không cúi vẹo lưng và mang cặp sách cân đối hai bên vai?</w:t>
      </w:r>
    </w:p>
    <w:p>
      <w:pPr>
        <w:pStyle w:val="ListParagraph"/>
      </w:pPr>
      <w:r>
        <w:rPr>
          <w:sz w:val="22"/>
        </w:rPr>
        <w:t>A. Vì xương học sinh đang trong giai đoạn phát triển, chưa cứng hóa hoàn toàn, tư thế sai lệch kéo dài dễ dẫn đến tật cong vẹo cột sống.</w:t>
      </w:r>
    </w:p>
    <w:p>
      <w:pPr>
        <w:pStyle w:val="ListParagraph"/>
      </w:pPr>
      <w:r>
        <w:rPr>
          <w:sz w:val="22"/>
        </w:rPr>
        <w:t>B. Vì ngồi vẹo lưng giúp cơ thể thư giãn hơn và giảm áp lực lên đĩa đệm.</w:t>
      </w:r>
    </w:p>
    <w:p>
      <w:pPr>
        <w:pStyle w:val="ListParagraph"/>
      </w:pPr>
      <w:r>
        <w:rPr>
          <w:sz w:val="22"/>
        </w:rPr>
        <w:t>C. Vì mang cặp một bên làm tăng khả năng phát triển cơ bắp vai.</w:t>
      </w:r>
    </w:p>
    <w:p>
      <w:pPr>
        <w:pStyle w:val="ListParagraph"/>
      </w:pPr>
      <w:r>
        <w:rPr>
          <w:sz w:val="22"/>
        </w:rPr>
        <w:t>D. Vì cột sống lứa tuổi này đã hoàn toàn cố định nên không bị biến dạng.</w:t>
      </w:r>
    </w:p>
    <w:p/>
    <w:p>
      <w:r>
        <w:rPr>
          <w:b/>
          <w:sz w:val="24"/>
        </w:rPr>
        <w:t>Câu 8: Tại sao sự phối hợp giữa hoạt động co bóp của cơ dạ dày và tác dụng của enzyme pepsin lại làm tăng hiệu quả tiêu hoá thức ăn?</w:t>
      </w:r>
    </w:p>
    <w:p>
      <w:pPr>
        <w:pStyle w:val="ListParagraph"/>
      </w:pPr>
      <w:r>
        <w:rPr>
          <w:sz w:val="22"/>
        </w:rPr>
        <w:t>A. Sự co bóp đảo trộn làm thức ăn thấm đều dịch vị, ngấm enzyme pepsin để phân cắt protein hiệu quả hơn.</w:t>
      </w:r>
    </w:p>
    <w:p>
      <w:pPr>
        <w:pStyle w:val="ListParagraph"/>
      </w:pPr>
      <w:r>
        <w:rPr>
          <w:sz w:val="22"/>
        </w:rPr>
        <w:t>B. Sự co bóp làm tiêu biến hoàn toàn mỡ mà không cần enzyme.</w:t>
      </w:r>
    </w:p>
    <w:p>
      <w:pPr>
        <w:pStyle w:val="ListParagraph"/>
      </w:pPr>
      <w:r>
        <w:rPr>
          <w:sz w:val="22"/>
        </w:rPr>
        <w:t>C. Enzyme pepsin làm cho dạ dày ngừng co bóp để tập trung hấp thụ dinh dưỡng.</w:t>
      </w:r>
    </w:p>
    <w:p>
      <w:pPr>
        <w:pStyle w:val="ListParagraph"/>
      </w:pPr>
      <w:r>
        <w:rPr>
          <w:sz w:val="22"/>
        </w:rPr>
        <w:t>D. Cả hai hoạt động này chỉ làm nhiệm vụ đẩy thức ăn xuống ruột non mà không biến đổi thức ăn.</w:t>
      </w:r>
    </w:p>
    <w:p/>
    <w:p>
      <w:r>
        <w:rPr>
          <w:b/>
          <w:sz w:val="24"/>
        </w:rPr>
        <w:t>Câu 9: Hai hệ cơ quan đóng vai trò phối hợp điều khiển và điều hòa hoạt động của tất cả các hệ cơ quan khác trong cơ thể người là gì?</w:t>
      </w:r>
    </w:p>
    <w:p>
      <w:pPr>
        <w:pStyle w:val="ListParagraph"/>
      </w:pPr>
      <w:r>
        <w:rPr>
          <w:sz w:val="22"/>
        </w:rPr>
        <w:t>A. Hệ thần kinh và hệ nội tiết.</w:t>
      </w:r>
    </w:p>
    <w:p>
      <w:pPr>
        <w:pStyle w:val="ListParagraph"/>
      </w:pPr>
      <w:r>
        <w:rPr>
          <w:sz w:val="22"/>
        </w:rPr>
        <w:t>B. Hệ vận động và hệ tiêu hoá.</w:t>
      </w:r>
    </w:p>
    <w:p>
      <w:pPr>
        <w:pStyle w:val="ListParagraph"/>
      </w:pPr>
      <w:r>
        <w:rPr>
          <w:sz w:val="22"/>
        </w:rPr>
        <w:t>C. Hệ tuần hoàn và hệ hô hấp.</w:t>
      </w:r>
    </w:p>
    <w:p>
      <w:pPr>
        <w:pStyle w:val="ListParagraph"/>
      </w:pPr>
      <w:r>
        <w:rPr>
          <w:sz w:val="22"/>
        </w:rPr>
        <w:t>D. Hệ bài tiết và hệ sinh dục.</w:t>
      </w:r>
    </w:p>
    <w:p/>
    <w:p>
      <w:r>
        <w:rPr>
          <w:b/>
          <w:sz w:val="24"/>
        </w:rPr>
        <w:t>Câu 10: Mối quan hệ giữa tiêu hoá và dinh dưỡng được thể hiện như thế nào?</w:t>
      </w:r>
    </w:p>
    <w:p>
      <w:pPr>
        <w:pStyle w:val="ListParagraph"/>
      </w:pPr>
      <w:r>
        <w:rPr>
          <w:sz w:val="22"/>
        </w:rPr>
        <w:t>A. Tiêu hoá biến đổi thức ăn thành chất dinh dưỡng đơn giản để cơ thể hấp thụ và sử dụng cho quá trình dinh dưỡng.</w:t>
      </w:r>
    </w:p>
    <w:p>
      <w:pPr>
        <w:pStyle w:val="ListParagraph"/>
      </w:pPr>
      <w:r>
        <w:rPr>
          <w:sz w:val="22"/>
        </w:rPr>
        <w:t>B. Dinh dưỡng cung cấp thức ăn thô trực tiếp cho tế bào mà không cần qua tiêu hoá.</w:t>
      </w:r>
    </w:p>
    <w:p>
      <w:pPr>
        <w:pStyle w:val="ListParagraph"/>
      </w:pPr>
      <w:r>
        <w:rPr>
          <w:sz w:val="22"/>
        </w:rPr>
        <w:t>C. Tiêu hoá chỉ thải chất cặn bã chứ không hỗ trợ quá trình dinh dưỡng.</w:t>
      </w:r>
    </w:p>
    <w:p>
      <w:pPr>
        <w:pStyle w:val="ListParagraph"/>
      </w:pPr>
      <w:r>
        <w:rPr>
          <w:sz w:val="22"/>
        </w:rPr>
        <w:t>D. Hai quá trình này hoàn toàn độc lập và không có mối liên hệ nào.</w:t>
      </w:r>
    </w:p>
    <w:p/>
    <w:p>
      <w:r>
        <w:rPr>
          <w:b/>
          <w:sz w:val="24"/>
        </w:rPr>
        <w:t>Câu 11: Khi tập luyện thể thao thường xuyên và hợp lí, hệ vận động sẽ có sự biến đổi tích cực nào sau đây?</w:t>
      </w:r>
    </w:p>
    <w:p>
      <w:pPr>
        <w:pStyle w:val="ListParagraph"/>
      </w:pPr>
      <w:r>
        <w:rPr>
          <w:sz w:val="22"/>
        </w:rPr>
        <w:t>A. Cơ bắp phát triển nở nang, tăng thể tích và lực co cơ; xương tăng độ dẻo dai và tỉ lệ chất khoáng giúp xương chắc khỏe.</w:t>
      </w:r>
    </w:p>
    <w:p>
      <w:pPr>
        <w:pStyle w:val="ListParagraph"/>
      </w:pPr>
      <w:r>
        <w:rPr>
          <w:sz w:val="22"/>
        </w:rPr>
        <w:t>B. Xương xốp hơn và dễ gãy khi va chạm.</w:t>
      </w:r>
    </w:p>
    <w:p>
      <w:pPr>
        <w:pStyle w:val="ListParagraph"/>
      </w:pPr>
      <w:r>
        <w:rPr>
          <w:sz w:val="22"/>
        </w:rPr>
        <w:t>C. Các khớp xương bị xơ cứng và giảm khả năng cử động.</w:t>
      </w:r>
    </w:p>
    <w:p>
      <w:pPr>
        <w:pStyle w:val="ListParagraph"/>
      </w:pPr>
      <w:r>
        <w:rPr>
          <w:sz w:val="22"/>
        </w:rPr>
        <w:t>D. Lớp cơ vân bị teo nhỏ lại để giảm khối lượng cơ thể.</w:t>
      </w:r>
    </w:p>
    <w:p/>
    <w:p>
      <w:r>
        <w:rPr>
          <w:b/>
          <w:sz w:val="24"/>
        </w:rPr>
        <w:t>Câu 12: Tại sao những người mắc vi khuẩn Helicobacter pylori (H. pylori) hoặc thường xuyên stress, thức khuya lại có nguy cơ cao bị tổn thương niêm mạc dạ dày?</w:t>
      </w:r>
    </w:p>
    <w:p>
      <w:pPr>
        <w:pStyle w:val="ListParagraph"/>
      </w:pPr>
      <w:r>
        <w:rPr>
          <w:sz w:val="22"/>
        </w:rPr>
        <w:t>A. Vì H. pylori phá hủy lớp màng nhầy bảo vệ, còn stress làm tăng tiết acid HCl và pepsin ăn mòn niêm mạc dạ dày.</w:t>
      </w:r>
    </w:p>
    <w:p>
      <w:pPr>
        <w:pStyle w:val="ListParagraph"/>
      </w:pPr>
      <w:r>
        <w:rPr>
          <w:sz w:val="22"/>
        </w:rPr>
        <w:t>B. Vì H. pylori làm dạ dày ngừng tiết chất nhờn và acid HCl.</w:t>
      </w:r>
    </w:p>
    <w:p>
      <w:pPr>
        <w:pStyle w:val="ListParagraph"/>
      </w:pPr>
      <w:r>
        <w:rPr>
          <w:sz w:val="22"/>
        </w:rPr>
        <w:t>C. Vì stress làm cho thức ăn không thể xuống ruột non.</w:t>
      </w:r>
    </w:p>
    <w:p>
      <w:pPr>
        <w:pStyle w:val="ListParagraph"/>
      </w:pPr>
      <w:r>
        <w:rPr>
          <w:sz w:val="22"/>
        </w:rPr>
        <w:t>D. Vì cả hai yếu tố này chỉ làm tăng hấp thụ nước ở ruột già.</w:t>
      </w:r>
    </w:p>
    <w:p/>
    <w:p>
      <w:r>
        <w:rPr>
          <w:b/>
          <w:sz w:val="24"/>
        </w:rPr>
        <w:t>Câu 13: Cơ thể người được chia làm mấy phần? Đó là những phần nào?</w:t>
      </w:r>
    </w:p>
    <w:p>
      <w:pPr>
        <w:pStyle w:val="ListParagraph"/>
      </w:pPr>
      <w:r>
        <w:rPr>
          <w:sz w:val="22"/>
        </w:rPr>
        <w:t>A. 3 phần: đầu, thân và chân</w:t>
      </w:r>
    </w:p>
    <w:p>
      <w:pPr>
        <w:pStyle w:val="ListParagraph"/>
      </w:pPr>
      <w:r>
        <w:rPr>
          <w:sz w:val="22"/>
        </w:rPr>
        <w:t>B. 2 phần: đầu và thân</w:t>
      </w:r>
    </w:p>
    <w:p>
      <w:pPr>
        <w:pStyle w:val="ListParagraph"/>
      </w:pPr>
      <w:r>
        <w:rPr>
          <w:sz w:val="22"/>
        </w:rPr>
        <w:t>C. 3 phần: đầu, thân và các chi</w:t>
      </w:r>
    </w:p>
    <w:p>
      <w:pPr>
        <w:pStyle w:val="ListParagraph"/>
      </w:pPr>
      <w:r>
        <w:rPr>
          <w:sz w:val="22"/>
        </w:rPr>
        <w:t>D. 3 phần: đầu, cổ và thân</w:t>
      </w:r>
    </w:p>
    <w:p/>
    <w:p>
      <w:r>
        <w:rPr>
          <w:b/>
          <w:sz w:val="24"/>
        </w:rPr>
        <w:t>Câu 14: Chức năng của hệ tiêu hóa của người là?</w:t>
      </w:r>
    </w:p>
    <w:p>
      <w:pPr>
        <w:pStyle w:val="ListParagraph"/>
      </w:pPr>
      <w:r>
        <w:rPr>
          <w:sz w:val="22"/>
        </w:rPr>
        <w:t>A. Xử lí cơ học thức ăn</w:t>
      </w:r>
    </w:p>
    <w:p>
      <w:pPr>
        <w:pStyle w:val="ListParagraph"/>
      </w:pPr>
      <w:r>
        <w:rPr>
          <w:sz w:val="22"/>
        </w:rPr>
        <w:t>B. Thủy phân thức ăn thành các đơn phân tiêu hóa được</w:t>
      </w:r>
    </w:p>
    <w:p>
      <w:pPr>
        <w:pStyle w:val="ListParagraph"/>
      </w:pPr>
      <w:r>
        <w:rPr>
          <w:sz w:val="22"/>
        </w:rPr>
        <w:t>C. Loại bỏ thức ăn không cần thiết</w:t>
      </w:r>
    </w:p>
    <w:p>
      <w:pPr>
        <w:pStyle w:val="ListParagraph"/>
      </w:pPr>
      <w:r>
        <w:rPr>
          <w:sz w:val="22"/>
        </w:rPr>
        <w:t>D. Cả A, B và C</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p>
      <w:r>
        <w:rPr>
          <w:b/>
        </w:rPr>
        <w:t>Câu 7: Đáp án đúng: A</w:t>
      </w:r>
    </w:p>
    <w:p>
      <w:r>
        <w:rPr>
          <w:b/>
        </w:rPr>
        <w:t>Câu 8: Đáp án đúng: A</w:t>
      </w:r>
    </w:p>
    <w:p>
      <w:r>
        <w:rPr>
          <w:b/>
        </w:rPr>
        <w:t>Câu 9: Đáp án đúng: A</w:t>
      </w:r>
    </w:p>
    <w:p>
      <w:r>
        <w:rPr>
          <w:b/>
        </w:rPr>
        <w:t>Câu 10: Đáp án đúng: A</w:t>
      </w:r>
    </w:p>
    <w:p>
      <w:r>
        <w:rPr>
          <w:b/>
        </w:rPr>
        <w:t>Câu 11: Đáp án đúng: A</w:t>
      </w:r>
    </w:p>
    <w:p>
      <w:r>
        <w:rPr>
          <w:b/>
        </w:rPr>
        <w:t>Câu 12: Đáp án đúng: A</w:t>
      </w:r>
    </w:p>
    <w:p>
      <w:r>
        <w:rPr>
          <w:b/>
        </w:rPr>
        <w:t>Câu 13: Đáp án đúng: C</w:t>
      </w:r>
    </w:p>
    <w:p>
      <w:r>
        <w:rPr>
          <w:b/>
        </w:rPr>
        <w:t>Câu 14: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