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ngữ văn 6: yêu thương và chia sẻ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Câu ca dao nào sau đây nói về tình yêu thương giữa những người thân trong gia đình?</w:t>
      </w:r>
    </w:p>
    <w:p>
      <w:pPr>
        <w:pStyle w:val="ListParagraph"/>
      </w:pPr>
      <w:r>
        <w:rPr>
          <w:sz w:val="22"/>
        </w:rPr>
        <w:t>A. Anh em như thể tay chân, rách lành đùm bọc dở hay đỡ đần</w:t>
      </w:r>
    </w:p>
    <w:p>
      <w:pPr>
        <w:pStyle w:val="ListParagraph"/>
      </w:pPr>
      <w:r>
        <w:rPr>
          <w:sz w:val="22"/>
        </w:rPr>
        <w:t>B. Uống nước nhớ nguồn</w:t>
      </w:r>
    </w:p>
    <w:p>
      <w:pPr>
        <w:pStyle w:val="ListParagraph"/>
      </w:pPr>
      <w:r>
        <w:rPr>
          <w:sz w:val="22"/>
        </w:rPr>
        <w:t>C. Lá lành đùm lá rách</w:t>
      </w:r>
    </w:p>
    <w:p>
      <w:pPr>
        <w:pStyle w:val="ListParagraph"/>
      </w:pPr>
      <w:r>
        <w:rPr>
          <w:sz w:val="22"/>
        </w:rPr>
        <w:t>D. Ăn quả nhớ kẻ trồng cây</w:t>
      </w:r>
    </w:p>
    <w:p/>
    <w:p>
      <w:r>
        <w:rPr>
          <w:b/>
          <w:sz w:val="24"/>
        </w:rPr>
        <w:t>Câu 2: Truyện cổ tích nào sau đây thể hiện rõ nhất tinh thần yêu thương, chia sẻ giữa những người gặp khó khăn?</w:t>
      </w:r>
    </w:p>
    <w:p>
      <w:pPr>
        <w:pStyle w:val="ListParagraph"/>
      </w:pPr>
      <w:r>
        <w:rPr>
          <w:sz w:val="22"/>
        </w:rPr>
        <w:t>A. Cây tre trăm đốt</w:t>
      </w:r>
    </w:p>
    <w:p>
      <w:pPr>
        <w:pStyle w:val="ListParagraph"/>
      </w:pPr>
      <w:r>
        <w:rPr>
          <w:sz w:val="22"/>
        </w:rPr>
        <w:t>B. Tấm Cám</w:t>
      </w:r>
    </w:p>
    <w:p>
      <w:pPr>
        <w:pStyle w:val="ListParagraph"/>
      </w:pPr>
      <w:r>
        <w:rPr>
          <w:sz w:val="22"/>
        </w:rPr>
        <w:t>C. Sọ Dừa</w:t>
      </w:r>
    </w:p>
    <w:p>
      <w:pPr>
        <w:pStyle w:val="ListParagraph"/>
      </w:pPr>
      <w:r>
        <w:rPr>
          <w:sz w:val="22"/>
        </w:rPr>
        <w:t>D. Thạch Sanh</w:t>
      </w:r>
    </w:p>
    <w:p/>
    <w:p>
      <w:r>
        <w:rPr>
          <w:b/>
          <w:sz w:val="24"/>
        </w:rPr>
        <w:t>Câu 3: Trong câu tục ngữ 'Lá lành đùm lá rách', hình ảnh 'lá lành' và 'lá rách' tượng trưng cho điều gì?</w:t>
      </w:r>
    </w:p>
    <w:p>
      <w:pPr>
        <w:pStyle w:val="ListParagraph"/>
      </w:pPr>
      <w:r>
        <w:rPr>
          <w:sz w:val="22"/>
        </w:rPr>
        <w:t>A. Người may mắn, đủ đầy và người gặp khó khăn, thiếu thốn</w:t>
      </w:r>
    </w:p>
    <w:p>
      <w:pPr>
        <w:pStyle w:val="ListParagraph"/>
      </w:pPr>
      <w:r>
        <w:rPr>
          <w:sz w:val="22"/>
        </w:rPr>
        <w:t>B. Người giàu có và người nghèo khó</w:t>
      </w:r>
    </w:p>
    <w:p>
      <w:pPr>
        <w:pStyle w:val="ListParagraph"/>
      </w:pPr>
      <w:r>
        <w:rPr>
          <w:sz w:val="22"/>
        </w:rPr>
        <w:t>C. Người thành thị và người nông thôn</w:t>
      </w:r>
    </w:p>
    <w:p>
      <w:pPr>
        <w:pStyle w:val="ListParagraph"/>
      </w:pPr>
      <w:r>
        <w:rPr>
          <w:sz w:val="22"/>
        </w:rPr>
        <w:t>D. Người khỏe mạnh và người ốm yếu</w:t>
      </w:r>
    </w:p>
    <w:p/>
    <w:p>
      <w:r>
        <w:rPr>
          <w:b/>
          <w:sz w:val="24"/>
        </w:rPr>
        <w:t>Câu 4: Hành động nào sau đây thể hiện sự chia sẻ với bạn bè trong lớp?</w:t>
      </w:r>
    </w:p>
    <w:p>
      <w:pPr>
        <w:pStyle w:val="ListParagraph"/>
      </w:pPr>
      <w:r>
        <w:rPr>
          <w:sz w:val="22"/>
        </w:rPr>
        <w:t>A. Chê bai bạn khi bạn bị điểm kém</w:t>
      </w:r>
    </w:p>
    <w:p>
      <w:pPr>
        <w:pStyle w:val="ListParagraph"/>
      </w:pPr>
      <w:r>
        <w:rPr>
          <w:sz w:val="22"/>
        </w:rPr>
        <w:t>B. Cho bạn mượn bút khi bạn quên mang</w:t>
      </w:r>
    </w:p>
    <w:p>
      <w:pPr>
        <w:pStyle w:val="ListParagraph"/>
      </w:pPr>
      <w:r>
        <w:rPr>
          <w:sz w:val="22"/>
        </w:rPr>
        <w:t>C. Giấu sách vở không cho bạn mượn</w:t>
      </w:r>
    </w:p>
    <w:p>
      <w:pPr>
        <w:pStyle w:val="ListParagraph"/>
      </w:pPr>
      <w:r>
        <w:rPr>
          <w:sz w:val="22"/>
        </w:rPr>
        <w:t>D. Không chơi với bạn vì bạn nghèo</w:t>
      </w:r>
    </w:p>
    <w:p/>
    <w:p>
      <w:r>
        <w:rPr>
          <w:b/>
          <w:sz w:val="24"/>
        </w:rPr>
        <w:t>Câu 5: Câu thơ nào sau đây nói về tình cảm yêu thương của người mẹ dành cho con?</w:t>
      </w:r>
    </w:p>
    <w:p>
      <w:pPr>
        <w:pStyle w:val="ListParagraph"/>
      </w:pPr>
      <w:r>
        <w:rPr>
          <w:sz w:val="22"/>
        </w:rPr>
        <w:t>A. Sông núi nước Nam vua Nam ở</w:t>
      </w:r>
    </w:p>
    <w:p>
      <w:pPr>
        <w:pStyle w:val="ListParagraph"/>
      </w:pPr>
      <w:r>
        <w:rPr>
          <w:sz w:val="22"/>
        </w:rPr>
        <w:t>B. Con dù lớn vẫn là con của mẹ, đi hết đời lòng mẹ vẫn theo con</w:t>
      </w:r>
    </w:p>
    <w:p>
      <w:pPr>
        <w:pStyle w:val="ListParagraph"/>
      </w:pPr>
      <w:r>
        <w:rPr>
          <w:sz w:val="22"/>
        </w:rPr>
        <w:t>C. Bước tới Đèo Ngang bóng xế tà</w:t>
      </w:r>
    </w:p>
    <w:p>
      <w:pPr>
        <w:pStyle w:val="ListParagraph"/>
      </w:pPr>
      <w:r>
        <w:rPr>
          <w:sz w:val="22"/>
        </w:rPr>
        <w:t>D. Nam quốc sơn hà Nam đế cư</w:t>
      </w:r>
    </w:p>
    <w:p/>
    <w:p>
      <w:r>
        <w:rPr>
          <w:b/>
          <w:sz w:val="24"/>
        </w:rPr>
        <w:t>Câu 6: Khi thấy một bạn trong lớp có hoàn cảnh khó khăn, em nên làm gì để thể hiện sự yêu thương và chia sẻ?</w:t>
      </w:r>
    </w:p>
    <w:p>
      <w:pPr>
        <w:pStyle w:val="ListParagraph"/>
      </w:pPr>
      <w:r>
        <w:rPr>
          <w:sz w:val="22"/>
        </w:rPr>
        <w:t>A. Không quan tâm vì đó là chuyện của bạn</w:t>
      </w:r>
    </w:p>
    <w:p>
      <w:pPr>
        <w:pStyle w:val="ListParagraph"/>
      </w:pPr>
      <w:r>
        <w:rPr>
          <w:sz w:val="22"/>
        </w:rPr>
        <w:t>B. Xa lánh bạn để tránh bị ảnh hưởng</w:t>
      </w:r>
    </w:p>
    <w:p>
      <w:pPr>
        <w:pStyle w:val="ListParagraph"/>
      </w:pPr>
      <w:r>
        <w:rPr>
          <w:sz w:val="22"/>
        </w:rPr>
        <w:t>C. Kể chuyện khó khăn của bạn cho người khác nghe để chê cười</w:t>
      </w:r>
    </w:p>
    <w:p>
      <w:pPr>
        <w:pStyle w:val="ListParagraph"/>
      </w:pPr>
      <w:r>
        <w:rPr>
          <w:sz w:val="22"/>
        </w:rPr>
        <w:t>D. Động viên, giúp đỡ bạn trong học tập và sinh hoạt</w:t>
      </w:r>
    </w:p>
    <w:p/>
    <w:p>
      <w:r>
        <w:rPr>
          <w:b/>
          <w:sz w:val="24"/>
        </w:rPr>
        <w:t>Câu 7: Ý nghĩa chính của truyện 'Bó đũa' là gì?</w:t>
      </w:r>
    </w:p>
    <w:p>
      <w:pPr>
        <w:pStyle w:val="ListParagraph"/>
      </w:pPr>
      <w:r>
        <w:rPr>
          <w:sz w:val="22"/>
        </w:rPr>
        <w:t>A. Khuyên con người phải biết kính trọng thầy cô</w:t>
      </w:r>
    </w:p>
    <w:p>
      <w:pPr>
        <w:pStyle w:val="ListParagraph"/>
      </w:pPr>
      <w:r>
        <w:rPr>
          <w:sz w:val="22"/>
        </w:rPr>
        <w:t>B. Khuyên con người phải chăm chỉ làm việc</w:t>
      </w:r>
    </w:p>
    <w:p>
      <w:pPr>
        <w:pStyle w:val="ListParagraph"/>
      </w:pPr>
      <w:r>
        <w:rPr>
          <w:sz w:val="22"/>
        </w:rPr>
        <w:t>C. Khuyên con người phải biết tiết kiệm</w:t>
      </w:r>
    </w:p>
    <w:p>
      <w:pPr>
        <w:pStyle w:val="ListParagraph"/>
      </w:pPr>
      <w:r>
        <w:rPr>
          <w:sz w:val="22"/>
        </w:rPr>
        <w:t>D. Khuyên anh em trong gia đình phải đoàn kết, yêu thương nhau</w:t>
      </w:r>
    </w:p>
    <w:p/>
    <w:p>
      <w:r>
        <w:rPr>
          <w:b/>
          <w:sz w:val="24"/>
        </w:rPr>
        <w:t>Câu 8: Câu nào sau đây là lời khuyên về việc chia sẻ với người gặp khó khăn?</w:t>
      </w:r>
    </w:p>
    <w:p>
      <w:pPr>
        <w:pStyle w:val="ListParagraph"/>
      </w:pPr>
      <w:r>
        <w:rPr>
          <w:sz w:val="22"/>
        </w:rPr>
        <w:t>A. Có công mài sắt có ngày nên kim</w:t>
      </w:r>
    </w:p>
    <w:p>
      <w:pPr>
        <w:pStyle w:val="ListParagraph"/>
      </w:pPr>
      <w:r>
        <w:rPr>
          <w:sz w:val="22"/>
        </w:rPr>
        <w:t>B. Học thầy không tày học bạn</w:t>
      </w:r>
    </w:p>
    <w:p>
      <w:pPr>
        <w:pStyle w:val="ListParagraph"/>
      </w:pPr>
      <w:r>
        <w:rPr>
          <w:sz w:val="22"/>
        </w:rPr>
        <w:t>C. Một miếng khi đói bằng một gói khi no</w:t>
      </w:r>
    </w:p>
    <w:p>
      <w:pPr>
        <w:pStyle w:val="ListParagraph"/>
      </w:pPr>
      <w:r>
        <w:rPr>
          <w:sz w:val="22"/>
        </w:rPr>
        <w:t>D. Đi một ngày đàng học một sàng khôn</w:t>
      </w:r>
    </w:p>
    <w:p/>
    <w:p>
      <w:r>
        <w:rPr>
          <w:b/>
          <w:sz w:val="24"/>
        </w:rPr>
        <w:t>Câu 9: Nhân vật nào trong truyện 'Thạch Sanh' thể hiện lòng nhân ái, sẵn sàng tha thứ cho kẻ đã hại mình?</w:t>
      </w:r>
    </w:p>
    <w:p>
      <w:pPr>
        <w:pStyle w:val="ListParagraph"/>
      </w:pPr>
      <w:r>
        <w:rPr>
          <w:sz w:val="22"/>
        </w:rPr>
        <w:t>A. Thạch Sanh</w:t>
      </w:r>
    </w:p>
    <w:p>
      <w:pPr>
        <w:pStyle w:val="ListParagraph"/>
      </w:pPr>
      <w:r>
        <w:rPr>
          <w:sz w:val="22"/>
        </w:rPr>
        <w:t>B. Vua Thủy Tề</w:t>
      </w:r>
    </w:p>
    <w:p>
      <w:pPr>
        <w:pStyle w:val="ListParagraph"/>
      </w:pPr>
      <w:r>
        <w:rPr>
          <w:sz w:val="22"/>
        </w:rPr>
        <w:t>C. Công chúa</w:t>
      </w:r>
    </w:p>
    <w:p>
      <w:pPr>
        <w:pStyle w:val="ListParagraph"/>
      </w:pPr>
      <w:r>
        <w:rPr>
          <w:sz w:val="22"/>
        </w:rPr>
        <w:t>D. Lý Thông</w:t>
      </w:r>
    </w:p>
    <w:p/>
    <w:p>
      <w:r>
        <w:rPr>
          <w:b/>
          <w:sz w:val="24"/>
        </w:rPr>
        <w:t>Câu 10: Việc làm nào sau đây KHÔNG thể hiện tình yêu thương và chia sẻ?</w:t>
      </w:r>
    </w:p>
    <w:p>
      <w:pPr>
        <w:pStyle w:val="ListParagraph"/>
      </w:pPr>
      <w:r>
        <w:rPr>
          <w:sz w:val="22"/>
        </w:rPr>
        <w:t>A. Quyên góp sách vở tặng các bạn vùng lũ</w:t>
      </w:r>
    </w:p>
    <w:p>
      <w:pPr>
        <w:pStyle w:val="ListParagraph"/>
      </w:pPr>
      <w:r>
        <w:rPr>
          <w:sz w:val="22"/>
        </w:rPr>
        <w:t>B. Giúp đỡ người già qua đường</w:t>
      </w:r>
    </w:p>
    <w:p>
      <w:pPr>
        <w:pStyle w:val="ListParagraph"/>
      </w:pPr>
      <w:r>
        <w:rPr>
          <w:sz w:val="22"/>
        </w:rPr>
        <w:t>C. Thăm hỏi bạn khi bạn bị ốm</w:t>
      </w:r>
    </w:p>
    <w:p>
      <w:pPr>
        <w:pStyle w:val="ListParagraph"/>
      </w:pPr>
      <w:r>
        <w:rPr>
          <w:sz w:val="22"/>
        </w:rPr>
        <w:t>D. Chế giễu bạn bị khuyết tật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Câu ca dao nói về tình cảm anh em ruột thịt, luôn yêu thương, đùm bọc lẫn nhau trong gia đình.</w:t>
      </w:r>
    </w:p>
    <w:p>
      <w:r>
        <w:rPr>
          <w:b/>
        </w:rPr>
        <w:t>Câu 2: Đáp án đúng: D</w:t>
      </w:r>
    </w:p>
    <w:p>
      <w:r>
        <w:rPr>
          <w:i/>
        </w:rPr>
        <w:t>Giải thích: Truyện Thạch Sanh ca ngợi chàng trai nghèo khó nhưng giàu lòng nhân ái, sẵn sàng giúp đỡ người gặp hoạn nạn.</w:t>
      </w:r>
    </w:p>
    <w:p>
      <w:r>
        <w:rPr>
          <w:b/>
        </w:rPr>
        <w:t>Câu 3: Đáp án đúng: A</w:t>
      </w:r>
    </w:p>
    <w:p>
      <w:r>
        <w:rPr>
          <w:i/>
        </w:rPr>
        <w:t>Giải thích: Hình ảnh 'lá lành' chỉ người có cuộc sống đủ đầy, 'lá rách' chỉ người gặp khó khăn, thiếu thốn; câu tục ngữ khuyên ta biết giúp đỡ, chia sẻ với người khó khăn hơn.</w:t>
      </w:r>
    </w:p>
    <w:p>
      <w:r>
        <w:rPr>
          <w:b/>
        </w:rPr>
        <w:t>Câu 4: Đáp án đúng: B</w:t>
      </w:r>
    </w:p>
    <w:p>
      <w:r>
        <w:rPr>
          <w:i/>
        </w:rPr>
        <w:t>Giải thích: Cho bạn mượn bút khi bạn quên mang là hành động quan tâm, chia sẻ thiết thực với bạn bè trong lớp.</w:t>
      </w:r>
    </w:p>
    <w:p>
      <w:r>
        <w:rPr>
          <w:b/>
        </w:rPr>
        <w:t>Câu 5: Đáp án đúng: B</w:t>
      </w:r>
    </w:p>
    <w:p>
      <w:r>
        <w:rPr>
          <w:i/>
        </w:rPr>
        <w:t>Giải thích: Câu thơ khẳng định tình yêu thương của mẹ dành cho con là vô bờ bến, theo con suốt cả cuộc đời.</w:t>
      </w:r>
    </w:p>
    <w:p>
      <w:r>
        <w:rPr>
          <w:b/>
        </w:rPr>
        <w:t>Câu 6: Đáp án đúng: D</w:t>
      </w:r>
    </w:p>
    <w:p>
      <w:r>
        <w:rPr>
          <w:i/>
        </w:rPr>
        <w:t>Giải thích: Động viên và giúp đỡ bạn trong học tập, sinh hoạt là cách thể hiện sự yêu thương, chia sẻ đúng đắn và phù hợp.</w:t>
      </w:r>
    </w:p>
    <w:p>
      <w:r>
        <w:rPr>
          <w:b/>
        </w:rPr>
        <w:t>Câu 7: Đáp án đúng: D</w:t>
      </w:r>
    </w:p>
    <w:p>
      <w:r>
        <w:rPr>
          <w:i/>
        </w:rPr>
        <w:t>Giải thích: Truyện Bó đũa khuyên anh em trong một nhà phải đoàn kết, yêu thương, đùm bọc lẫn nhau thì mới có sức mạnh.</w:t>
      </w:r>
    </w:p>
    <w:p>
      <w:r>
        <w:rPr>
          <w:b/>
        </w:rPr>
        <w:t>Câu 8: Đáp án đúng: C</w:t>
      </w:r>
    </w:p>
    <w:p>
      <w:r>
        <w:rPr>
          <w:i/>
        </w:rPr>
        <w:t>Giải thích: Câu tục ngữ 'Một miếng khi đói bằng một gói khi no' khuyên ta nên chia sẻ, giúp đỡ người khác đúng lúc họ cần nhất.</w:t>
      </w:r>
    </w:p>
    <w:p>
      <w:r>
        <w:rPr>
          <w:b/>
        </w:rPr>
        <w:t>Câu 9: Đáp án đúng: A</w:t>
      </w:r>
    </w:p>
    <w:p>
      <w:r>
        <w:rPr>
          <w:i/>
        </w:rPr>
        <w:t>Giải thích: Thạch Sanh là nhân vật nhân hậu, sau khi bị Lý Thông hãm hại vẫn tha thứ và cho mẹ con Lý Thông về quê làm ăn.</w:t>
      </w:r>
    </w:p>
    <w:p>
      <w:r>
        <w:rPr>
          <w:b/>
        </w:rPr>
        <w:t>Câu 10: Đáp án đúng: D</w:t>
      </w:r>
    </w:p>
    <w:p>
      <w:r>
        <w:rPr>
          <w:i/>
        </w:rPr>
        <w:t>Giải thích: Chế giễu bạn bị khuyết tật là hành vi thiếu tôn trọng, gây tổn thương, trái ngược với tình yêu thương và chia sẻ.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