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tuần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nào dưới đây là số chẵn?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34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61</w:t>
      </w:r>
    </w:p>
    <w:p/>
    <w:p>
      <w:r>
        <w:rPr>
          <w:b/>
          <w:sz w:val="24"/>
        </w:rPr>
        <w:t>Câu 2: Số nào dưới đây là số lẻ?</w:t>
      </w:r>
    </w:p>
    <w:p>
      <w:pPr>
        <w:pStyle w:val="ListParagraph"/>
      </w:pPr>
      <w:r>
        <w:rPr>
          <w:sz w:val="22"/>
        </w:rPr>
        <w:t>A. 48</w:t>
      </w:r>
    </w:p>
    <w:p>
      <w:pPr>
        <w:pStyle w:val="ListParagraph"/>
      </w:pPr>
      <w:r>
        <w:rPr>
          <w:sz w:val="22"/>
        </w:rPr>
        <w:t>B. 52</w:t>
      </w:r>
    </w:p>
    <w:p>
      <w:pPr>
        <w:pStyle w:val="ListParagraph"/>
      </w:pPr>
      <w:r>
        <w:rPr>
          <w:sz w:val="22"/>
        </w:rPr>
        <w:t>C. 79</w:t>
      </w:r>
    </w:p>
    <w:p>
      <w:pPr>
        <w:pStyle w:val="ListParagraph"/>
      </w:pPr>
      <w:r>
        <w:rPr>
          <w:sz w:val="22"/>
        </w:rPr>
        <w:t>D. 90</w:t>
      </w:r>
    </w:p>
    <w:p/>
    <w:p>
      <w:r>
        <w:rPr>
          <w:b/>
          <w:sz w:val="24"/>
        </w:rPr>
        <w:t>Câu 3: Trong các số sau, số nào là số chẵn?</w:t>
      </w:r>
    </w:p>
    <w:p>
      <w:pPr>
        <w:pStyle w:val="ListParagraph"/>
      </w:pPr>
      <w:r>
        <w:rPr>
          <w:sz w:val="22"/>
        </w:rPr>
        <w:t>A. 123</w:t>
      </w:r>
    </w:p>
    <w:p>
      <w:pPr>
        <w:pStyle w:val="ListParagraph"/>
      </w:pPr>
      <w:r>
        <w:rPr>
          <w:sz w:val="22"/>
        </w:rPr>
        <w:t>B. 456</w:t>
      </w:r>
    </w:p>
    <w:p>
      <w:pPr>
        <w:pStyle w:val="ListParagraph"/>
      </w:pPr>
      <w:r>
        <w:rPr>
          <w:sz w:val="22"/>
        </w:rPr>
        <w:t>C. 789</w:t>
      </w:r>
    </w:p>
    <w:p>
      <w:pPr>
        <w:pStyle w:val="ListParagraph"/>
      </w:pPr>
      <w:r>
        <w:rPr>
          <w:sz w:val="22"/>
        </w:rPr>
        <w:t>D. 135</w:t>
      </w:r>
    </w:p>
    <w:p/>
    <w:p>
      <w:r>
        <w:rPr>
          <w:b/>
          <w:sz w:val="24"/>
        </w:rPr>
        <w:t>Câu 4: Giá trị của biểu thức $25 + a$ khi $a = 7$ là: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31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33</w:t>
      </w:r>
    </w:p>
    <w:p/>
    <w:p>
      <w:r>
        <w:rPr>
          <w:b/>
          <w:sz w:val="24"/>
        </w:rPr>
        <w:t>Câu 5: Giá trị của biểu thức $b \times 6$ khi $b = 8$ là: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40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56</w:t>
      </w:r>
    </w:p>
    <w:p/>
    <w:p>
      <w:r>
        <w:rPr>
          <w:b/>
          <w:sz w:val="24"/>
        </w:rPr>
        <w:t>Câu 6: Số gồm 4 chục nghìn, 3 nghìn, 2 trăm, 5 chục và 1 đơn vị viết là:</w:t>
      </w:r>
    </w:p>
    <w:p>
      <w:pPr>
        <w:pStyle w:val="ListParagraph"/>
      </w:pPr>
      <w:r>
        <w:rPr>
          <w:sz w:val="22"/>
        </w:rPr>
        <w:t>A. 43 251</w:t>
      </w:r>
    </w:p>
    <w:p>
      <w:pPr>
        <w:pStyle w:val="ListParagraph"/>
      </w:pPr>
      <w:r>
        <w:rPr>
          <w:sz w:val="22"/>
        </w:rPr>
        <w:t>B. 43 215</w:t>
      </w:r>
    </w:p>
    <w:p>
      <w:pPr>
        <w:pStyle w:val="ListParagraph"/>
      </w:pPr>
      <w:r>
        <w:rPr>
          <w:sz w:val="22"/>
        </w:rPr>
        <w:t>C. 45 321</w:t>
      </w:r>
    </w:p>
    <w:p>
      <w:pPr>
        <w:pStyle w:val="ListParagraph"/>
      </w:pPr>
      <w:r>
        <w:rPr>
          <w:sz w:val="22"/>
        </w:rPr>
        <w:t>D. 43 205</w:t>
      </w:r>
    </w:p>
    <w:p/>
    <w:p>
      <w:r>
        <w:rPr>
          <w:b/>
          <w:sz w:val="24"/>
        </w:rPr>
        <w:t>Câu 7: Số liền sau của 99 999 là:</w:t>
      </w:r>
    </w:p>
    <w:p>
      <w:pPr>
        <w:pStyle w:val="ListParagraph"/>
      </w:pPr>
      <w:r>
        <w:rPr>
          <w:sz w:val="22"/>
        </w:rPr>
        <w:t>A. 99 998</w:t>
      </w:r>
    </w:p>
    <w:p>
      <w:pPr>
        <w:pStyle w:val="ListParagraph"/>
      </w:pPr>
      <w:r>
        <w:rPr>
          <w:sz w:val="22"/>
        </w:rPr>
        <w:t>B. 100 000</w:t>
      </w:r>
    </w:p>
    <w:p>
      <w:pPr>
        <w:pStyle w:val="ListParagraph"/>
      </w:pPr>
      <w:r>
        <w:rPr>
          <w:sz w:val="22"/>
        </w:rPr>
        <w:t>C. 100 001</w:t>
      </w:r>
    </w:p>
    <w:p>
      <w:pPr>
        <w:pStyle w:val="ListParagraph"/>
      </w:pPr>
      <w:r>
        <w:rPr>
          <w:sz w:val="22"/>
        </w:rPr>
        <w:t>D. 99 100</w:t>
      </w:r>
    </w:p>
    <w:p/>
    <w:p>
      <w:r>
        <w:rPr>
          <w:b/>
          <w:sz w:val="24"/>
        </w:rPr>
        <w:t>Câu 8: Số lớn nhất trong các số 67 890; 68 790; 67 980; 68 970 là:</w:t>
      </w:r>
    </w:p>
    <w:p>
      <w:pPr>
        <w:pStyle w:val="ListParagraph"/>
      </w:pPr>
      <w:r>
        <w:rPr>
          <w:sz w:val="22"/>
        </w:rPr>
        <w:t>A. 67 890</w:t>
      </w:r>
    </w:p>
    <w:p>
      <w:pPr>
        <w:pStyle w:val="ListParagraph"/>
      </w:pPr>
      <w:r>
        <w:rPr>
          <w:sz w:val="22"/>
        </w:rPr>
        <w:t>B. 68 790</w:t>
      </w:r>
    </w:p>
    <w:p>
      <w:pPr>
        <w:pStyle w:val="ListParagraph"/>
      </w:pPr>
      <w:r>
        <w:rPr>
          <w:sz w:val="22"/>
        </w:rPr>
        <w:t>C. 67 980</w:t>
      </w:r>
    </w:p>
    <w:p>
      <w:pPr>
        <w:pStyle w:val="ListParagraph"/>
      </w:pPr>
      <w:r>
        <w:rPr>
          <w:sz w:val="22"/>
        </w:rPr>
        <w:t>D. 68 970</w:t>
      </w:r>
    </w:p>
    <w:p/>
    <w:p>
      <w:r>
        <w:rPr>
          <w:b/>
          <w:sz w:val="24"/>
        </w:rPr>
        <w:t>Câu 9: Tổng của số chẵn nhỏ nhất có hai chữ số và số lẻ nhỏ nhất có hai chữ số là: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21</w:t>
      </w:r>
    </w:p>
    <w:p>
      <w:pPr>
        <w:pStyle w:val="ListParagraph"/>
      </w:pPr>
      <w:r>
        <w:rPr>
          <w:sz w:val="22"/>
        </w:rPr>
        <w:t>C. 22</w:t>
      </w:r>
    </w:p>
    <w:p>
      <w:pPr>
        <w:pStyle w:val="ListParagraph"/>
      </w:pPr>
      <w:r>
        <w:rPr>
          <w:sz w:val="22"/>
        </w:rPr>
        <w:t>D. 23</w:t>
      </w:r>
    </w:p>
    <w:p/>
    <w:p>
      <w:r>
        <w:rPr>
          <w:b/>
          <w:sz w:val="24"/>
        </w:rPr>
        <w:t>Câu 10: Nếu $x$ là số chẵn thì $x$ có thể là: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23</w:t>
      </w:r>
    </w:p>
    <w:p>
      <w:pPr>
        <w:pStyle w:val="ListParagraph"/>
      </w:pPr>
      <w:r>
        <w:rPr>
          <w:sz w:val="22"/>
        </w:rPr>
        <w:t>C. 38</w:t>
      </w:r>
    </w:p>
    <w:p>
      <w:pPr>
        <w:pStyle w:val="ListParagraph"/>
      </w:pPr>
      <w:r>
        <w:rPr>
          <w:sz w:val="22"/>
        </w:rPr>
        <w:t>D. 47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