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kiểm tra giữa kì 1 Công nghệ 8 bài1 - bài 7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Vật liệu nào sau đây là vật liệu dẫn điện?</w:t>
      </w:r>
    </w:p>
    <w:p>
      <w:pPr>
        <w:pStyle w:val="ListParagraph"/>
      </w:pPr>
      <w:r>
        <w:rPr>
          <w:sz w:val="22"/>
        </w:rPr>
        <w:t>A. Nhựa</w:t>
      </w:r>
    </w:p>
    <w:p>
      <w:pPr>
        <w:pStyle w:val="ListParagraph"/>
      </w:pPr>
      <w:r>
        <w:rPr>
          <w:sz w:val="22"/>
        </w:rPr>
        <w:t>B. Cao su</w:t>
      </w:r>
    </w:p>
    <w:p>
      <w:pPr>
        <w:pStyle w:val="ListParagraph"/>
      </w:pPr>
      <w:r>
        <w:rPr>
          <w:sz w:val="22"/>
        </w:rPr>
        <w:t>C. Đồng</w:t>
      </w:r>
    </w:p>
    <w:p>
      <w:pPr>
        <w:pStyle w:val="ListParagraph"/>
      </w:pPr>
      <w:r>
        <w:rPr>
          <w:sz w:val="22"/>
        </w:rPr>
        <w:t>D. Gỗ khô</w:t>
      </w:r>
    </w:p>
    <w:p/>
    <w:p>
      <w:r>
        <w:rPr>
          <w:b/>
          <w:sz w:val="24"/>
        </w:rPr>
        <w:t>Câu 2: Vật liệu nào sau đây là vật liệu cách điện?</w:t>
      </w:r>
    </w:p>
    <w:p>
      <w:pPr>
        <w:pStyle w:val="ListParagraph"/>
      </w:pPr>
      <w:r>
        <w:rPr>
          <w:sz w:val="22"/>
        </w:rPr>
        <w:t>A. Nhôm</w:t>
      </w:r>
    </w:p>
    <w:p>
      <w:pPr>
        <w:pStyle w:val="ListParagraph"/>
      </w:pPr>
      <w:r>
        <w:rPr>
          <w:sz w:val="22"/>
        </w:rPr>
        <w:t>B. Sắt</w:t>
      </w:r>
    </w:p>
    <w:p>
      <w:pPr>
        <w:pStyle w:val="ListParagraph"/>
      </w:pPr>
      <w:r>
        <w:rPr>
          <w:sz w:val="22"/>
        </w:rPr>
        <w:t>C. Đồng</w:t>
      </w:r>
    </w:p>
    <w:p>
      <w:pPr>
        <w:pStyle w:val="ListParagraph"/>
      </w:pPr>
      <w:r>
        <w:rPr>
          <w:sz w:val="22"/>
        </w:rPr>
        <w:t>D. Cao su</w:t>
      </w:r>
    </w:p>
    <w:p/>
    <w:p>
      <w:r>
        <w:rPr>
          <w:b/>
          <w:sz w:val="24"/>
        </w:rPr>
        <w:t>Câu 3: Dụng cụ nào sau đây dùng để đo điện áp?</w:t>
      </w:r>
    </w:p>
    <w:p>
      <w:pPr>
        <w:pStyle w:val="ListParagraph"/>
      </w:pPr>
      <w:r>
        <w:rPr>
          <w:sz w:val="22"/>
        </w:rPr>
        <w:t>A. Ampe kế</w:t>
      </w:r>
    </w:p>
    <w:p>
      <w:pPr>
        <w:pStyle w:val="ListParagraph"/>
      </w:pPr>
      <w:r>
        <w:rPr>
          <w:sz w:val="22"/>
        </w:rPr>
        <w:t>B. Vôn kế</w:t>
      </w:r>
    </w:p>
    <w:p>
      <w:pPr>
        <w:pStyle w:val="ListParagraph"/>
      </w:pPr>
      <w:r>
        <w:rPr>
          <w:sz w:val="22"/>
        </w:rPr>
        <w:t>C. Oát kế</w:t>
      </w:r>
    </w:p>
    <w:p>
      <w:pPr>
        <w:pStyle w:val="ListParagraph"/>
      </w:pPr>
      <w:r>
        <w:rPr>
          <w:sz w:val="22"/>
        </w:rPr>
        <w:t>D. Đồng hồ vạn năng</w:t>
      </w:r>
    </w:p>
    <w:p/>
    <w:p>
      <w:r>
        <w:rPr>
          <w:b/>
          <w:sz w:val="24"/>
        </w:rPr>
        <w:t>Câu 4: Dụng cụ nào sau đây dùng để đo cường độ dòng điện?</w:t>
      </w:r>
    </w:p>
    <w:p>
      <w:pPr>
        <w:pStyle w:val="ListParagraph"/>
      </w:pPr>
      <w:r>
        <w:rPr>
          <w:sz w:val="22"/>
        </w:rPr>
        <w:t>A. Ampe kế</w:t>
      </w:r>
    </w:p>
    <w:p>
      <w:pPr>
        <w:pStyle w:val="ListParagraph"/>
      </w:pPr>
      <w:r>
        <w:rPr>
          <w:sz w:val="22"/>
        </w:rPr>
        <w:t>B. Vôn kế</w:t>
      </w:r>
    </w:p>
    <w:p>
      <w:pPr>
        <w:pStyle w:val="ListParagraph"/>
      </w:pPr>
      <w:r>
        <w:rPr>
          <w:sz w:val="22"/>
        </w:rPr>
        <w:t>C. Oát kế</w:t>
      </w:r>
    </w:p>
    <w:p>
      <w:pPr>
        <w:pStyle w:val="ListParagraph"/>
      </w:pPr>
      <w:r>
        <w:rPr>
          <w:sz w:val="22"/>
        </w:rPr>
        <w:t>D. Công tơ điện</w:t>
      </w:r>
    </w:p>
    <w:p/>
    <w:p>
      <w:r>
        <w:rPr>
          <w:b/>
          <w:sz w:val="24"/>
        </w:rPr>
        <w:t>Câu 5: Khi sử dụng đồng hồ vạn năng để đo điện trở, ta cần chọn thang đo nào?</w:t>
      </w:r>
    </w:p>
    <w:p>
      <w:pPr>
        <w:pStyle w:val="ListParagraph"/>
      </w:pPr>
      <w:r>
        <w:rPr>
          <w:sz w:val="22"/>
        </w:rPr>
        <w:t>A. Thang đo điện áp</w:t>
      </w:r>
    </w:p>
    <w:p>
      <w:pPr>
        <w:pStyle w:val="ListParagraph"/>
      </w:pPr>
      <w:r>
        <w:rPr>
          <w:sz w:val="22"/>
        </w:rPr>
        <w:t>B. Thang đo dòng điện</w:t>
      </w:r>
    </w:p>
    <w:p>
      <w:pPr>
        <w:pStyle w:val="ListParagraph"/>
      </w:pPr>
      <w:r>
        <w:rPr>
          <w:sz w:val="22"/>
        </w:rPr>
        <w:t>C. Thang đo điện trở</w:t>
      </w:r>
    </w:p>
    <w:p>
      <w:pPr>
        <w:pStyle w:val="ListParagraph"/>
      </w:pPr>
      <w:r>
        <w:rPr>
          <w:sz w:val="22"/>
        </w:rPr>
        <w:t>D. Thang đo công suất</w:t>
      </w:r>
    </w:p>
    <w:p/>
    <w:p>
      <w:r>
        <w:rPr>
          <w:b/>
          <w:sz w:val="24"/>
        </w:rPr>
        <w:t>Câu 6: Trong mạch điện, công tắc thường được mắc như thế nào?</w:t>
      </w:r>
    </w:p>
    <w:p>
      <w:pPr>
        <w:pStyle w:val="ListParagraph"/>
      </w:pPr>
      <w:r>
        <w:rPr>
          <w:sz w:val="22"/>
        </w:rPr>
        <w:t>A. Song song với tải</w:t>
      </w:r>
    </w:p>
    <w:p>
      <w:pPr>
        <w:pStyle w:val="ListParagraph"/>
      </w:pPr>
      <w:r>
        <w:rPr>
          <w:sz w:val="22"/>
        </w:rPr>
        <w:t>B. Nối tiếp với tải</w:t>
      </w:r>
    </w:p>
    <w:p>
      <w:pPr>
        <w:pStyle w:val="ListParagraph"/>
      </w:pPr>
      <w:r>
        <w:rPr>
          <w:sz w:val="22"/>
        </w:rPr>
        <w:t>C. Song song với nguồn</w:t>
      </w:r>
    </w:p>
    <w:p>
      <w:pPr>
        <w:pStyle w:val="ListParagraph"/>
      </w:pPr>
      <w:r>
        <w:rPr>
          <w:sz w:val="22"/>
        </w:rPr>
        <w:t>D. Nối tiếp với nguồn</w:t>
      </w:r>
    </w:p>
    <w:p/>
    <w:p>
      <w:r>
        <w:rPr>
          <w:b/>
          <w:sz w:val="24"/>
        </w:rPr>
        <w:t>Câu 7: Thiết bị nào sau đây bảo vệ mạch điện khi xảy ra sự cố quá tải hoặc ngắn mạch?</w:t>
      </w:r>
    </w:p>
    <w:p>
      <w:pPr>
        <w:pStyle w:val="ListParagraph"/>
      </w:pPr>
      <w:r>
        <w:rPr>
          <w:sz w:val="22"/>
        </w:rPr>
        <w:t>A. Cầu dao</w:t>
      </w:r>
    </w:p>
    <w:p>
      <w:pPr>
        <w:pStyle w:val="ListParagraph"/>
      </w:pPr>
      <w:r>
        <w:rPr>
          <w:sz w:val="22"/>
        </w:rPr>
        <w:t>B. Cầu chì</w:t>
      </w:r>
    </w:p>
    <w:p>
      <w:pPr>
        <w:pStyle w:val="ListParagraph"/>
      </w:pPr>
      <w:r>
        <w:rPr>
          <w:sz w:val="22"/>
        </w:rPr>
        <w:t>C. Ổ cắm</w:t>
      </w:r>
    </w:p>
    <w:p>
      <w:pPr>
        <w:pStyle w:val="ListParagraph"/>
      </w:pPr>
      <w:r>
        <w:rPr>
          <w:sz w:val="22"/>
        </w:rPr>
        <w:t>D. Phích cắm</w:t>
      </w:r>
    </w:p>
    <w:p/>
    <w:p>
      <w:r>
        <w:rPr>
          <w:b/>
          <w:sz w:val="24"/>
        </w:rPr>
        <w:t>Câu 8: Vật liệu nào sau đây là vật liệu dẫn từ?</w:t>
      </w:r>
    </w:p>
    <w:p>
      <w:pPr>
        <w:pStyle w:val="ListParagraph"/>
      </w:pPr>
      <w:r>
        <w:rPr>
          <w:sz w:val="22"/>
        </w:rPr>
        <w:t>A. Đồng</w:t>
      </w:r>
    </w:p>
    <w:p>
      <w:pPr>
        <w:pStyle w:val="ListParagraph"/>
      </w:pPr>
      <w:r>
        <w:rPr>
          <w:sz w:val="22"/>
        </w:rPr>
        <w:t>B. Nhôm</w:t>
      </w:r>
    </w:p>
    <w:p>
      <w:pPr>
        <w:pStyle w:val="ListParagraph"/>
      </w:pPr>
      <w:r>
        <w:rPr>
          <w:sz w:val="22"/>
        </w:rPr>
        <w:t>C. Sắt</w:t>
      </w:r>
    </w:p>
    <w:p>
      <w:pPr>
        <w:pStyle w:val="ListParagraph"/>
      </w:pPr>
      <w:r>
        <w:rPr>
          <w:sz w:val="22"/>
        </w:rPr>
        <w:t>D. Nhựa</w:t>
      </w:r>
    </w:p>
    <w:p/>
    <w:p>
      <w:r>
        <w:rPr>
          <w:b/>
          <w:sz w:val="24"/>
        </w:rPr>
        <w:t>Câu 9: Dụng cụ nào sau đây dùng để đo công suất điện?</w:t>
      </w:r>
    </w:p>
    <w:p>
      <w:pPr>
        <w:pStyle w:val="ListParagraph"/>
      </w:pPr>
      <w:r>
        <w:rPr>
          <w:sz w:val="22"/>
        </w:rPr>
        <w:t>A. Ampe kế</w:t>
      </w:r>
    </w:p>
    <w:p>
      <w:pPr>
        <w:pStyle w:val="ListParagraph"/>
      </w:pPr>
      <w:r>
        <w:rPr>
          <w:sz w:val="22"/>
        </w:rPr>
        <w:t>B. Vôn kế</w:t>
      </w:r>
    </w:p>
    <w:p>
      <w:pPr>
        <w:pStyle w:val="ListParagraph"/>
      </w:pPr>
      <w:r>
        <w:rPr>
          <w:sz w:val="22"/>
        </w:rPr>
        <w:t>C. Oát kế</w:t>
      </w:r>
    </w:p>
    <w:p>
      <w:pPr>
        <w:pStyle w:val="ListParagraph"/>
      </w:pPr>
      <w:r>
        <w:rPr>
          <w:sz w:val="22"/>
        </w:rPr>
        <w:t>D. Đồng hồ vạn năng</w:t>
      </w:r>
    </w:p>
    <w:p/>
    <w:p>
      <w:r>
        <w:rPr>
          <w:b/>
          <w:sz w:val="24"/>
        </w:rPr>
        <w:t>Câu 10: Khi sử dụng đồng hồ vạn năng, để đo điện áp xoay chiều ta chọn thang đo nào?</w:t>
      </w:r>
    </w:p>
    <w:p>
      <w:pPr>
        <w:pStyle w:val="ListParagraph"/>
      </w:pPr>
      <w:r>
        <w:rPr>
          <w:sz w:val="22"/>
        </w:rPr>
        <w:t>A. DCV</w:t>
      </w:r>
    </w:p>
    <w:p>
      <w:pPr>
        <w:pStyle w:val="ListParagraph"/>
      </w:pPr>
      <w:r>
        <w:rPr>
          <w:sz w:val="22"/>
        </w:rPr>
        <w:t>B. ACV</w:t>
      </w:r>
    </w:p>
    <w:p>
      <w:pPr>
        <w:pStyle w:val="ListParagraph"/>
      </w:pPr>
      <w:r>
        <w:rPr>
          <w:sz w:val="22"/>
        </w:rPr>
        <w:t>C. DCA</w:t>
      </w:r>
    </w:p>
    <w:p>
      <w:pPr>
        <w:pStyle w:val="ListParagraph"/>
      </w:pPr>
      <w:r>
        <w:rPr>
          <w:sz w:val="22"/>
        </w:rPr>
        <w:t>D. ACA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C</w:t>
      </w:r>
    </w:p>
    <w:p>
      <w:r>
        <w:rPr>
          <w:b/>
        </w:rPr>
        <w:t>Câu 2: Đáp án đúng: D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C</w:t>
      </w:r>
    </w:p>
    <w:p>
      <w:r>
        <w:rPr>
          <w:b/>
        </w:rPr>
        <w:t>Câu 9: Đáp án đúng: C</w:t>
      </w:r>
    </w:p>
    <w:p>
      <w:r>
        <w:rPr>
          <w:b/>
        </w:rPr>
        <w:t>Câu 10: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