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Công nghệ 10: Khoa học kĩ thuật và công nghệ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Thành tựu nào sau đây là kết quả của cuộc Cách mạng công nghiệp lần thứ nhất?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Internet</w:t>
      </w:r>
    </w:p>
    <w:p>
      <w:pPr>
        <w:pStyle w:val="ListParagraph"/>
      </w:pPr>
      <w:r>
        <w:rPr>
          <w:sz w:val="22"/>
        </w:rPr>
        <w:t>C. Trí tuệ nhân tạo</w:t>
      </w:r>
    </w:p>
    <w:p>
      <w:pPr>
        <w:pStyle w:val="ListParagraph"/>
      </w:pPr>
      <w:r>
        <w:rPr>
          <w:sz w:val="22"/>
        </w:rPr>
        <w:t>D. Máy tính điện tử</w:t>
      </w:r>
    </w:p>
    <w:p/>
    <w:p>
      <w:r>
        <w:rPr>
          <w:b/>
          <w:sz w:val="24"/>
        </w:rPr>
        <w:t>Câu 2: Cuộc Cách mạng công nghiệp lần thứ hai gắn liền với sự phát triển của loại năng lượng nào?</w:t>
      </w:r>
    </w:p>
    <w:p>
      <w:pPr>
        <w:pStyle w:val="ListParagraph"/>
      </w:pPr>
      <w:r>
        <w:rPr>
          <w:sz w:val="22"/>
        </w:rPr>
        <w:t>A. Năng lượng điện</w:t>
      </w:r>
    </w:p>
    <w:p>
      <w:pPr>
        <w:pStyle w:val="ListParagraph"/>
      </w:pPr>
      <w:r>
        <w:rPr>
          <w:sz w:val="22"/>
        </w:rPr>
        <w:t>B. Năng lượng gió</w:t>
      </w:r>
    </w:p>
    <w:p>
      <w:pPr>
        <w:pStyle w:val="ListParagraph"/>
      </w:pPr>
      <w:r>
        <w:rPr>
          <w:sz w:val="22"/>
        </w:rPr>
        <w:t>C. Năng lượng mặt trời</w:t>
      </w:r>
    </w:p>
    <w:p>
      <w:pPr>
        <w:pStyle w:val="ListParagraph"/>
      </w:pPr>
      <w:r>
        <w:rPr>
          <w:sz w:val="22"/>
        </w:rPr>
        <w:t>D. Năng lượng hạt nhân</w:t>
      </w:r>
    </w:p>
    <w:p/>
    <w:p>
      <w:r>
        <w:rPr>
          <w:b/>
          <w:sz w:val="24"/>
        </w:rPr>
        <w:t>Câu 3: Đặc trưng nổi bật của Cách mạng công nghiệp lần thứ ba là gì?</w:t>
      </w:r>
    </w:p>
    <w:p>
      <w:pPr>
        <w:pStyle w:val="ListParagraph"/>
      </w:pPr>
      <w:r>
        <w:rPr>
          <w:sz w:val="22"/>
        </w:rPr>
        <w:t>A. Điện khí hóa sản xuất</w:t>
      </w:r>
    </w:p>
    <w:p>
      <w:pPr>
        <w:pStyle w:val="ListParagraph"/>
      </w:pPr>
      <w:r>
        <w:rPr>
          <w:sz w:val="22"/>
        </w:rPr>
        <w:t>B. Sử dụng máy hơi nước</w:t>
      </w:r>
    </w:p>
    <w:p>
      <w:pPr>
        <w:pStyle w:val="ListParagraph"/>
      </w:pPr>
      <w:r>
        <w:rPr>
          <w:sz w:val="22"/>
        </w:rPr>
        <w:t>C. Cơ giới hóa sản xuất</w:t>
      </w:r>
    </w:p>
    <w:p>
      <w:pPr>
        <w:pStyle w:val="ListParagraph"/>
      </w:pPr>
      <w:r>
        <w:rPr>
          <w:sz w:val="22"/>
        </w:rPr>
        <w:t>D. Tự động hóa và công nghệ thông tin</w:t>
      </w:r>
    </w:p>
    <w:p/>
    <w:p>
      <w:r>
        <w:rPr>
          <w:b/>
          <w:sz w:val="24"/>
        </w:rPr>
        <w:t>Câu 4: Công nghệ nào sau đây là trụ cột của Cách mạng công nghiệp lần thứ tư?</w:t>
      </w:r>
    </w:p>
    <w:p>
      <w:pPr>
        <w:pStyle w:val="ListParagraph"/>
      </w:pPr>
      <w:r>
        <w:rPr>
          <w:sz w:val="22"/>
        </w:rPr>
        <w:t>A. Máy dệt</w:t>
      </w:r>
    </w:p>
    <w:p>
      <w:pPr>
        <w:pStyle w:val="ListParagraph"/>
      </w:pPr>
      <w:r>
        <w:rPr>
          <w:sz w:val="22"/>
        </w:rPr>
        <w:t>B. Trí tuệ nhân tạo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Điện thoại cố định</w:t>
      </w:r>
    </w:p>
    <w:p/>
    <w:p>
      <w:r>
        <w:rPr>
          <w:b/>
          <w:sz w:val="24"/>
        </w:rPr>
        <w:t>Câu 5: Khoa học kĩ thuật và công nghệ có vai trò nào sau đây đối với sản xuất?</w:t>
      </w:r>
    </w:p>
    <w:p>
      <w:pPr>
        <w:pStyle w:val="ListParagraph"/>
      </w:pPr>
      <w:r>
        <w:rPr>
          <w:sz w:val="22"/>
        </w:rPr>
        <w:t>A. Loại bỏ hoàn toàn lao động</w:t>
      </w:r>
    </w:p>
    <w:p>
      <w:pPr>
        <w:pStyle w:val="ListParagraph"/>
      </w:pPr>
      <w:r>
        <w:rPr>
          <w:sz w:val="22"/>
        </w:rPr>
        <w:t>B. Nâng cao năng suất và chất lượng sản phẩm</w:t>
      </w:r>
    </w:p>
    <w:p>
      <w:pPr>
        <w:pStyle w:val="ListParagraph"/>
      </w:pPr>
      <w:r>
        <w:rPr>
          <w:sz w:val="22"/>
        </w:rPr>
        <w:t>C. Làm giảm năng suất lao động</w:t>
      </w:r>
    </w:p>
    <w:p>
      <w:pPr>
        <w:pStyle w:val="ListParagraph"/>
      </w:pPr>
      <w:r>
        <w:rPr>
          <w:sz w:val="22"/>
        </w:rPr>
        <w:t>D. Chỉ phục vụ nghiên cứu</w:t>
      </w:r>
    </w:p>
    <w:p/>
    <w:p>
      <w:r>
        <w:rPr>
          <w:b/>
          <w:sz w:val="24"/>
        </w:rPr>
        <w:t>Câu 6: Thiết bị nào sau đây là thành tựu của công nghệ thông tin?</w:t>
      </w:r>
    </w:p>
    <w:p>
      <w:pPr>
        <w:pStyle w:val="ListParagraph"/>
      </w:pPr>
      <w:r>
        <w:rPr>
          <w:sz w:val="22"/>
        </w:rPr>
        <w:t>A. Máy khâu</w:t>
      </w:r>
    </w:p>
    <w:p>
      <w:pPr>
        <w:pStyle w:val="ListParagraph"/>
      </w:pPr>
      <w:r>
        <w:rPr>
          <w:sz w:val="22"/>
        </w:rPr>
        <w:t>B. Máy cày</w:t>
      </w:r>
    </w:p>
    <w:p>
      <w:pPr>
        <w:pStyle w:val="ListParagraph"/>
      </w:pPr>
      <w:r>
        <w:rPr>
          <w:sz w:val="22"/>
        </w:rPr>
        <w:t>C. Máy tính điện tử</w:t>
      </w:r>
    </w:p>
    <w:p>
      <w:pPr>
        <w:pStyle w:val="ListParagraph"/>
      </w:pPr>
      <w:r>
        <w:rPr>
          <w:sz w:val="22"/>
        </w:rPr>
        <w:t>D. Máy phát điện</w:t>
      </w:r>
    </w:p>
    <w:p/>
    <w:p>
      <w:r>
        <w:rPr>
          <w:b/>
          <w:sz w:val="24"/>
        </w:rPr>
        <w:t>Câu 7: Cuộc Cách mạng công nghiệp lần thứ tư được đặc trưng bởi sự kết hợp giữa các lĩnh vực nào?</w:t>
      </w:r>
    </w:p>
    <w:p>
      <w:pPr>
        <w:pStyle w:val="ListParagraph"/>
      </w:pPr>
      <w:r>
        <w:rPr>
          <w:sz w:val="22"/>
        </w:rPr>
        <w:t>A. Kĩ thuật số, vật lí và sinh học</w:t>
      </w:r>
    </w:p>
    <w:p>
      <w:pPr>
        <w:pStyle w:val="ListParagraph"/>
      </w:pPr>
      <w:r>
        <w:rPr>
          <w:sz w:val="22"/>
        </w:rPr>
        <w:t>B. Giao thông và xây dựng</w:t>
      </w:r>
    </w:p>
    <w:p>
      <w:pPr>
        <w:pStyle w:val="ListParagraph"/>
      </w:pPr>
      <w:r>
        <w:rPr>
          <w:sz w:val="22"/>
        </w:rPr>
        <w:t>C. Vật lí và hóa học</w:t>
      </w:r>
    </w:p>
    <w:p>
      <w:pPr>
        <w:pStyle w:val="ListParagraph"/>
      </w:pPr>
      <w:r>
        <w:rPr>
          <w:sz w:val="22"/>
        </w:rPr>
        <w:t>D. Cơ khí và nông nghiệp</w:t>
      </w:r>
    </w:p>
    <w:p/>
    <w:p>
      <w:r>
        <w:rPr>
          <w:b/>
          <w:sz w:val="24"/>
        </w:rPr>
        <w:t>Câu 8: Một trong những tác động tiêu cực của phát triển khoa học kĩ thuật và công nghệ là gì?</w:t>
      </w:r>
    </w:p>
    <w:p>
      <w:pPr>
        <w:pStyle w:val="ListParagraph"/>
      </w:pPr>
      <w:r>
        <w:rPr>
          <w:sz w:val="22"/>
        </w:rPr>
        <w:t>A. Mở rộng giao lưu văn hóa</w:t>
      </w:r>
    </w:p>
    <w:p>
      <w:pPr>
        <w:pStyle w:val="ListParagraph"/>
      </w:pPr>
      <w:r>
        <w:rPr>
          <w:sz w:val="22"/>
        </w:rPr>
        <w:t>B. Tăng năng suất lao động</w:t>
      </w:r>
    </w:p>
    <w:p>
      <w:pPr>
        <w:pStyle w:val="ListParagraph"/>
      </w:pPr>
      <w:r>
        <w:rPr>
          <w:sz w:val="22"/>
        </w:rPr>
        <w:t>C. Gia tăng ô nhiễm môi trường</w:t>
      </w:r>
    </w:p>
    <w:p>
      <w:pPr>
        <w:pStyle w:val="ListParagraph"/>
      </w:pPr>
      <w:r>
        <w:rPr>
          <w:sz w:val="22"/>
        </w:rPr>
        <w:t>D. Nâng cao chất lượng cuộc sống</w:t>
      </w:r>
    </w:p>
    <w:p/>
    <w:p>
      <w:r>
        <w:rPr>
          <w:b/>
          <w:sz w:val="24"/>
        </w:rPr>
        <w:t>Câu 9: Công nghệ in 3D thuộc lĩnh vực nào sau đây?</w:t>
      </w:r>
    </w:p>
    <w:p>
      <w:pPr>
        <w:pStyle w:val="ListParagraph"/>
      </w:pPr>
      <w:r>
        <w:rPr>
          <w:sz w:val="22"/>
        </w:rPr>
        <w:t>A. Công nghệ sinh học</w:t>
      </w:r>
    </w:p>
    <w:p>
      <w:pPr>
        <w:pStyle w:val="ListParagraph"/>
      </w:pPr>
      <w:r>
        <w:rPr>
          <w:sz w:val="22"/>
        </w:rPr>
        <w:t>B. Công nghệ chế tạo</w:t>
      </w:r>
    </w:p>
    <w:p>
      <w:pPr>
        <w:pStyle w:val="ListParagraph"/>
      </w:pPr>
      <w:r>
        <w:rPr>
          <w:sz w:val="22"/>
        </w:rPr>
        <w:t>C. Công nghệ năng lượng</w:t>
      </w:r>
    </w:p>
    <w:p>
      <w:pPr>
        <w:pStyle w:val="ListParagraph"/>
      </w:pPr>
      <w:r>
        <w:rPr>
          <w:sz w:val="22"/>
        </w:rPr>
        <w:t>D. Công nghệ vật liệu</w:t>
      </w:r>
    </w:p>
    <w:p/>
    <w:p>
      <w:r>
        <w:rPr>
          <w:b/>
          <w:sz w:val="24"/>
        </w:rPr>
        <w:t>Câu 10: Nội dung nào sau đây thể hiện mối quan hệ giữa khoa học và công nghệ?</w:t>
      </w:r>
    </w:p>
    <w:p>
      <w:pPr>
        <w:pStyle w:val="ListParagraph"/>
      </w:pPr>
      <w:r>
        <w:rPr>
          <w:sz w:val="22"/>
        </w:rPr>
        <w:t>A. Công nghệ thay thế hoàn toàn khoa học</w:t>
      </w:r>
    </w:p>
    <w:p>
      <w:pPr>
        <w:pStyle w:val="ListParagraph"/>
      </w:pPr>
      <w:r>
        <w:rPr>
          <w:sz w:val="22"/>
        </w:rPr>
        <w:t>B. Công nghệ không cần dựa vào khoa học</w:t>
      </w:r>
    </w:p>
    <w:p>
      <w:pPr>
        <w:pStyle w:val="ListParagraph"/>
      </w:pPr>
      <w:r>
        <w:rPr>
          <w:sz w:val="22"/>
        </w:rPr>
        <w:t>C. Khoa học là cơ sở để phát triển công nghệ</w:t>
      </w:r>
    </w:p>
    <w:p>
      <w:pPr>
        <w:pStyle w:val="ListParagraph"/>
      </w:pPr>
      <w:r>
        <w:rPr>
          <w:sz w:val="22"/>
        </w:rPr>
        <w:t>D. Khoa học và công nghệ không liên quan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Máy hơi nước là phát minh tiêu biểu của Cách mạng công nghiệp lần thứ nhất.</w:t>
      </w:r>
    </w:p>
    <w:p>
      <w:r>
        <w:rPr>
          <w:b/>
        </w:rPr>
        <w:t>Câu 2: Đáp án đúng: A</w:t>
      </w:r>
    </w:p>
    <w:p>
      <w:r>
        <w:rPr>
          <w:i/>
        </w:rPr>
        <w:t>Giải thích: Cách mạng công nghiệp lần thứ hai gắn với sự phát triển của năng lượng điện.</w:t>
      </w:r>
    </w:p>
    <w:p>
      <w:r>
        <w:rPr>
          <w:b/>
        </w:rPr>
        <w:t>Câu 3: Đáp án đúng: D</w:t>
      </w:r>
    </w:p>
    <w:p>
      <w:r>
        <w:rPr>
          <w:i/>
        </w:rPr>
        <w:t>Giải thích: Cách mạng công nghiệp lần thứ ba gắn với tự động hóa và công nghệ thông tin.</w:t>
      </w:r>
    </w:p>
    <w:p>
      <w:r>
        <w:rPr>
          <w:b/>
        </w:rPr>
        <w:t>Câu 4: Đáp án đúng: B</w:t>
      </w:r>
    </w:p>
    <w:p>
      <w:r>
        <w:rPr>
          <w:i/>
        </w:rPr>
        <w:t>Giải thích: Trí tuệ nhân tạo là một trong những công nghệ trụ cột của Cách mạng công nghiệp lần thứ tư.</w:t>
      </w:r>
    </w:p>
    <w:p>
      <w:r>
        <w:rPr>
          <w:b/>
        </w:rPr>
        <w:t>Câu 5: Đáp án đúng: B</w:t>
      </w:r>
    </w:p>
    <w:p>
      <w:r>
        <w:rPr>
          <w:i/>
        </w:rPr>
        <w:t>Giải thích: Khoa học kĩ thuật và công nghệ giúp nâng cao năng suất và chất lượng sản phẩm.</w:t>
      </w:r>
    </w:p>
    <w:p>
      <w:r>
        <w:rPr>
          <w:b/>
        </w:rPr>
        <w:t>Câu 6: Đáp án đúng: C</w:t>
      </w:r>
    </w:p>
    <w:p>
      <w:r>
        <w:rPr>
          <w:i/>
        </w:rPr>
        <w:t>Giải thích: Máy tính điện tử là thành tựu tiêu biểu của công nghệ thông tin.</w:t>
      </w:r>
    </w:p>
    <w:p>
      <w:r>
        <w:rPr>
          <w:b/>
        </w:rPr>
        <w:t>Câu 7: Đáp án đúng: A</w:t>
      </w:r>
    </w:p>
    <w:p>
      <w:r>
        <w:rPr>
          <w:i/>
        </w:rPr>
        <w:t>Giải thích: Cách mạng công nghiệp lần thứ tư dựa trên sự kết hợp kĩ thuật số, vật lí và sinh học.</w:t>
      </w:r>
    </w:p>
    <w:p>
      <w:r>
        <w:rPr>
          <w:b/>
        </w:rPr>
        <w:t>Câu 8: Đáp án đúng: C</w:t>
      </w:r>
    </w:p>
    <w:p>
      <w:r>
        <w:rPr>
          <w:i/>
        </w:rPr>
        <w:t>Giải thích: Phát triển khoa học kĩ thuật và công nghệ có thể gây gia tăng ô nhiễm môi trường.</w:t>
      </w:r>
    </w:p>
    <w:p>
      <w:r>
        <w:rPr>
          <w:b/>
        </w:rPr>
        <w:t>Câu 9: Đáp án đúng: B</w:t>
      </w:r>
    </w:p>
    <w:p>
      <w:r>
        <w:rPr>
          <w:i/>
        </w:rPr>
        <w:t>Giải thích: In 3D là một công nghệ thuộc lĩnh vực chế tạo.</w:t>
      </w:r>
    </w:p>
    <w:p>
      <w:r>
        <w:rPr>
          <w:b/>
        </w:rPr>
        <w:t>Câu 10: Đáp án đúng: C</w:t>
      </w:r>
    </w:p>
    <w:p>
      <w:r>
        <w:rPr>
          <w:i/>
        </w:rPr>
        <w:t>Giải thích: Khoa học là cơ sở để phát triển công nghệ.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