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sưe 12: chiến tranh 2 cực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Hội nghị Ianta (2/1945) diễn ra trong bối cảnh nào?</w:t>
      </w:r>
    </w:p>
    <w:p>
      <w:pPr>
        <w:pStyle w:val="ListParagraph"/>
      </w:pPr>
      <w:r>
        <w:rPr>
          <w:sz w:val="22"/>
        </w:rPr>
        <w:t>A. Chiến tranh lạnh đã kết thúc</w:t>
      </w:r>
    </w:p>
    <w:p>
      <w:pPr>
        <w:pStyle w:val="ListParagraph"/>
      </w:pPr>
      <w:r>
        <w:rPr>
          <w:sz w:val="22"/>
        </w:rPr>
        <w:t>B. Trật tự hai cực Ianta đã sụp đổ</w:t>
      </w:r>
    </w:p>
    <w:p>
      <w:pPr>
        <w:pStyle w:val="ListParagraph"/>
      </w:pPr>
      <w:r>
        <w:rPr>
          <w:sz w:val="22"/>
        </w:rPr>
        <w:t>C. Chiến tranh thế giới thứ hai bước vào giai đoạn kết thúc</w:t>
      </w:r>
    </w:p>
    <w:p>
      <w:pPr>
        <w:pStyle w:val="ListParagraph"/>
      </w:pPr>
      <w:r>
        <w:rPr>
          <w:sz w:val="22"/>
        </w:rPr>
        <w:t>D. Chiến tranh thế giới thứ hai mới bắt đầu</w:t>
      </w:r>
    </w:p>
    <w:p/>
    <w:p>
      <w:r>
        <w:rPr>
          <w:b/>
          <w:sz w:val="24"/>
        </w:rPr>
        <w:t>Câu 2: Trật tự hai cực Ianta được hình thành chủ yếu do sự chi phối của những quốc gia nào?</w:t>
      </w:r>
    </w:p>
    <w:p>
      <w:pPr>
        <w:pStyle w:val="ListParagraph"/>
      </w:pPr>
      <w:r>
        <w:rPr>
          <w:sz w:val="22"/>
        </w:rPr>
        <w:t>A. Anh và Pháp</w:t>
      </w:r>
    </w:p>
    <w:p>
      <w:pPr>
        <w:pStyle w:val="ListParagraph"/>
      </w:pPr>
      <w:r>
        <w:rPr>
          <w:sz w:val="22"/>
        </w:rPr>
        <w:t>B. Trung Quốc và Anh</w:t>
      </w:r>
    </w:p>
    <w:p>
      <w:pPr>
        <w:pStyle w:val="ListParagraph"/>
      </w:pPr>
      <w:r>
        <w:rPr>
          <w:sz w:val="22"/>
        </w:rPr>
        <w:t>C. Đức và Nhật Bản</w:t>
      </w:r>
    </w:p>
    <w:p>
      <w:pPr>
        <w:pStyle w:val="ListParagraph"/>
      </w:pPr>
      <w:r>
        <w:rPr>
          <w:sz w:val="22"/>
        </w:rPr>
        <w:t>D. Liên Xô và Mĩ</w:t>
      </w:r>
    </w:p>
    <w:p/>
    <w:p>
      <w:r>
        <w:rPr>
          <w:b/>
          <w:sz w:val="24"/>
        </w:rPr>
        <w:t>Câu 3: Đặc trưng nổi bật của quan hệ quốc tế trong thời kì Chiến tranh lạnh là gì?</w:t>
      </w:r>
    </w:p>
    <w:p>
      <w:pPr>
        <w:pStyle w:val="ListParagraph"/>
      </w:pPr>
      <w:r>
        <w:rPr>
          <w:sz w:val="22"/>
        </w:rPr>
        <w:t>A. Liên kết khu vực phát triển mạnh</w:t>
      </w:r>
    </w:p>
    <w:p>
      <w:pPr>
        <w:pStyle w:val="ListParagraph"/>
      </w:pPr>
      <w:r>
        <w:rPr>
          <w:sz w:val="22"/>
        </w:rPr>
        <w:t>B. Các nước cùng nhau chống chủ nghĩa thực dân</w:t>
      </w:r>
    </w:p>
    <w:p>
      <w:pPr>
        <w:pStyle w:val="ListParagraph"/>
      </w:pPr>
      <w:r>
        <w:rPr>
          <w:sz w:val="22"/>
        </w:rPr>
        <w:t>C. Hợp tác kinh tế toàn cầu</w:t>
      </w:r>
    </w:p>
    <w:p>
      <w:pPr>
        <w:pStyle w:val="ListParagraph"/>
      </w:pPr>
      <w:r>
        <w:rPr>
          <w:sz w:val="22"/>
        </w:rPr>
        <w:t>D. Đối đầu giữa hai phe xã hội chủ nghĩa và tư bản chủ nghĩa</w:t>
      </w:r>
    </w:p>
    <w:p/>
    <w:p>
      <w:r>
        <w:rPr>
          <w:b/>
          <w:sz w:val="24"/>
        </w:rPr>
        <w:t>Câu 4: Tổ chức Hiệp ước Vácsava (1955) được thành lập nhằm mục đích gì?</w:t>
      </w:r>
    </w:p>
    <w:p>
      <w:pPr>
        <w:pStyle w:val="ListParagraph"/>
      </w:pPr>
      <w:r>
        <w:rPr>
          <w:sz w:val="22"/>
        </w:rPr>
        <w:t>A. Thành lập liên minh châu Âu</w:t>
      </w:r>
    </w:p>
    <w:p>
      <w:pPr>
        <w:pStyle w:val="ListParagraph"/>
      </w:pPr>
      <w:r>
        <w:rPr>
          <w:sz w:val="22"/>
        </w:rPr>
        <w:t>B. Đối trọng với khối quân sự NATO của phương Tây</w:t>
      </w:r>
    </w:p>
    <w:p>
      <w:pPr>
        <w:pStyle w:val="ListParagraph"/>
      </w:pPr>
      <w:r>
        <w:rPr>
          <w:sz w:val="22"/>
        </w:rPr>
        <w:t>C. Tăng cường hợp tác kinh tế Đông Âu</w:t>
      </w:r>
    </w:p>
    <w:p>
      <w:pPr>
        <w:pStyle w:val="ListParagraph"/>
      </w:pPr>
      <w:r>
        <w:rPr>
          <w:sz w:val="22"/>
        </w:rPr>
        <w:t>D. Thúc đẩy phi thực dân hóa ở châu Á</w:t>
      </w:r>
    </w:p>
    <w:p/>
    <w:p>
      <w:r>
        <w:rPr>
          <w:b/>
          <w:sz w:val="24"/>
        </w:rPr>
        <w:t>Câu 5: Sự kiện nào được xem là biểu tượng cho sự sụp đổ của trật tự hai cực Ianta?</w:t>
      </w:r>
    </w:p>
    <w:p>
      <w:pPr>
        <w:pStyle w:val="ListParagraph"/>
      </w:pPr>
      <w:r>
        <w:rPr>
          <w:sz w:val="22"/>
        </w:rPr>
        <w:t>A. Bức tường Berlin bị phá bỏ năm 1989</w:t>
      </w:r>
    </w:p>
    <w:p>
      <w:pPr>
        <w:pStyle w:val="ListParagraph"/>
      </w:pPr>
      <w:r>
        <w:rPr>
          <w:sz w:val="22"/>
        </w:rPr>
        <w:t>B. Khủng hoảng tên lửa Cuba năm 1962</w:t>
      </w:r>
    </w:p>
    <w:p>
      <w:pPr>
        <w:pStyle w:val="ListParagraph"/>
      </w:pPr>
      <w:r>
        <w:rPr>
          <w:sz w:val="22"/>
        </w:rPr>
        <w:t>C. Chiến tranh Triều Tiên bùng nổ năm 1950</w:t>
      </w:r>
    </w:p>
    <w:p>
      <w:pPr>
        <w:pStyle w:val="ListParagraph"/>
      </w:pPr>
      <w:r>
        <w:rPr>
          <w:sz w:val="22"/>
        </w:rPr>
        <w:t>D. Cách mạng Cuba thắng lợi năm 1959</w:t>
      </w:r>
    </w:p>
    <w:p/>
    <w:p>
      <w:r>
        <w:rPr>
          <w:b/>
          <w:sz w:val="24"/>
        </w:rPr>
        <w:t>Câu 6: Chiến tranh lạnh kết thúc gắn với sự kiện nào?</w:t>
      </w:r>
    </w:p>
    <w:p>
      <w:pPr>
        <w:pStyle w:val="ListParagraph"/>
      </w:pPr>
      <w:r>
        <w:rPr>
          <w:sz w:val="22"/>
        </w:rPr>
        <w:t>A. Kế hoạch Mácsan năm 1947</w:t>
      </w:r>
    </w:p>
    <w:p>
      <w:pPr>
        <w:pStyle w:val="ListParagraph"/>
      </w:pPr>
      <w:r>
        <w:rPr>
          <w:sz w:val="22"/>
        </w:rPr>
        <w:t>B. Hiệp định Paris về Việt Nam năm 1973</w:t>
      </w:r>
    </w:p>
    <w:p>
      <w:pPr>
        <w:pStyle w:val="ListParagraph"/>
      </w:pPr>
      <w:r>
        <w:rPr>
          <w:sz w:val="22"/>
        </w:rPr>
        <w:t>C. Liên Xô tan rã năm 1991</w:t>
      </w:r>
    </w:p>
    <w:p>
      <w:pPr>
        <w:pStyle w:val="ListParagraph"/>
      </w:pPr>
      <w:r>
        <w:rPr>
          <w:sz w:val="22"/>
        </w:rPr>
        <w:t>D. Hội nghị Ianta năm 1945</w:t>
      </w:r>
    </w:p>
    <w:p/>
    <w:p>
      <w:r>
        <w:rPr>
          <w:b/>
          <w:sz w:val="24"/>
        </w:rPr>
        <w:t>Câu 7: Kế hoạch Mácsan (1947) của Mĩ nhằm mục đích chủ yếu nào?</w:t>
      </w:r>
    </w:p>
    <w:p>
      <w:pPr>
        <w:pStyle w:val="ListParagraph"/>
      </w:pPr>
      <w:r>
        <w:rPr>
          <w:sz w:val="22"/>
        </w:rPr>
        <w:t>A. Thành lập khối quân sự NATO</w:t>
      </w:r>
    </w:p>
    <w:p>
      <w:pPr>
        <w:pStyle w:val="ListParagraph"/>
      </w:pPr>
      <w:r>
        <w:rPr>
          <w:sz w:val="22"/>
        </w:rPr>
        <w:t>B. Viện trợ kinh tế để khôi phục Tây Âu và chống ảnh hưởng của chủ nghĩa cộng sản</w:t>
      </w:r>
    </w:p>
    <w:p>
      <w:pPr>
        <w:pStyle w:val="ListParagraph"/>
      </w:pPr>
      <w:r>
        <w:rPr>
          <w:sz w:val="22"/>
        </w:rPr>
        <w:t>C. Xây dựng hàng rào kinh tế giữa hai miền nước Đức</w:t>
      </w:r>
    </w:p>
    <w:p>
      <w:pPr>
        <w:pStyle w:val="ListParagraph"/>
      </w:pPr>
      <w:r>
        <w:rPr>
          <w:sz w:val="22"/>
        </w:rPr>
        <w:t>D. Viện trợ cho các nước xã hội chủ nghĩa</w:t>
      </w:r>
    </w:p>
    <w:p/>
    <w:p>
      <w:r>
        <w:rPr>
          <w:b/>
          <w:sz w:val="24"/>
        </w:rPr>
        <w:t>Câu 8: Tổ chức NATO được thành lập năm 1949 là liên minh quân sự của các nước nào?</w:t>
      </w:r>
    </w:p>
    <w:p>
      <w:pPr>
        <w:pStyle w:val="ListParagraph"/>
      </w:pPr>
      <w:r>
        <w:rPr>
          <w:sz w:val="22"/>
        </w:rPr>
        <w:t>A. Các nước tư bản chủ nghĩa do Mĩ đứng đầu</w:t>
      </w:r>
    </w:p>
    <w:p>
      <w:pPr>
        <w:pStyle w:val="ListParagraph"/>
      </w:pPr>
      <w:r>
        <w:rPr>
          <w:sz w:val="22"/>
        </w:rPr>
        <w:t>B. Các nước Đông Nam Á</w:t>
      </w:r>
    </w:p>
    <w:p>
      <w:pPr>
        <w:pStyle w:val="ListParagraph"/>
      </w:pPr>
      <w:r>
        <w:rPr>
          <w:sz w:val="22"/>
        </w:rPr>
        <w:t>C. Các nước xã hội chủ nghĩa</w:t>
      </w:r>
    </w:p>
    <w:p>
      <w:pPr>
        <w:pStyle w:val="ListParagraph"/>
      </w:pPr>
      <w:r>
        <w:rPr>
          <w:sz w:val="22"/>
        </w:rPr>
        <w:t>D. Các nước không liên kết</w:t>
      </w:r>
    </w:p>
    <w:p/>
    <w:p>
      <w:r>
        <w:rPr>
          <w:b/>
          <w:sz w:val="24"/>
        </w:rPr>
        <w:t>Câu 9: Học thuyết Truman (1947) thể hiện điều gì trong chính sách đối ngoại của Mĩ?</w:t>
      </w:r>
    </w:p>
    <w:p>
      <w:pPr>
        <w:pStyle w:val="ListParagraph"/>
      </w:pPr>
      <w:r>
        <w:rPr>
          <w:sz w:val="22"/>
        </w:rPr>
        <w:t>A. Tập trung phát triển kinh tế trong nước</w:t>
      </w:r>
    </w:p>
    <w:p>
      <w:pPr>
        <w:pStyle w:val="ListParagraph"/>
      </w:pPr>
      <w:r>
        <w:rPr>
          <w:sz w:val="22"/>
        </w:rPr>
        <w:t>B. Rút khỏi các liên minh quân sự ở châu Âu</w:t>
      </w:r>
    </w:p>
    <w:p>
      <w:pPr>
        <w:pStyle w:val="ListParagraph"/>
      </w:pPr>
      <w:r>
        <w:rPr>
          <w:sz w:val="22"/>
        </w:rPr>
        <w:t>C. Chủ trương hòa hoãn với Liên Xô</w:t>
      </w:r>
    </w:p>
    <w:p>
      <w:pPr>
        <w:pStyle w:val="ListParagraph"/>
      </w:pPr>
      <w:r>
        <w:rPr>
          <w:sz w:val="22"/>
        </w:rPr>
        <w:t>D. Cam kết ngăn chặn sự lan rộng của chủ nghĩa cộng sản</w:t>
      </w:r>
    </w:p>
    <w:p/>
    <w:p>
      <w:r>
        <w:rPr>
          <w:b/>
          <w:sz w:val="24"/>
        </w:rPr>
        <w:t>Câu 10: Sự kiện nào đánh dấu sự khởi đầu của Chiến tranh lạnh?</w:t>
      </w:r>
    </w:p>
    <w:p>
      <w:pPr>
        <w:pStyle w:val="ListParagraph"/>
      </w:pPr>
      <w:r>
        <w:rPr>
          <w:sz w:val="22"/>
        </w:rPr>
        <w:t>A. Thành lập Cộng đồng châu Âu năm 1957</w:t>
      </w:r>
    </w:p>
    <w:p>
      <w:pPr>
        <w:pStyle w:val="ListParagraph"/>
      </w:pPr>
      <w:r>
        <w:rPr>
          <w:sz w:val="22"/>
        </w:rPr>
        <w:t>B. Diễn văn của Truman và Kế hoạch Mácsan năm 1947</w:t>
      </w:r>
    </w:p>
    <w:p>
      <w:pPr>
        <w:pStyle w:val="ListParagraph"/>
      </w:pPr>
      <w:r>
        <w:rPr>
          <w:sz w:val="22"/>
        </w:rPr>
        <w:t>C. Hiệp định Giơnevơ năm 1954</w:t>
      </w:r>
    </w:p>
    <w:p>
      <w:pPr>
        <w:pStyle w:val="ListParagraph"/>
      </w:pPr>
      <w:r>
        <w:rPr>
          <w:sz w:val="22"/>
        </w:rPr>
        <w:t>D. Hội nghị Ianta năm 1945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i/>
        </w:rPr>
        <w:t>Giải thích: Hội nghị Ianta diễn ra khi Chiến tranh thế giới thứ hai bước vào giai đoạn kết thúc, nhằm phân chia khu vực ảnh hưởng.</w:t>
      </w:r>
    </w:p>
    <w:p>
      <w:r>
        <w:rPr>
          <w:b/>
        </w:rPr>
        <w:t>Câu 2: Đáp án đúng: D</w:t>
      </w:r>
    </w:p>
    <w:p>
      <w:r>
        <w:rPr>
          <w:i/>
        </w:rPr>
        <w:t>Giải thích: Trật tự hai cực Ianta do Liên Xô và Mĩ đứng đầu hai cực chi phối quan hệ quốc tế sau Chiến tranh thế giới thứ hai.</w:t>
      </w:r>
    </w:p>
    <w:p>
      <w:r>
        <w:rPr>
          <w:b/>
        </w:rPr>
        <w:t>Câu 3: Đáp án đúng: D</w:t>
      </w:r>
    </w:p>
    <w:p>
      <w:r>
        <w:rPr>
          <w:i/>
        </w:rPr>
        <w:t>Giải thích: Chiến tranh lạnh là sự đối đầu căng thẳng giữa phe xã hội chủ nghĩa do Liên Xô đứng đầu và phe tư bản chủ nghĩa do Mĩ đứng đầu.</w:t>
      </w:r>
    </w:p>
    <w:p>
      <w:r>
        <w:rPr>
          <w:b/>
        </w:rPr>
        <w:t>Câu 4: Đáp án đúng: B</w:t>
      </w:r>
    </w:p>
    <w:p>
      <w:r>
        <w:rPr>
          <w:i/>
        </w:rPr>
        <w:t>Giải thích: Hiệp ước Vácsava là liên minh quân sự của các nước xã hội chủ nghĩa, thành lập để đối trọng với NATO.</w:t>
      </w:r>
    </w:p>
    <w:p>
      <w:r>
        <w:rPr>
          <w:b/>
        </w:rPr>
        <w:t>Câu 5: Đáp án đúng: A</w:t>
      </w:r>
    </w:p>
    <w:p>
      <w:r>
        <w:rPr>
          <w:i/>
        </w:rPr>
        <w:t>Giải thích: Việc bức tường Berlin bị phá bỏ năm 1989 là biểu tượng cho sự tan rã của trật tự hai cực Ianta.</w:t>
      </w:r>
    </w:p>
    <w:p>
      <w:r>
        <w:rPr>
          <w:b/>
        </w:rPr>
        <w:t>Câu 6: Đáp án đúng: C</w:t>
      </w:r>
    </w:p>
    <w:p>
      <w:r>
        <w:rPr>
          <w:i/>
        </w:rPr>
        <w:t>Giải thích: Sự tan rã của Liên Xô năm 1991 đánh dấu chấm dứt Chiến tranh lạnh và trật tự hai cực Ianta.</w:t>
      </w:r>
    </w:p>
    <w:p>
      <w:r>
        <w:rPr>
          <w:b/>
        </w:rPr>
        <w:t>Câu 7: Đáp án đúng: B</w:t>
      </w:r>
    </w:p>
    <w:p>
      <w:r>
        <w:rPr>
          <w:i/>
        </w:rPr>
        <w:t>Giải thích: Kế hoạch Mácsan viện trợ kinh tế cho Tây Âu nhằm khôi phục kinh tế và ngăn chặn ảnh hưởng của chủ nghĩa cộng sản.</w:t>
      </w:r>
    </w:p>
    <w:p>
      <w:r>
        <w:rPr>
          <w:b/>
        </w:rPr>
        <w:t>Câu 8: Đáp án đúng: A</w:t>
      </w:r>
    </w:p>
    <w:p>
      <w:r>
        <w:rPr>
          <w:i/>
        </w:rPr>
        <w:t>Giải thích: NATO là liên minh quân sự của các nước tư bản chủ nghĩa do Mĩ đứng đầu, thành lập năm 1949.</w:t>
      </w:r>
    </w:p>
    <w:p>
      <w:r>
        <w:rPr>
          <w:b/>
        </w:rPr>
        <w:t>Câu 9: Đáp án đúng: D</w:t>
      </w:r>
    </w:p>
    <w:p>
      <w:r>
        <w:rPr>
          <w:i/>
        </w:rPr>
        <w:t>Giải thích: Học thuyết Truman khẳng định Mĩ cam kết ngăn chặn sự lan rộng của chủ nghĩa cộng sản trên thế giới.</w:t>
      </w:r>
    </w:p>
    <w:p>
      <w:r>
        <w:rPr>
          <w:b/>
        </w:rPr>
        <w:t>Câu 10: Đáp án đúng: B</w:t>
      </w:r>
    </w:p>
    <w:p>
      <w:r>
        <w:rPr>
          <w:i/>
        </w:rPr>
        <w:t>Giải thích: Diễn văn của Truman và Kế hoạch Mácsan năm 1947 được xem là những sự kiện mở đầu Chiến tranh lạnh.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