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GDCD / KTPL - Điền cụm từ thích hợp vào chỗ trống trong khái niệ</w:t>
      </w:r>
    </w:p>
    <w:p>
      <w:pPr>
        <w:jc w:val="center"/>
      </w:pPr>
      <w:r>
        <w:rPr>
          <w:sz w:val="22"/>
        </w:rPr>
        <w:t>Số câu: 23    Thời gian: _____ phút    Họ và tên: _________________________</w:t>
      </w:r>
    </w:p>
    <w:p/>
    <w:p>
      <w:r>
        <w:rPr>
          <w:b/>
          <w:sz w:val="24"/>
        </w:rPr>
        <w:t>Câu 1: Điền cụm từ thích hợp vào chỗ trống trong khái niệm: “... là hiện tượng xã hội tiêu cực, có tính phổ biến, lan truyền, biểu hiện bằng những hành vi vi phạm pháp luật, lệch chuẩn mực xã hội, chuẩn mực đạo đức, gây nguy hiểm cho xã hội.”</w:t>
      </w:r>
    </w:p>
    <w:p>
      <w:pPr>
        <w:pStyle w:val="ListParagraph"/>
      </w:pPr>
      <w:r>
        <w:rPr>
          <w:sz w:val="22"/>
        </w:rPr>
        <w:t>A. Bạo lực học đường.</w:t>
      </w:r>
    </w:p>
    <w:p>
      <w:pPr>
        <w:pStyle w:val="ListParagraph"/>
      </w:pPr>
      <w:r>
        <w:rPr>
          <w:sz w:val="22"/>
        </w:rPr>
        <w:t>B. Tội phạm hình sự.</w:t>
      </w:r>
    </w:p>
    <w:p>
      <w:pPr>
        <w:pStyle w:val="ListParagraph"/>
      </w:pPr>
      <w:r>
        <w:rPr>
          <w:sz w:val="22"/>
        </w:rPr>
        <w:t>C. Bạo lực gia đình.</w:t>
      </w:r>
    </w:p>
    <w:p>
      <w:pPr>
        <w:pStyle w:val="ListParagraph"/>
      </w:pPr>
      <w:r>
        <w:rPr>
          <w:sz w:val="22"/>
        </w:rPr>
        <w:t>D. Tệ nạn xã hội.</w:t>
      </w:r>
    </w:p>
    <w:p/>
    <w:p>
      <w:r>
        <w:rPr>
          <w:b/>
          <w:sz w:val="24"/>
        </w:rPr>
        <w:t>Câu 2: Nội dung nào sau đây không phản ánh đúng mục tiêu của Đảng về Chiến lược bảo vệ Tổ quốc Việt Nam xã hội chủ nghĩa trong tình hình mới?</w:t>
      </w:r>
    </w:p>
    <w:p>
      <w:pPr>
        <w:pStyle w:val="ListParagraph"/>
      </w:pPr>
      <w:r>
        <w:rPr>
          <w:sz w:val="22"/>
        </w:rPr>
        <w:t>A. Bảo vệ vững chắc độc lập, chủ quyền, thống nhất, toàn vẹn lãnh thổ của Tổ quốc.</w:t>
      </w:r>
    </w:p>
    <w:p>
      <w:pPr>
        <w:pStyle w:val="ListParagraph"/>
      </w:pPr>
      <w:r>
        <w:rPr>
          <w:sz w:val="22"/>
        </w:rPr>
        <w:t>B. Giữ vững môi trường hòa bình, ổn định chính trị, an ninh quốc gia, an ninh con người.</w:t>
      </w:r>
    </w:p>
    <w:p>
      <w:pPr>
        <w:pStyle w:val="ListParagraph"/>
      </w:pPr>
      <w:r>
        <w:rPr>
          <w:sz w:val="22"/>
        </w:rPr>
        <w:t>C. Bảo vệ Đảng, Nhà nước, nhân dân, chế độ xã hội chủ nghĩa, văn hóa, lợi ích quốc gia.</w:t>
      </w:r>
    </w:p>
    <w:p>
      <w:pPr>
        <w:pStyle w:val="ListParagraph"/>
      </w:pPr>
      <w:r>
        <w:rPr>
          <w:sz w:val="22"/>
        </w:rPr>
        <w:t>D. Kết hợp chặt chẽ hai nhiệm vụ: xây dựng và bảo vệ Tổ quốc xã hội chủ nghĩa như nhau.</w:t>
      </w:r>
    </w:p>
    <w:p/>
    <w:p>
      <w:r>
        <w:rPr>
          <w:b/>
          <w:sz w:val="24"/>
        </w:rPr>
        <w:t>Câu 3: Nội dung nào sau đây không phản ánh đúng trách nhiệm của học sinh trong việc phòng chống tệ nạn xã hội?</w:t>
      </w:r>
    </w:p>
    <w:p>
      <w:pPr>
        <w:pStyle w:val="ListParagraph"/>
      </w:pPr>
      <w:r>
        <w:rPr>
          <w:sz w:val="22"/>
        </w:rPr>
        <w:t>A. Không tham gia hoạt động phòng chống tệ nạn xã hội do địa phương tổ chức.</w:t>
      </w:r>
    </w:p>
    <w:p>
      <w:pPr>
        <w:pStyle w:val="ListParagraph"/>
      </w:pPr>
      <w:r>
        <w:rPr>
          <w:sz w:val="22"/>
        </w:rPr>
        <w:t>B. Học tập đầy đủ các nội dung giáo dục về phòng, chống tệ nạn xã hội.</w:t>
      </w:r>
    </w:p>
    <w:p>
      <w:pPr>
        <w:pStyle w:val="ListParagraph"/>
      </w:pPr>
      <w:r>
        <w:rPr>
          <w:sz w:val="22"/>
        </w:rPr>
        <w:t>C. Gương mẫu thực hiện quy định của pháp luật, tích cực sinh hoạt cộng đồng.</w:t>
      </w:r>
    </w:p>
    <w:p>
      <w:pPr>
        <w:pStyle w:val="ListParagraph"/>
      </w:pPr>
      <w:r>
        <w:rPr>
          <w:sz w:val="22"/>
        </w:rPr>
        <w:t>D. Tự giác thực hiện trách nhiệm công dân trong phòng, chống tệ nạn xã hội.</w:t>
      </w:r>
    </w:p>
    <w:p/>
    <w:p>
      <w:r>
        <w:rPr>
          <w:b/>
          <w:sz w:val="24"/>
        </w:rPr>
        <w:t>Câu 4: Hành vi không đăng kí nghĩa vụ quân sự lần đầu sẽ bị xử phạt bằng hình thức nào sau đây?</w:t>
      </w:r>
    </w:p>
    <w:p>
      <w:pPr>
        <w:pStyle w:val="ListParagraph"/>
      </w:pPr>
      <w:r>
        <w:rPr>
          <w:sz w:val="22"/>
        </w:rPr>
        <w:t>A. Tù không thời hạn.</w:t>
      </w:r>
    </w:p>
    <w:p>
      <w:pPr>
        <w:pStyle w:val="ListParagraph"/>
      </w:pPr>
      <w:r>
        <w:rPr>
          <w:sz w:val="22"/>
        </w:rPr>
        <w:t>B. Tù có thời hạn.</w:t>
      </w:r>
    </w:p>
    <w:p>
      <w:pPr>
        <w:pStyle w:val="ListParagraph"/>
      </w:pPr>
      <w:r>
        <w:rPr>
          <w:sz w:val="22"/>
        </w:rPr>
        <w:t>C. Phạt tiền.</w:t>
      </w:r>
    </w:p>
    <w:p>
      <w:pPr>
        <w:pStyle w:val="ListParagraph"/>
      </w:pPr>
      <w:r>
        <w:rPr>
          <w:sz w:val="22"/>
        </w:rPr>
        <w:t>D. Cải tạo không giam giữ.</w:t>
      </w:r>
    </w:p>
    <w:p/>
    <w:p>
      <w:r>
        <w:rPr>
          <w:b/>
          <w:sz w:val="24"/>
        </w:rPr>
        <w:t>Câu 5: Những ai tôn trọng độc lập, chủ quyền, thiết lập và mở rộng quan hệ hữu nghị, hợp tác bình đẳng, cùng có lợi với Việt Nam đều là...</w:t>
      </w:r>
    </w:p>
    <w:p>
      <w:pPr>
        <w:pStyle w:val="ListParagraph"/>
      </w:pPr>
      <w:r>
        <w:rPr>
          <w:sz w:val="22"/>
        </w:rPr>
        <w:t>A. Đối thủ.</w:t>
      </w:r>
    </w:p>
    <w:p>
      <w:pPr>
        <w:pStyle w:val="ListParagraph"/>
      </w:pPr>
      <w:r>
        <w:rPr>
          <w:sz w:val="22"/>
        </w:rPr>
        <w:t>B. Đối tượng.</w:t>
      </w:r>
    </w:p>
    <w:p>
      <w:pPr>
        <w:pStyle w:val="ListParagraph"/>
      </w:pPr>
      <w:r>
        <w:rPr>
          <w:sz w:val="22"/>
        </w:rPr>
        <w:t>C. Đối tác.</w:t>
      </w:r>
    </w:p>
    <w:p>
      <w:pPr>
        <w:pStyle w:val="ListParagraph"/>
      </w:pPr>
      <w:r>
        <w:rPr>
          <w:sz w:val="22"/>
        </w:rPr>
        <w:t>D. Kẻ thù.</w:t>
      </w:r>
    </w:p>
    <w:p/>
    <w:p>
      <w:r>
        <w:rPr>
          <w:b/>
          <w:sz w:val="24"/>
        </w:rPr>
        <w:t>Câu 6: Biên giới quốc gia trên biển được hoạch định và đánh dấu bằng...</w:t>
      </w:r>
    </w:p>
    <w:p>
      <w:pPr>
        <w:pStyle w:val="ListParagraph"/>
      </w:pPr>
      <w:r>
        <w:rPr>
          <w:sz w:val="22"/>
        </w:rPr>
        <w:t>A. Hệ thống mốc quốc giới.</w:t>
      </w:r>
    </w:p>
    <w:p>
      <w:pPr>
        <w:pStyle w:val="ListParagraph"/>
      </w:pPr>
      <w:r>
        <w:rPr>
          <w:sz w:val="22"/>
        </w:rPr>
        <w:t>B. Các tọa độ trên hải đồ.</w:t>
      </w:r>
    </w:p>
    <w:p>
      <w:pPr>
        <w:pStyle w:val="ListParagraph"/>
      </w:pPr>
      <w:r>
        <w:rPr>
          <w:sz w:val="22"/>
        </w:rPr>
        <w:t>C. Một mốc quốc giới duy nhất.</w:t>
      </w:r>
    </w:p>
    <w:p>
      <w:pPr>
        <w:pStyle w:val="ListParagraph"/>
      </w:pPr>
      <w:r>
        <w:rPr>
          <w:sz w:val="22"/>
        </w:rPr>
        <w:t>D. Hệ tọa độ trên đất liền.</w:t>
      </w:r>
    </w:p>
    <w:p/>
    <w:p>
      <w:r>
        <w:rPr>
          <w:b/>
          <w:sz w:val="24"/>
        </w:rPr>
        <w:t>Câu 7: Trong Bộ luật Hình sự năm 2015, sửa đổi, bổ sung năm 2017, có bao nhiêu chương quy định về hình phạt các tội phạm?</w:t>
      </w:r>
    </w:p>
    <w:p>
      <w:pPr>
        <w:pStyle w:val="ListParagraph"/>
      </w:pPr>
      <w:r>
        <w:rPr>
          <w:sz w:val="22"/>
        </w:rPr>
        <w:t>A. 15 chương.</w:t>
      </w:r>
    </w:p>
    <w:p>
      <w:pPr>
        <w:pStyle w:val="ListParagraph"/>
      </w:pPr>
      <w:r>
        <w:rPr>
          <w:sz w:val="22"/>
        </w:rPr>
        <w:t>B. 14 chương.</w:t>
      </w:r>
    </w:p>
    <w:p>
      <w:pPr>
        <w:pStyle w:val="ListParagraph"/>
      </w:pPr>
      <w:r>
        <w:rPr>
          <w:sz w:val="22"/>
        </w:rPr>
        <w:t>C. 12 chương.</w:t>
      </w:r>
    </w:p>
    <w:p>
      <w:pPr>
        <w:pStyle w:val="ListParagraph"/>
      </w:pPr>
      <w:r>
        <w:rPr>
          <w:sz w:val="22"/>
        </w:rPr>
        <w:t>D. 13 chương.</w:t>
      </w:r>
    </w:p>
    <w:p/>
    <w:p>
      <w:r>
        <w:rPr>
          <w:b/>
          <w:sz w:val="24"/>
        </w:rPr>
        <w:t>Câu 8: Công dân có trách nhiệm gì trong thực hiện nghĩa vụ quân sự?</w:t>
      </w:r>
    </w:p>
    <w:p>
      <w:pPr>
        <w:pStyle w:val="ListParagraph"/>
      </w:pPr>
      <w:r>
        <w:rPr>
          <w:sz w:val="22"/>
        </w:rPr>
        <w:t>A. Chấp hành quy định của pháp luật về đăng kí và thực hiện nghĩa vụ quân sự.</w:t>
      </w:r>
    </w:p>
    <w:p>
      <w:pPr>
        <w:pStyle w:val="ListParagraph"/>
      </w:pPr>
      <w:r>
        <w:rPr>
          <w:sz w:val="22"/>
        </w:rPr>
        <w:t>B. Cố ý không nhận lệnh gọi kiểm tra, khám sức khỏe nghĩa vụ quân sự.</w:t>
      </w:r>
    </w:p>
    <w:p>
      <w:pPr>
        <w:pStyle w:val="ListParagraph"/>
      </w:pPr>
      <w:r>
        <w:rPr>
          <w:sz w:val="22"/>
        </w:rPr>
        <w:t>C. Làm sai lệch kết quả phân loại sức khỏe nhằm trốn tránh nghĩa vụ quân sự.</w:t>
      </w:r>
    </w:p>
    <w:p>
      <w:pPr>
        <w:pStyle w:val="ListParagraph"/>
      </w:pPr>
      <w:r>
        <w:rPr>
          <w:sz w:val="22"/>
        </w:rPr>
        <w:t>D. Không chấp hành lệnh gọi kiểm tra, khám sức khỏe nghĩa vụ quân sự.</w:t>
      </w:r>
    </w:p>
    <w:p/>
    <w:p>
      <w:r>
        <w:rPr>
          <w:b/>
          <w:sz w:val="24"/>
        </w:rPr>
        <w:t>Câu 9: Công ước của Liên hợp quốc về Luật Biển năm 1982 bao gồm...</w:t>
      </w:r>
    </w:p>
    <w:p>
      <w:pPr>
        <w:pStyle w:val="ListParagraph"/>
      </w:pPr>
      <w:r>
        <w:rPr>
          <w:sz w:val="22"/>
        </w:rPr>
        <w:t>A. 320 điều và 9 phụ lục.</w:t>
      </w:r>
    </w:p>
    <w:p>
      <w:pPr>
        <w:pStyle w:val="ListParagraph"/>
      </w:pPr>
      <w:r>
        <w:rPr>
          <w:sz w:val="22"/>
        </w:rPr>
        <w:t>B. 36 điều và 8 phụ lục.</w:t>
      </w:r>
    </w:p>
    <w:p>
      <w:pPr>
        <w:pStyle w:val="ListParagraph"/>
      </w:pPr>
      <w:r>
        <w:rPr>
          <w:sz w:val="22"/>
        </w:rPr>
        <w:t>C. 7 chương với 55 điều.</w:t>
      </w:r>
    </w:p>
    <w:p>
      <w:pPr>
        <w:pStyle w:val="ListParagraph"/>
      </w:pPr>
      <w:r>
        <w:rPr>
          <w:sz w:val="22"/>
        </w:rPr>
        <w:t>D. 9 chương với 62 điều.</w:t>
      </w:r>
    </w:p>
    <w:p/>
    <w:p>
      <w:r>
        <w:rPr>
          <w:b/>
          <w:sz w:val="24"/>
        </w:rPr>
        <w:t>Câu 10: Câu ca dao “Bắc ba quan tha hồ mở bát/ Cháo ba đồng chè đất không ăn” phản ánh về loại tệ nạn xã hội nào dưới đây?</w:t>
      </w:r>
    </w:p>
    <w:p>
      <w:pPr>
        <w:pStyle w:val="ListParagraph"/>
      </w:pPr>
      <w:r>
        <w:rPr>
          <w:sz w:val="22"/>
        </w:rPr>
        <w:t>A. Tệ nạn mại dâm.</w:t>
      </w:r>
    </w:p>
    <w:p>
      <w:pPr>
        <w:pStyle w:val="ListParagraph"/>
      </w:pPr>
      <w:r>
        <w:rPr>
          <w:sz w:val="22"/>
        </w:rPr>
        <w:t>B. Tệ nạn mê tín dị đoan.</w:t>
      </w:r>
    </w:p>
    <w:p>
      <w:pPr>
        <w:pStyle w:val="ListParagraph"/>
      </w:pPr>
      <w:r>
        <w:rPr>
          <w:sz w:val="22"/>
        </w:rPr>
        <w:t>C. Tệ nạn ma túy.</w:t>
      </w:r>
    </w:p>
    <w:p>
      <w:pPr>
        <w:pStyle w:val="ListParagraph"/>
      </w:pPr>
      <w:r>
        <w:rPr>
          <w:sz w:val="22"/>
        </w:rPr>
        <w:t>D. Tệ nạn cờ bạc.</w:t>
      </w:r>
    </w:p>
    <w:p/>
    <w:p>
      <w:r>
        <w:rPr>
          <w:b/>
          <w:sz w:val="24"/>
        </w:rPr>
        <w:t>Câu 11: Đối tượng đăng kí nghĩa vụ quân sự gồm...</w:t>
      </w:r>
    </w:p>
    <w:p>
      <w:pPr>
        <w:pStyle w:val="ListParagraph"/>
      </w:pPr>
      <w:r>
        <w:rPr>
          <w:sz w:val="22"/>
        </w:rPr>
        <w:t>A. Công dân nam đủ 21 tuổi trở lên; công dân nữ đủ 22 tuổi trở lên.</w:t>
      </w:r>
    </w:p>
    <w:p>
      <w:pPr>
        <w:pStyle w:val="ListParagraph"/>
      </w:pPr>
      <w:r>
        <w:rPr>
          <w:sz w:val="22"/>
        </w:rPr>
        <w:t>B. Công dân nam đủ 17 tuổi trở lên; công dân nữ đủ 18 tuổi trở lên.</w:t>
      </w:r>
    </w:p>
    <w:p>
      <w:pPr>
        <w:pStyle w:val="ListParagraph"/>
      </w:pPr>
      <w:r>
        <w:rPr>
          <w:sz w:val="22"/>
        </w:rPr>
        <w:t>C. Công dân nam đủ 22 tuổi trở lên; công dân nữ đủ 23 tuổi trở lên.</w:t>
      </w:r>
    </w:p>
    <w:p>
      <w:pPr>
        <w:pStyle w:val="ListParagraph"/>
      </w:pPr>
      <w:r>
        <w:rPr>
          <w:sz w:val="22"/>
        </w:rPr>
        <w:t>D. Công dân nam đủ 18 tuổi trở lên; công dân nữ đủ 17 tuổi trở lên.</w:t>
      </w:r>
    </w:p>
    <w:p/>
    <w:p>
      <w:r>
        <w:rPr>
          <w:b/>
          <w:sz w:val="24"/>
        </w:rPr>
        <w:t>Câu 12: Nội dung nào sau đây không phản ánh đúng những cách thức hoạt động phổ biến của tội phạm?</w:t>
      </w:r>
    </w:p>
    <w:p>
      <w:pPr>
        <w:pStyle w:val="ListParagraph"/>
      </w:pPr>
      <w:r>
        <w:rPr>
          <w:sz w:val="22"/>
        </w:rPr>
        <w:t>A. Chỉ lưu động trên phạm vi xã, phường.</w:t>
      </w:r>
    </w:p>
    <w:p>
      <w:pPr>
        <w:pStyle w:val="ListParagraph"/>
      </w:pPr>
      <w:r>
        <w:rPr>
          <w:sz w:val="22"/>
        </w:rPr>
        <w:t>B. Sử dụng thủ đoạn giả mạo, gian dối.</w:t>
      </w:r>
    </w:p>
    <w:p>
      <w:pPr>
        <w:pStyle w:val="ListParagraph"/>
      </w:pPr>
      <w:r>
        <w:rPr>
          <w:sz w:val="22"/>
        </w:rPr>
        <w:t>C. Câu kết thành các băng nhóm, tổ chức.</w:t>
      </w:r>
    </w:p>
    <w:p>
      <w:pPr>
        <w:pStyle w:val="ListParagraph"/>
      </w:pPr>
      <w:r>
        <w:rPr>
          <w:sz w:val="22"/>
        </w:rPr>
        <w:t>D. Sử dụng vũ khí, công cụ, phương tiện.</w:t>
      </w:r>
    </w:p>
    <w:p/>
    <w:p>
      <w:r>
        <w:rPr>
          <w:b/>
          <w:sz w:val="24"/>
        </w:rPr>
        <w:t>Câu 13: Hành vi sản xuất, mua bán, trao đổi hoặc tặng cho công cụ, thiết bị, phần mềm để sử dụng vào mục đích trái pháp luật sẽ bị xử phạt theo những hình thức nào?</w:t>
      </w:r>
    </w:p>
    <w:p>
      <w:pPr>
        <w:pStyle w:val="ListParagraph"/>
      </w:pPr>
      <w:r>
        <w:rPr>
          <w:sz w:val="22"/>
        </w:rPr>
        <w:t>A. Phạt tiền, phạt cải tạo không giam giữ hoặc phạt tù.</w:t>
      </w:r>
    </w:p>
    <w:p>
      <w:pPr>
        <w:pStyle w:val="ListParagraph"/>
      </w:pPr>
      <w:r>
        <w:rPr>
          <w:sz w:val="22"/>
        </w:rPr>
        <w:t>B. Cải tạo không giam giữ hoặc cảnh cáo.</w:t>
      </w:r>
    </w:p>
    <w:p>
      <w:pPr>
        <w:pStyle w:val="ListParagraph"/>
      </w:pPr>
      <w:r>
        <w:rPr>
          <w:sz w:val="22"/>
        </w:rPr>
        <w:t>C. Cảnh cáo, phạt tiền và phạt tử hình.</w:t>
      </w:r>
    </w:p>
    <w:p>
      <w:pPr>
        <w:pStyle w:val="ListParagraph"/>
      </w:pPr>
      <w:r>
        <w:rPr>
          <w:sz w:val="22"/>
        </w:rPr>
        <w:t>D. Cảnh cáo hoặc phạt tiền.</w:t>
      </w:r>
    </w:p>
    <w:p/>
    <w:p>
      <w:r>
        <w:rPr>
          <w:b/>
          <w:sz w:val="24"/>
        </w:rPr>
        <w:t>Câu 14: Trong hồ sơ đăng kí nghĩa vụ tham gia Công an nhân dân cần có...</w:t>
      </w:r>
    </w:p>
    <w:p>
      <w:pPr>
        <w:pStyle w:val="ListParagraph"/>
      </w:pPr>
      <w:r>
        <w:rPr>
          <w:sz w:val="22"/>
        </w:rPr>
        <w:t>A. Phiếu tự khai sức khỏe nghĩa vụ quân sự.</w:t>
      </w:r>
    </w:p>
    <w:p>
      <w:pPr>
        <w:pStyle w:val="ListParagraph"/>
      </w:pPr>
      <w:r>
        <w:rPr>
          <w:sz w:val="22"/>
        </w:rPr>
        <w:t>B. Bản chụp giấy khai sinh và sổ hộ khẩu.</w:t>
      </w:r>
    </w:p>
    <w:p>
      <w:pPr>
        <w:pStyle w:val="ListParagraph"/>
      </w:pPr>
      <w:r>
        <w:rPr>
          <w:sz w:val="22"/>
        </w:rPr>
        <w:t>C. Giấy chứng nhận đăng kí nghĩa vụ quân sự.</w:t>
      </w:r>
    </w:p>
    <w:p>
      <w:pPr>
        <w:pStyle w:val="ListParagraph"/>
      </w:pPr>
      <w:r>
        <w:rPr>
          <w:sz w:val="22"/>
        </w:rPr>
        <w:t>D. Sổ hộ khẩu và bản chụp căn cước công dân.</w:t>
      </w:r>
    </w:p>
    <w:p/>
    <w:p>
      <w:r>
        <w:rPr>
          <w:b/>
          <w:sz w:val="24"/>
        </w:rPr>
        <w:t>Câu 15: Công dân trực tiếp đăng kí nghĩa vụ quân sự tại...</w:t>
      </w:r>
    </w:p>
    <w:p>
      <w:pPr>
        <w:pStyle w:val="ListParagraph"/>
      </w:pPr>
      <w:r>
        <w:rPr>
          <w:sz w:val="22"/>
        </w:rPr>
        <w:t>A. Ban Chỉ huy quân sự cấp xã.</w:t>
      </w:r>
    </w:p>
    <w:p>
      <w:pPr>
        <w:pStyle w:val="ListParagraph"/>
      </w:pPr>
      <w:r>
        <w:rPr>
          <w:sz w:val="22"/>
        </w:rPr>
        <w:t>B. Ban Chỉ huy quân sự cấp tỉnh.</w:t>
      </w:r>
    </w:p>
    <w:p>
      <w:pPr>
        <w:pStyle w:val="ListParagraph"/>
      </w:pPr>
      <w:r>
        <w:rPr>
          <w:sz w:val="22"/>
        </w:rPr>
        <w:t>C. Ban Chỉ huy quân sự cấp quận.</w:t>
      </w:r>
    </w:p>
    <w:p>
      <w:pPr>
        <w:pStyle w:val="ListParagraph"/>
      </w:pPr>
      <w:r>
        <w:rPr>
          <w:sz w:val="22"/>
        </w:rPr>
        <w:t>D. Ban Chỉ huy quân sự cấp huyện.</w:t>
      </w:r>
    </w:p>
    <w:p/>
    <w:p>
      <w:r>
        <w:rPr>
          <w:b/>
          <w:sz w:val="24"/>
        </w:rPr>
        <w:t>Câu 16: Cho thông tin sau: Chiến lược bảo vệ Tổ quốc Việt Nam xã hội chủ nghĩa trong tình hình mới nêu: “Những ai tôn trọng (…), thiết lập và mở rộng quan hệ hữu nghị, hợp tác bình đẳng, cùng có lợi với Việt Nam đều là đối tác”. Em hãy điền từ ngữ cần điền vào chỗ trống.</w:t>
      </w:r>
    </w:p>
    <w:p>
      <w:pPr>
        <w:pStyle w:val="ListParagraph"/>
      </w:pPr>
      <w:r>
        <w:rPr>
          <w:sz w:val="22"/>
        </w:rPr>
        <w:t>A. Độc lập, chủ quyền, tự do.</w:t>
      </w:r>
    </w:p>
    <w:p>
      <w:pPr>
        <w:pStyle w:val="ListParagraph"/>
      </w:pPr>
      <w:r>
        <w:rPr>
          <w:sz w:val="22"/>
        </w:rPr>
        <w:t>B. Độc lập, chủ quyền.</w:t>
      </w:r>
    </w:p>
    <w:p>
      <w:pPr>
        <w:pStyle w:val="ListParagraph"/>
      </w:pPr>
      <w:r>
        <w:rPr>
          <w:sz w:val="22"/>
        </w:rPr>
        <w:t>C. Độc lập, tự quyết, tự do.</w:t>
      </w:r>
    </w:p>
    <w:p>
      <w:pPr>
        <w:pStyle w:val="ListParagraph"/>
      </w:pPr>
      <w:r>
        <w:rPr>
          <w:sz w:val="22"/>
        </w:rPr>
        <w:t>D. Độc lập, tự do.</w:t>
      </w:r>
    </w:p>
    <w:p/>
    <w:p>
      <w:r>
        <w:rPr>
          <w:b/>
          <w:sz w:val="24"/>
        </w:rPr>
        <w:t>Câu 17: Câu tục ngữ ngữ nào sau đây phản ánh về tệ nạn mê tín dị đoan?</w:t>
      </w:r>
    </w:p>
    <w:p>
      <w:pPr>
        <w:pStyle w:val="ListParagraph"/>
      </w:pPr>
      <w:r>
        <w:rPr>
          <w:sz w:val="22"/>
        </w:rPr>
        <w:t>A. Nhịn đói nằm co hơn no vác nặng.</w:t>
      </w:r>
    </w:p>
    <w:p>
      <w:pPr>
        <w:pStyle w:val="ListParagraph"/>
      </w:pPr>
      <w:r>
        <w:rPr>
          <w:sz w:val="22"/>
        </w:rPr>
        <w:t>B. Bói ra ma, quét nhà ra rác.</w:t>
      </w:r>
    </w:p>
    <w:p>
      <w:pPr>
        <w:pStyle w:val="ListParagraph"/>
      </w:pPr>
      <w:r>
        <w:rPr>
          <w:sz w:val="22"/>
        </w:rPr>
        <w:t>C. Đánh đề ra đê mà ở.</w:t>
      </w:r>
    </w:p>
    <w:p>
      <w:pPr>
        <w:pStyle w:val="ListParagraph"/>
      </w:pPr>
      <w:r>
        <w:rPr>
          <w:sz w:val="22"/>
        </w:rPr>
        <w:t>D. Đi cuốc đau tay, đi cày mỏi gối.</w:t>
      </w:r>
    </w:p>
    <w:p/>
    <w:p>
      <w:r>
        <w:rPr>
          <w:b/>
          <w:sz w:val="24"/>
        </w:rPr>
        <w:t>Câu 18: Trong dịp Tết Nguyên đán, P rủ mấy bạn đánh bài ăn tiền. Nếu nhận được lời mời của P, em nên lựa chọn cách ứng xử nào sau đây?</w:t>
      </w:r>
    </w:p>
    <w:p>
      <w:pPr>
        <w:pStyle w:val="ListParagraph"/>
      </w:pPr>
      <w:r>
        <w:rPr>
          <w:sz w:val="22"/>
        </w:rPr>
        <w:t>A. Đồng ý và rủ thêm các bạn khác cùng tham gia cho vui.</w:t>
      </w:r>
    </w:p>
    <w:p>
      <w:pPr>
        <w:pStyle w:val="ListParagraph"/>
      </w:pPr>
      <w:r>
        <w:rPr>
          <w:sz w:val="22"/>
        </w:rPr>
        <w:t>B. Từ chối nhưng vẫn đến nhà P để xem các bạn chơi.</w:t>
      </w:r>
    </w:p>
    <w:p>
      <w:pPr>
        <w:pStyle w:val="ListParagraph"/>
      </w:pPr>
      <w:r>
        <w:rPr>
          <w:sz w:val="22"/>
        </w:rPr>
        <w:t>C. Từ chối và khuyên P không nên thực hiện hành vi đó.</w:t>
      </w:r>
    </w:p>
    <w:p>
      <w:pPr>
        <w:pStyle w:val="ListParagraph"/>
      </w:pPr>
      <w:r>
        <w:rPr>
          <w:sz w:val="22"/>
        </w:rPr>
        <w:t>D. Lập tức đồng ý đến nhà P chơi đánh bài ăn tiền.</w:t>
      </w:r>
    </w:p>
    <w:p/>
    <w:p>
      <w:r>
        <w:rPr>
          <w:b/>
          <w:sz w:val="24"/>
        </w:rPr>
        <w:t>Câu 19: Việt Nam có đường biên giới chung trên đất liền với những quốc gia nào?</w:t>
      </w:r>
    </w:p>
    <w:p>
      <w:pPr>
        <w:pStyle w:val="ListParagraph"/>
      </w:pPr>
      <w:r>
        <w:rPr>
          <w:sz w:val="22"/>
        </w:rPr>
        <w:t>A. Trung Quốc, Lào, Campuchia.</w:t>
      </w:r>
    </w:p>
    <w:p>
      <w:pPr>
        <w:pStyle w:val="ListParagraph"/>
      </w:pPr>
      <w:r>
        <w:rPr>
          <w:sz w:val="22"/>
        </w:rPr>
        <w:t>B. Myanmar, Malaixia, Inđônêxia.</w:t>
      </w:r>
    </w:p>
    <w:p>
      <w:pPr>
        <w:pStyle w:val="ListParagraph"/>
      </w:pPr>
      <w:r>
        <w:rPr>
          <w:sz w:val="22"/>
        </w:rPr>
        <w:t>C. Lào, Thái Lan, Philippin.</w:t>
      </w:r>
    </w:p>
    <w:p>
      <w:pPr>
        <w:pStyle w:val="ListParagraph"/>
      </w:pPr>
      <w:r>
        <w:rPr>
          <w:sz w:val="22"/>
        </w:rPr>
        <w:t>D. Lào, Campuchia, Thái Lan.</w:t>
      </w:r>
    </w:p>
    <w:p/>
    <w:p>
      <w:r>
        <w:rPr>
          <w:b/>
          <w:sz w:val="24"/>
        </w:rPr>
        <w:t>Câu 20: Ở Việt Nam, công dân được đào tạo trình độ cao đẳng, đại học đã được tạm hoãn gọi nhập ngũ thì độ tuổi gọi nhập ngũ đến hết...</w:t>
      </w:r>
    </w:p>
    <w:p>
      <w:pPr>
        <w:pStyle w:val="ListParagraph"/>
      </w:pPr>
      <w:r>
        <w:rPr>
          <w:sz w:val="22"/>
        </w:rPr>
        <w:t>A. 31 tuổi.</w:t>
      </w:r>
    </w:p>
    <w:p>
      <w:pPr>
        <w:pStyle w:val="ListParagraph"/>
      </w:pPr>
      <w:r>
        <w:rPr>
          <w:sz w:val="22"/>
        </w:rPr>
        <w:t>B. 27 tuổi.</w:t>
      </w:r>
    </w:p>
    <w:p>
      <w:pPr>
        <w:pStyle w:val="ListParagraph"/>
      </w:pPr>
      <w:r>
        <w:rPr>
          <w:sz w:val="22"/>
        </w:rPr>
        <w:t>C. 29 tuổi.</w:t>
      </w:r>
    </w:p>
    <w:p>
      <w:pPr>
        <w:pStyle w:val="ListParagraph"/>
      </w:pPr>
      <w:r>
        <w:rPr>
          <w:sz w:val="22"/>
        </w:rPr>
        <w:t>D. 25 tuổi.</w:t>
      </w:r>
    </w:p>
    <w:p/>
    <w:p>
      <w:r>
        <w:rPr>
          <w:b/>
          <w:sz w:val="24"/>
        </w:rPr>
        <w:t>Câu 21: Tệ nạn mại dâm là các hành vi...</w:t>
      </w:r>
    </w:p>
    <w:p>
      <w:pPr>
        <w:pStyle w:val="ListParagraph"/>
      </w:pPr>
      <w:r>
        <w:rPr>
          <w:sz w:val="22"/>
        </w:rPr>
        <w:t>A. Tin vào những điều mơ hồ dẫn đến cuồng tín, hành động trái với chuẩn mực xã hội.</w:t>
      </w:r>
    </w:p>
    <w:p>
      <w:pPr>
        <w:pStyle w:val="ListParagraph"/>
      </w:pPr>
      <w:r>
        <w:rPr>
          <w:sz w:val="22"/>
        </w:rPr>
        <w:t>B. Mua dâm, bán dâm và các hành vi khác có liên quan đến mua dâm, bán dâm.</w:t>
      </w:r>
    </w:p>
    <w:p>
      <w:pPr>
        <w:pStyle w:val="ListParagraph"/>
      </w:pPr>
      <w:r>
        <w:rPr>
          <w:sz w:val="22"/>
        </w:rPr>
        <w:t>C. Lợi dụng trò chơi để cá cược, sát phạt được thua bằng tiền hoặc lợi ích vật chất khác.</w:t>
      </w:r>
    </w:p>
    <w:p>
      <w:pPr>
        <w:pStyle w:val="ListParagraph"/>
      </w:pPr>
      <w:r>
        <w:rPr>
          <w:sz w:val="22"/>
        </w:rPr>
        <w:t>D. Sử dụng trái phép chất ma túy, nghiện ma túy, vi phạm pháp luật về ma túy.</w:t>
      </w:r>
    </w:p>
    <w:p/>
    <w:p>
      <w:r>
        <w:rPr>
          <w:b/>
          <w:sz w:val="24"/>
        </w:rPr>
        <w:t>Câu 22: Chỉ huy trưởng Ban Chỉ huy quân sự cấp huyện ra lệnh gọi công dân đăng kí nghĩa vụ quân sự lần đầu vào thời gian nào?</w:t>
      </w:r>
    </w:p>
    <w:p>
      <w:pPr>
        <w:pStyle w:val="ListParagraph"/>
      </w:pPr>
      <w:r>
        <w:rPr>
          <w:sz w:val="22"/>
        </w:rPr>
        <w:t>A. Tháng sáu hằng năm.</w:t>
      </w:r>
    </w:p>
    <w:p>
      <w:pPr>
        <w:pStyle w:val="ListParagraph"/>
      </w:pPr>
      <w:r>
        <w:rPr>
          <w:sz w:val="22"/>
        </w:rPr>
        <w:t>B. Tháng ba hằng năm.</w:t>
      </w:r>
    </w:p>
    <w:p>
      <w:pPr>
        <w:pStyle w:val="ListParagraph"/>
      </w:pPr>
      <w:r>
        <w:rPr>
          <w:sz w:val="22"/>
        </w:rPr>
        <w:t>C. Tháng năm hằng năm.</w:t>
      </w:r>
    </w:p>
    <w:p>
      <w:pPr>
        <w:pStyle w:val="ListParagraph"/>
      </w:pPr>
      <w:r>
        <w:rPr>
          <w:sz w:val="22"/>
        </w:rPr>
        <w:t>D. Tháng tư hằng năm.</w:t>
      </w:r>
    </w:p>
    <w:p/>
    <w:p>
      <w:r>
        <w:rPr>
          <w:b/>
          <w:sz w:val="24"/>
        </w:rPr>
        <w:t>Câu 23: Xử phạt vi phạm hành chính đối với cá nhân, tổ chức có hành vi...</w:t>
      </w:r>
    </w:p>
    <w:p>
      <w:pPr>
        <w:pStyle w:val="ListParagraph"/>
      </w:pPr>
      <w:r>
        <w:rPr>
          <w:sz w:val="22"/>
        </w:rPr>
        <w:t>A. Dùng bói toán, đồng bóng gây ảnh hưởng xấu đến an toàn xã hội.</w:t>
      </w:r>
    </w:p>
    <w:p>
      <w:pPr>
        <w:pStyle w:val="ListParagraph"/>
      </w:pPr>
      <w:r>
        <w:rPr>
          <w:sz w:val="22"/>
        </w:rPr>
        <w:t>B. Tham gia hoặc tổ chức hoạt động mê tín dị đoan trong lễ hội.</w:t>
      </w:r>
    </w:p>
    <w:p>
      <w:pPr>
        <w:pStyle w:val="ListParagraph"/>
      </w:pPr>
      <w:r>
        <w:rPr>
          <w:sz w:val="22"/>
        </w:rPr>
        <w:t>C. Sử dụng các hình thức mê tín dị đoan dẫn đến chết người.</w:t>
      </w:r>
    </w:p>
    <w:p>
      <w:pPr>
        <w:pStyle w:val="ListParagraph"/>
      </w:pPr>
      <w:r>
        <w:rPr>
          <w:sz w:val="22"/>
        </w:rPr>
        <w:t>D. Dùng bói toán để thu lợi bất chính từ 200 triệu đồng trở lên.</w:t>
      </w:r>
    </w:p>
    <w:p/>
    <w:p>
      <w:r>
        <w:t>──────────────────────────────────────────────────</w:t>
      </w:r>
    </w:p>
    <w:p>
      <w:r>
        <w:rPr>
          <w:b/>
        </w:rPr>
        <w:t>BẢNG ĐÁP ÁN &amp; LỜI GIẢI CHI TIẾT</w:t>
      </w:r>
    </w:p>
    <w:p>
      <w:r>
        <w:rPr>
          <w:b/>
        </w:rPr>
        <w:t>Câu 1: Đáp án đúng: D</w:t>
      </w:r>
    </w:p>
    <w:p>
      <w:r>
        <w:rPr>
          <w:b/>
        </w:rPr>
        <w:t>Câu 2: Đáp án đúng: D</w:t>
      </w:r>
    </w:p>
    <w:p>
      <w:r>
        <w:rPr>
          <w:b/>
        </w:rPr>
        <w:t>Câu 3: Đáp án đúng: A</w:t>
      </w:r>
    </w:p>
    <w:p>
      <w:r>
        <w:rPr>
          <w:b/>
        </w:rPr>
        <w:t>Câu 4: Đáp án đúng: C</w:t>
      </w:r>
    </w:p>
    <w:p>
      <w:r>
        <w:rPr>
          <w:b/>
        </w:rPr>
        <w:t>Câu 5: Đáp án đúng: C</w:t>
      </w:r>
    </w:p>
    <w:p>
      <w:r>
        <w:rPr>
          <w:b/>
        </w:rPr>
        <w:t>Câu 6: Đáp án đúng: B</w:t>
      </w:r>
    </w:p>
    <w:p>
      <w:r>
        <w:rPr>
          <w:b/>
        </w:rPr>
        <w:t>Câu 7: Đáp án đúng: B</w:t>
      </w:r>
    </w:p>
    <w:p>
      <w:r>
        <w:rPr>
          <w:b/>
        </w:rPr>
        <w:t>Câu 8: Đáp án đúng: A</w:t>
      </w:r>
    </w:p>
    <w:p>
      <w:r>
        <w:rPr>
          <w:b/>
        </w:rPr>
        <w:t>Câu 9: Đáp án đúng: A</w:t>
      </w:r>
    </w:p>
    <w:p>
      <w:r>
        <w:rPr>
          <w:b/>
        </w:rPr>
        <w:t>Câu 10: Đáp án đúng: D</w:t>
      </w:r>
    </w:p>
    <w:p>
      <w:r>
        <w:rPr>
          <w:b/>
        </w:rPr>
        <w:t>Câu 11: Đáp án đúng: B</w:t>
      </w:r>
    </w:p>
    <w:p>
      <w:r>
        <w:rPr>
          <w:b/>
        </w:rPr>
        <w:t>Câu 12: Đáp án đúng: A</w:t>
      </w:r>
    </w:p>
    <w:p>
      <w:r>
        <w:rPr>
          <w:b/>
        </w:rPr>
        <w:t>Câu 13: Đáp án đúng: None</w:t>
      </w:r>
    </w:p>
    <w:p>
      <w:r>
        <w:rPr>
          <w:b/>
        </w:rPr>
        <w:t>Câu 14: Đáp án đúng: C</w:t>
      </w:r>
    </w:p>
    <w:p>
      <w:r>
        <w:rPr>
          <w:b/>
        </w:rPr>
        <w:t>Câu 15: Đáp án đúng: A</w:t>
      </w:r>
    </w:p>
    <w:p>
      <w:r>
        <w:rPr>
          <w:b/>
        </w:rPr>
        <w:t>Câu 16: Đáp án đúng: None</w:t>
      </w:r>
    </w:p>
    <w:p>
      <w:r>
        <w:rPr>
          <w:b/>
        </w:rPr>
        <w:t>Câu 17: Đáp án đúng: B</w:t>
      </w:r>
    </w:p>
    <w:p>
      <w:r>
        <w:rPr>
          <w:b/>
        </w:rPr>
        <w:t>Câu 18: Đáp án đúng: C</w:t>
      </w:r>
    </w:p>
    <w:p>
      <w:r>
        <w:rPr>
          <w:b/>
        </w:rPr>
        <w:t>Câu 19: Đáp án đúng: A</w:t>
      </w:r>
    </w:p>
    <w:p>
      <w:r>
        <w:rPr>
          <w:b/>
        </w:rPr>
        <w:t>Câu 20: Đáp án đúng: B</w:t>
      </w:r>
    </w:p>
    <w:p>
      <w:r>
        <w:rPr>
          <w:b/>
        </w:rPr>
        <w:t>Câu 21: Đáp án đúng: B</w:t>
      </w:r>
    </w:p>
    <w:p>
      <w:r>
        <w:rPr>
          <w:b/>
        </w:rPr>
        <w:t>Câu 22: Đáp án đúng: D</w:t>
      </w:r>
    </w:p>
    <w:p>
      <w:r>
        <w:rPr>
          <w:b/>
        </w:rPr>
        <w:t>Câu 23: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