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Tập đoàn __________ đã thực hiện cải tạo xã hội th</w:t>
      </w:r>
    </w:p>
    <w:p>
      <w:pPr>
        <w:jc w:val="center"/>
      </w:pPr>
      <w:r>
        <w:rPr>
          <w:sz w:val="22"/>
        </w:rPr>
        <w:t>Số câu: 37    Thời gian: _____ phút    Họ và tên: _________________________</w:t>
      </w:r>
    </w:p>
    <w:p/>
    <w:p>
      <w:r>
        <w:rPr>
          <w:b/>
          <w:sz w:val="24"/>
        </w:rPr>
        <w:t>Câu 1: Tập đoàn __________ đã thực hiện cải tạo xã hội theo mô hình cực đoan, đẩy dân tộc Campuchia vào họa diệt chủng.</w:t>
      </w:r>
    </w:p>
    <w:p>
      <w:pPr>
        <w:pStyle w:val="ListParagraph"/>
      </w:pPr>
      <w:r>
        <w:rPr>
          <w:sz w:val="22"/>
        </w:rPr>
        <w:t>A. Pol Pot – Ieng Sary.</w:t>
      </w:r>
    </w:p>
    <w:p>
      <w:pPr>
        <w:pStyle w:val="ListParagraph"/>
      </w:pPr>
      <w:r>
        <w:rPr>
          <w:sz w:val="22"/>
        </w:rPr>
        <w:t>B. Campuchia.</w:t>
      </w:r>
    </w:p>
    <w:p>
      <w:pPr>
        <w:pStyle w:val="ListParagraph"/>
      </w:pPr>
      <w:r>
        <w:rPr>
          <w:sz w:val="22"/>
        </w:rPr>
        <w:t>C. Hitler.</w:t>
      </w:r>
    </w:p>
    <w:p>
      <w:pPr>
        <w:pStyle w:val="ListParagraph"/>
      </w:pPr>
      <w:r>
        <w:rPr>
          <w:sz w:val="22"/>
        </w:rPr>
        <w:t>D. Donal.</w:t>
      </w:r>
    </w:p>
    <w:p/>
    <w:p>
      <w:r>
        <w:rPr>
          <w:b/>
          <w:sz w:val="24"/>
        </w:rPr>
        <w:t>Câu 2: Mặt trận Đoàn kết dân tộc cứu nước Campuchia ra đời vào</w:t>
      </w:r>
    </w:p>
    <w:p>
      <w:pPr>
        <w:pStyle w:val="ListParagraph"/>
      </w:pPr>
      <w:r>
        <w:rPr>
          <w:sz w:val="22"/>
        </w:rPr>
        <w:t>A. 30/4/1977.</w:t>
      </w:r>
    </w:p>
    <w:p>
      <w:pPr>
        <w:pStyle w:val="ListParagraph"/>
      </w:pPr>
      <w:r>
        <w:rPr>
          <w:sz w:val="22"/>
        </w:rPr>
        <w:t>B. 2/12/1978.</w:t>
      </w:r>
    </w:p>
    <w:p>
      <w:pPr>
        <w:pStyle w:val="ListParagraph"/>
      </w:pPr>
      <w:r>
        <w:rPr>
          <w:sz w:val="22"/>
        </w:rPr>
        <w:t>C. 6/5/1954.</w:t>
      </w:r>
    </w:p>
    <w:p>
      <w:pPr>
        <w:pStyle w:val="ListParagraph"/>
      </w:pPr>
      <w:r>
        <w:rPr>
          <w:sz w:val="22"/>
        </w:rPr>
        <w:t>D. 3/11/1956.</w:t>
      </w:r>
    </w:p>
    <w:p/>
    <w:p>
      <w:r>
        <w:rPr>
          <w:b/>
          <w:sz w:val="24"/>
        </w:rPr>
        <w:t>Câu 3: Tập đoàn Pol Pot – Ieng Sary phát động chiến tranh xâm lược Việt Nam vào thời gian nào?</w:t>
      </w:r>
    </w:p>
    <w:p>
      <w:pPr>
        <w:pStyle w:val="ListParagraph"/>
      </w:pPr>
      <w:r>
        <w:rPr>
          <w:sz w:val="22"/>
        </w:rPr>
        <w:t>A. 19/3/1976.</w:t>
      </w:r>
    </w:p>
    <w:p>
      <w:pPr>
        <w:pStyle w:val="ListParagraph"/>
      </w:pPr>
      <w:r>
        <w:rPr>
          <w:sz w:val="22"/>
        </w:rPr>
        <w:t>B. 21/3/1976.</w:t>
      </w:r>
    </w:p>
    <w:p>
      <w:pPr>
        <w:pStyle w:val="ListParagraph"/>
      </w:pPr>
      <w:r>
        <w:rPr>
          <w:sz w:val="22"/>
        </w:rPr>
        <w:t>C. 30/4/1977.</w:t>
      </w:r>
    </w:p>
    <w:p>
      <w:pPr>
        <w:pStyle w:val="ListParagraph"/>
      </w:pPr>
      <w:r>
        <w:rPr>
          <w:sz w:val="22"/>
        </w:rPr>
        <w:t>D. 26/4/1977.</w:t>
      </w:r>
    </w:p>
    <w:p/>
    <w:p>
      <w:r>
        <w:rPr>
          <w:b/>
          <w:sz w:val="24"/>
        </w:rPr>
        <w:t>Câu 4: Thủ đô Phnom Penh được giải phóng vào</w:t>
      </w:r>
    </w:p>
    <w:p>
      <w:pPr>
        <w:pStyle w:val="ListParagraph"/>
      </w:pPr>
      <w:r>
        <w:rPr>
          <w:sz w:val="22"/>
        </w:rPr>
        <w:t>A. 7/1/1979.</w:t>
      </w:r>
    </w:p>
    <w:p>
      <w:pPr>
        <w:pStyle w:val="ListParagraph"/>
      </w:pPr>
      <w:r>
        <w:rPr>
          <w:sz w:val="22"/>
        </w:rPr>
        <w:t>B. 3/2/1954.</w:t>
      </w:r>
    </w:p>
    <w:p>
      <w:pPr>
        <w:pStyle w:val="ListParagraph"/>
      </w:pPr>
      <w:r>
        <w:rPr>
          <w:sz w:val="22"/>
        </w:rPr>
        <w:t>C. 30/4/1975.</w:t>
      </w:r>
    </w:p>
    <w:p>
      <w:pPr>
        <w:pStyle w:val="ListParagraph"/>
      </w:pPr>
      <w:r>
        <w:rPr>
          <w:sz w:val="22"/>
        </w:rPr>
        <w:t>D. 19/8/1979.</w:t>
      </w:r>
    </w:p>
    <w:p/>
    <w:p>
      <w:r>
        <w:rPr>
          <w:b/>
          <w:sz w:val="24"/>
        </w:rPr>
        <w:t>Câu 5: Về cơ bản, Trung Quốc đã rút quân khỏi nước ta vào</w:t>
      </w:r>
    </w:p>
    <w:p>
      <w:pPr>
        <w:pStyle w:val="ListParagraph"/>
      </w:pPr>
      <w:r>
        <w:rPr>
          <w:sz w:val="22"/>
        </w:rPr>
        <w:t>A. 5/3/1979.</w:t>
      </w:r>
    </w:p>
    <w:p>
      <w:pPr>
        <w:pStyle w:val="ListParagraph"/>
      </w:pPr>
      <w:r>
        <w:rPr>
          <w:sz w:val="22"/>
        </w:rPr>
        <w:t>B. 18/3/1979.</w:t>
      </w:r>
    </w:p>
    <w:p>
      <w:pPr>
        <w:pStyle w:val="ListParagraph"/>
      </w:pPr>
      <w:r>
        <w:rPr>
          <w:sz w:val="22"/>
        </w:rPr>
        <w:t>C. 6/4/1979.</w:t>
      </w:r>
    </w:p>
    <w:p>
      <w:pPr>
        <w:pStyle w:val="ListParagraph"/>
      </w:pPr>
      <w:r>
        <w:rPr>
          <w:sz w:val="22"/>
        </w:rPr>
        <w:t>D. 1/6/1979.</w:t>
      </w:r>
    </w:p>
    <w:p/>
    <w:p>
      <w:r>
        <w:rPr>
          <w:b/>
          <w:sz w:val="24"/>
        </w:rPr>
        <w:t>Câu 6: Trong chiến tranh bảo vệ biên giới phía Bắc, Lệnh Tổng động viên được kí vào thời gian</w:t>
      </w:r>
    </w:p>
    <w:p>
      <w:pPr>
        <w:pStyle w:val="ListParagraph"/>
      </w:pPr>
      <w:r>
        <w:rPr>
          <w:sz w:val="22"/>
        </w:rPr>
        <w:t>A. 5/3/1979.</w:t>
      </w:r>
    </w:p>
    <w:p>
      <w:pPr>
        <w:pStyle w:val="ListParagraph"/>
      </w:pPr>
      <w:r>
        <w:rPr>
          <w:sz w:val="22"/>
        </w:rPr>
        <w:t>B. 3/5/1979.</w:t>
      </w:r>
    </w:p>
    <w:p>
      <w:pPr>
        <w:pStyle w:val="ListParagraph"/>
      </w:pPr>
      <w:r>
        <w:rPr>
          <w:sz w:val="22"/>
        </w:rPr>
        <w:t>C. 17/2/1979.</w:t>
      </w:r>
    </w:p>
    <w:p>
      <w:pPr>
        <w:pStyle w:val="ListParagraph"/>
      </w:pPr>
      <w:r>
        <w:rPr>
          <w:sz w:val="22"/>
        </w:rPr>
        <w:t>D. 19/1/1979.</w:t>
      </w:r>
    </w:p>
    <w:p/>
    <w:p>
      <w:r>
        <w:rPr>
          <w:b/>
          <w:sz w:val="24"/>
        </w:rPr>
        <w:t>Câu 7: Năm ___________ chính quyền Trung Quốc chiếm đóng trái phép nhóm đảo phía Đông quần đảo Hoàng Sa.</w:t>
      </w:r>
    </w:p>
    <w:p>
      <w:pPr>
        <w:pStyle w:val="ListParagraph"/>
      </w:pPr>
      <w:r>
        <w:rPr>
          <w:sz w:val="22"/>
        </w:rPr>
        <w:t>A. 1956.</w:t>
      </w:r>
    </w:p>
    <w:p>
      <w:pPr>
        <w:pStyle w:val="ListParagraph"/>
      </w:pPr>
      <w:r>
        <w:rPr>
          <w:sz w:val="22"/>
        </w:rPr>
        <w:t>B. 1974.</w:t>
      </w:r>
    </w:p>
    <w:p>
      <w:pPr>
        <w:pStyle w:val="ListParagraph"/>
      </w:pPr>
      <w:r>
        <w:rPr>
          <w:sz w:val="22"/>
        </w:rPr>
        <w:t>C. 1979.</w:t>
      </w:r>
    </w:p>
    <w:p>
      <w:pPr>
        <w:pStyle w:val="ListParagraph"/>
      </w:pPr>
      <w:r>
        <w:rPr>
          <w:sz w:val="22"/>
        </w:rPr>
        <w:t>D. 1982.</w:t>
      </w:r>
    </w:p>
    <w:p/>
    <w:p>
      <w:r>
        <w:rPr>
          <w:b/>
          <w:sz w:val="24"/>
        </w:rPr>
        <w:t>Câu 8: Đối với quần đảo Trường Sa, có ____ nước, ______ bên tuyên bố chủ quyền toàn bộ hay một phần đảo này.</w:t>
      </w:r>
    </w:p>
    <w:p>
      <w:pPr>
        <w:pStyle w:val="ListParagraph"/>
      </w:pPr>
      <w:r>
        <w:rPr>
          <w:sz w:val="22"/>
        </w:rPr>
        <w:t>A. 6;7.</w:t>
      </w:r>
    </w:p>
    <w:p>
      <w:pPr>
        <w:pStyle w:val="ListParagraph"/>
      </w:pPr>
      <w:r>
        <w:rPr>
          <w:sz w:val="22"/>
        </w:rPr>
        <w:t>B. 4;5.</w:t>
      </w:r>
    </w:p>
    <w:p>
      <w:pPr>
        <w:pStyle w:val="ListParagraph"/>
      </w:pPr>
      <w:r>
        <w:rPr>
          <w:sz w:val="22"/>
        </w:rPr>
        <w:t>C. 3;4.</w:t>
      </w:r>
    </w:p>
    <w:p>
      <w:pPr>
        <w:pStyle w:val="ListParagraph"/>
      </w:pPr>
      <w:r>
        <w:rPr>
          <w:sz w:val="22"/>
        </w:rPr>
        <w:t>D. 5;6.</w:t>
      </w:r>
    </w:p>
    <w:p/>
    <w:p>
      <w:r>
        <w:rPr>
          <w:b/>
          <w:sz w:val="24"/>
        </w:rPr>
        <w:t>Câu 9: Nước nào sau đây không tuyên bố chủ quyền toàn bộ hay một phần đối với quần đảo Trường Sa?</w:t>
      </w:r>
    </w:p>
    <w:p>
      <w:pPr>
        <w:pStyle w:val="ListParagraph"/>
      </w:pPr>
      <w:r>
        <w:rPr>
          <w:sz w:val="22"/>
        </w:rPr>
        <w:t>A. Việt Nam.</w:t>
      </w:r>
    </w:p>
    <w:p>
      <w:pPr>
        <w:pStyle w:val="ListParagraph"/>
      </w:pPr>
      <w:r>
        <w:rPr>
          <w:sz w:val="22"/>
        </w:rPr>
        <w:t>B. Trung Quốc.</w:t>
      </w:r>
    </w:p>
    <w:p>
      <w:pPr>
        <w:pStyle w:val="ListParagraph"/>
      </w:pPr>
      <w:r>
        <w:rPr>
          <w:sz w:val="22"/>
        </w:rPr>
        <w:t>C. Hàn Quốc.</w:t>
      </w:r>
    </w:p>
    <w:p>
      <w:pPr>
        <w:pStyle w:val="ListParagraph"/>
      </w:pPr>
      <w:r>
        <w:rPr>
          <w:sz w:val="22"/>
        </w:rPr>
        <w:t>D. Philippines.</w:t>
      </w:r>
    </w:p>
    <w:p/>
    <w:p>
      <w:r>
        <w:rPr>
          <w:b/>
          <w:sz w:val="24"/>
        </w:rPr>
        <w:t>Câu 10: Ý không đúng về trách nhiệm của công dân đối với sự nghiệp củng cố quốc phòng, an ninh là</w:t>
      </w:r>
    </w:p>
    <w:p>
      <w:pPr>
        <w:pStyle w:val="ListParagraph"/>
      </w:pPr>
      <w:r>
        <w:rPr>
          <w:sz w:val="22"/>
        </w:rPr>
        <w:t>A. nhận thức đầy đủ, sâu sắc quan điểm của Đảng, chính sách, pháp luật của Nhà nước.</w:t>
      </w:r>
    </w:p>
    <w:p>
      <w:pPr>
        <w:pStyle w:val="ListParagraph"/>
      </w:pPr>
      <w:r>
        <w:rPr>
          <w:sz w:val="22"/>
        </w:rPr>
        <w:t>B. tập trung học tập, hạn chế rèn luyện sức khỏe.</w:t>
      </w:r>
    </w:p>
    <w:p>
      <w:pPr>
        <w:pStyle w:val="ListParagraph"/>
      </w:pPr>
      <w:r>
        <w:rPr>
          <w:sz w:val="22"/>
        </w:rPr>
        <w:t>C. tham gia các hoạt động chăm sóc Bà mẹ Việt Nam anh hùng.</w:t>
      </w:r>
    </w:p>
    <w:p>
      <w:pPr>
        <w:pStyle w:val="ListParagraph"/>
      </w:pPr>
      <w:r>
        <w:rPr>
          <w:sz w:val="22"/>
        </w:rPr>
        <w:t>D. tham gia tuyên truyền về giá trị lịch sử, nghệ thuật quân sự Việt Nam trong sự nghiệp xây dựng và bảo vệ Tổ quốc.</w:t>
      </w:r>
    </w:p>
    <w:p/>
    <w:p>
      <w:r>
        <w:rPr>
          <w:b/>
          <w:sz w:val="24"/>
        </w:rPr>
        <w:t>Câu 11: Hệ thống bậc hàm của sĩ quan Quân đội nhân dân Việt Nam bao gồm bao nhiêu cấp, bậc?</w:t>
      </w:r>
    </w:p>
    <w:p>
      <w:pPr>
        <w:pStyle w:val="ListParagraph"/>
      </w:pPr>
      <w:r>
        <w:rPr>
          <w:sz w:val="22"/>
        </w:rPr>
        <w:t>A. 3 cấp, 12 bậc.</w:t>
      </w:r>
    </w:p>
    <w:p>
      <w:pPr>
        <w:pStyle w:val="ListParagraph"/>
      </w:pPr>
      <w:r>
        <w:rPr>
          <w:sz w:val="22"/>
        </w:rPr>
        <w:t>B. 2 cấp, 8 bậc.</w:t>
      </w:r>
    </w:p>
    <w:p>
      <w:pPr>
        <w:pStyle w:val="ListParagraph"/>
      </w:pPr>
      <w:r>
        <w:rPr>
          <w:sz w:val="22"/>
        </w:rPr>
        <w:t>C. 1 cấp, 4 bậc.</w:t>
      </w:r>
    </w:p>
    <w:p>
      <w:pPr>
        <w:pStyle w:val="ListParagraph"/>
      </w:pPr>
      <w:r>
        <w:rPr>
          <w:sz w:val="22"/>
        </w:rPr>
        <w:t>D. 4 cấp, 16 bậc.</w:t>
      </w:r>
    </w:p>
    <w:p/>
    <w:p>
      <w:r>
        <w:rPr>
          <w:b/>
          <w:sz w:val="24"/>
        </w:rPr>
        <w:t>Câu 12: Nghệ thuật quân sự trong chiến tranh bảo vệ biên giới Tây Nam là</w:t>
      </w:r>
    </w:p>
    <w:p>
      <w:pPr>
        <w:pStyle w:val="ListParagraph"/>
      </w:pPr>
      <w:r>
        <w:rPr>
          <w:sz w:val="22"/>
        </w:rPr>
        <w:t>A. kết hợp kịp thời với các lực lượng của các nước yêu chuộng hòa bình.</w:t>
      </w:r>
    </w:p>
    <w:p>
      <w:pPr>
        <w:pStyle w:val="ListParagraph"/>
      </w:pPr>
      <w:r>
        <w:rPr>
          <w:sz w:val="22"/>
        </w:rPr>
        <w:t>B. làm sụp đổ lực lượng Pol Pot – Ieng Sary.</w:t>
      </w:r>
    </w:p>
    <w:p>
      <w:pPr>
        <w:pStyle w:val="ListParagraph"/>
      </w:pPr>
      <w:r>
        <w:rPr>
          <w:sz w:val="22"/>
        </w:rPr>
        <w:t>C. kết hợp đánh nhỏ, đánh vừa, đánh lớn tiêu diệt, tiêu hao sinh lực địch.</w:t>
      </w:r>
    </w:p>
    <w:p>
      <w:pPr>
        <w:pStyle w:val="ListParagraph"/>
      </w:pPr>
      <w:r>
        <w:rPr>
          <w:sz w:val="22"/>
        </w:rPr>
        <w:t>D. chế độ Pol Pot có nhiều lỗ hổng, thiếu sót trong khâu quản lí.</w:t>
      </w:r>
    </w:p>
    <w:p/>
    <w:p>
      <w:r>
        <w:rPr>
          <w:b/>
          <w:sz w:val="24"/>
        </w:rPr>
        <w:t>Câu 13: Học sinh trường H thường xuyên chủ động tìm hiểu, học tập nắm chắc đường lối, chủ trương của Đảng, chính sách, pháp luật của Nhà nước nói chung. Hành động này thể hiện</w:t>
      </w:r>
    </w:p>
    <w:p>
      <w:pPr>
        <w:pStyle w:val="ListParagraph"/>
      </w:pPr>
      <w:r>
        <w:rPr>
          <w:sz w:val="22"/>
        </w:rPr>
        <w:t>A. lòng hiếu học của các học sinh trong trường.</w:t>
      </w:r>
    </w:p>
    <w:p>
      <w:pPr>
        <w:pStyle w:val="ListParagraph"/>
      </w:pPr>
      <w:r>
        <w:rPr>
          <w:sz w:val="22"/>
        </w:rPr>
        <w:t>B. khả năng nhận thức, lòng hiếu học của học sinh trường H.</w:t>
      </w:r>
    </w:p>
    <w:p>
      <w:pPr>
        <w:pStyle w:val="ListParagraph"/>
      </w:pPr>
      <w:r>
        <w:rPr>
          <w:sz w:val="22"/>
        </w:rPr>
        <w:t>C. sự tò mò, ham học hỏi của các học sinh trong trường.</w:t>
      </w:r>
    </w:p>
    <w:p>
      <w:pPr>
        <w:pStyle w:val="ListParagraph"/>
      </w:pPr>
      <w:r>
        <w:rPr>
          <w:sz w:val="22"/>
        </w:rPr>
        <w:t>D. trách nhiệm của học sinh trường H đối với sự nghiệp củng cố quốc phòng, an ninh.</w:t>
      </w:r>
    </w:p>
    <w:p/>
    <w:p>
      <w:r>
        <w:rPr>
          <w:b/>
          <w:sz w:val="24"/>
        </w:rPr>
        <w:t>Câu 14: Bố Khôi là bộ đội Lục quân. Bố đeo cấp hiệu 2 gạch 2 sao, theo em cấp hiệu của Bố Khôi là gì?</w:t>
      </w:r>
    </w:p>
    <w:p>
      <w:pPr>
        <w:pStyle w:val="ListParagraph"/>
      </w:pPr>
      <w:r>
        <w:rPr>
          <w:sz w:val="22"/>
        </w:rPr>
        <w:t>A. Trung tướng.</w:t>
      </w:r>
    </w:p>
    <w:p>
      <w:pPr>
        <w:pStyle w:val="ListParagraph"/>
      </w:pPr>
      <w:r>
        <w:rPr>
          <w:sz w:val="22"/>
        </w:rPr>
        <w:t>B. Trung úy.</w:t>
      </w:r>
    </w:p>
    <w:p>
      <w:pPr>
        <w:pStyle w:val="ListParagraph"/>
      </w:pPr>
      <w:r>
        <w:rPr>
          <w:sz w:val="22"/>
        </w:rPr>
        <w:t>C. Trung sĩ.</w:t>
      </w:r>
    </w:p>
    <w:p>
      <w:pPr>
        <w:pStyle w:val="ListParagraph"/>
      </w:pPr>
      <w:r>
        <w:rPr>
          <w:sz w:val="22"/>
        </w:rPr>
        <w:t>D. Trung tá.</w:t>
      </w:r>
    </w:p>
    <w:p/>
    <w:p>
      <w:r>
        <w:rPr>
          <w:b/>
          <w:sz w:val="24"/>
        </w:rPr>
        <w:t>Câu 15: Cơ quan nào dưới đây thuộc hệ thống tổ chức của quân đội nhân dân Việt Nam?</w:t>
      </w:r>
    </w:p>
    <w:p>
      <w:pPr>
        <w:pStyle w:val="ListParagraph"/>
      </w:pPr>
      <w:r>
        <w:rPr>
          <w:sz w:val="22"/>
        </w:rPr>
        <w:t>A. Viện kiểm sát nhân dân.</w:t>
      </w:r>
    </w:p>
    <w:p>
      <w:pPr>
        <w:pStyle w:val="ListParagraph"/>
      </w:pPr>
      <w:r>
        <w:rPr>
          <w:sz w:val="22"/>
        </w:rPr>
        <w:t>B. Tổng cục Chính trị.</w:t>
      </w:r>
    </w:p>
    <w:p>
      <w:pPr>
        <w:pStyle w:val="ListParagraph"/>
      </w:pPr>
      <w:r>
        <w:rPr>
          <w:sz w:val="22"/>
        </w:rPr>
        <w:t>C. Tòa án nhân dân.</w:t>
      </w:r>
    </w:p>
    <w:p>
      <w:pPr>
        <w:pStyle w:val="ListParagraph"/>
      </w:pPr>
      <w:r>
        <w:rPr>
          <w:sz w:val="22"/>
        </w:rPr>
        <w:t>D. Tổng cục biển đảo và hải đảo Việt Nam.</w:t>
      </w:r>
    </w:p>
    <w:p/>
    <w:p>
      <w:r>
        <w:rPr>
          <w:b/>
          <w:sz w:val="24"/>
        </w:rPr>
        <w:t>Câu 16: Hiện nay, trên toàn lãnh thổ Việt Nam có bao nhiêu quân khu?</w:t>
      </w:r>
    </w:p>
    <w:p>
      <w:pPr>
        <w:pStyle w:val="ListParagraph"/>
      </w:pPr>
      <w:r>
        <w:rPr>
          <w:sz w:val="22"/>
        </w:rPr>
        <w:t>A. 6 quân khu.</w:t>
      </w:r>
    </w:p>
    <w:p>
      <w:pPr>
        <w:pStyle w:val="ListParagraph"/>
      </w:pPr>
      <w:r>
        <w:rPr>
          <w:sz w:val="22"/>
        </w:rPr>
        <w:t>B. 7 quân khu.</w:t>
      </w:r>
    </w:p>
    <w:p>
      <w:pPr>
        <w:pStyle w:val="ListParagraph"/>
      </w:pPr>
      <w:r>
        <w:rPr>
          <w:sz w:val="22"/>
        </w:rPr>
        <w:t>C. 8 quân khu.</w:t>
      </w:r>
    </w:p>
    <w:p>
      <w:pPr>
        <w:pStyle w:val="ListParagraph"/>
      </w:pPr>
      <w:r>
        <w:rPr>
          <w:sz w:val="22"/>
        </w:rPr>
        <w:t>D. 9 quân khu.</w:t>
      </w:r>
    </w:p>
    <w:p/>
    <w:p>
      <w:r>
        <w:rPr>
          <w:b/>
          <w:sz w:val="24"/>
        </w:rPr>
        <w:t>Câu 17: Lực lượng quân đội nhân dân và công an nhân dân Việt Nam đều thuộc quyền thống lĩnh của</w:t>
      </w:r>
    </w:p>
    <w:p>
      <w:pPr>
        <w:pStyle w:val="ListParagraph"/>
      </w:pPr>
      <w:r>
        <w:rPr>
          <w:sz w:val="22"/>
        </w:rPr>
        <w:t>A. Tổng bí thư Đảng.</w:t>
      </w:r>
    </w:p>
    <w:p>
      <w:pPr>
        <w:pStyle w:val="ListParagraph"/>
      </w:pPr>
      <w:r>
        <w:rPr>
          <w:sz w:val="22"/>
        </w:rPr>
        <w:t>B. Chủ tịch Quốc hội.</w:t>
      </w:r>
    </w:p>
    <w:p>
      <w:pPr>
        <w:pStyle w:val="ListParagraph"/>
      </w:pPr>
      <w:r>
        <w:rPr>
          <w:sz w:val="22"/>
        </w:rPr>
        <w:t>C. Thủ tướng chính phủ.</w:t>
      </w:r>
    </w:p>
    <w:p>
      <w:pPr>
        <w:pStyle w:val="ListParagraph"/>
      </w:pPr>
      <w:r>
        <w:rPr>
          <w:sz w:val="22"/>
        </w:rPr>
        <w:t>D. Chủ tịch nước.</w:t>
      </w:r>
    </w:p>
    <w:p/>
    <w:p>
      <w:r>
        <w:rPr>
          <w:b/>
          <w:sz w:val="24"/>
        </w:rPr>
        <w:t>Câu 18: Công an nhân dân Việt Nam bao gồm các lực lượng nào?</w:t>
      </w:r>
    </w:p>
    <w:p>
      <w:pPr>
        <w:pStyle w:val="ListParagraph"/>
      </w:pPr>
      <w:r>
        <w:rPr>
          <w:sz w:val="22"/>
        </w:rPr>
        <w:t>A. Lực lượng An ninh và lực lượng Cảnh sát.</w:t>
      </w:r>
    </w:p>
    <w:p>
      <w:pPr>
        <w:pStyle w:val="ListParagraph"/>
      </w:pPr>
      <w:r>
        <w:rPr>
          <w:sz w:val="22"/>
        </w:rPr>
        <w:t>B. Bộ đội địa phương và bộ đội chủ lực.</w:t>
      </w:r>
    </w:p>
    <w:p>
      <w:pPr>
        <w:pStyle w:val="ListParagraph"/>
      </w:pPr>
      <w:r>
        <w:rPr>
          <w:sz w:val="22"/>
        </w:rPr>
        <w:t>C. Bộ đội chủ lực và bộ đội biên phòng.</w:t>
      </w:r>
    </w:p>
    <w:p>
      <w:pPr>
        <w:pStyle w:val="ListParagraph"/>
      </w:pPr>
      <w:r>
        <w:rPr>
          <w:sz w:val="22"/>
        </w:rPr>
        <w:t>D. Lực lượng An ninh và dân quân tự vệ.</w:t>
      </w:r>
    </w:p>
    <w:p/>
    <w:p>
      <w:r>
        <w:rPr>
          <w:b/>
          <w:sz w:val="24"/>
        </w:rPr>
        <w:t>Câu 19: Cơ quan nào dưới đây không thuộc hệ thống tổ chức của công an nhân dân Việt Nam?</w:t>
      </w:r>
    </w:p>
    <w:p>
      <w:pPr>
        <w:pStyle w:val="ListParagraph"/>
      </w:pPr>
      <w:r>
        <w:rPr>
          <w:sz w:val="22"/>
        </w:rPr>
        <w:t>A. Tổng cục tình báo.</w:t>
      </w:r>
    </w:p>
    <w:p>
      <w:pPr>
        <w:pStyle w:val="ListParagraph"/>
      </w:pPr>
      <w:r>
        <w:rPr>
          <w:sz w:val="22"/>
        </w:rPr>
        <w:t>B. Bộ tư lệnh cảnh vệ.</w:t>
      </w:r>
    </w:p>
    <w:p>
      <w:pPr>
        <w:pStyle w:val="ListParagraph"/>
      </w:pPr>
      <w:r>
        <w:rPr>
          <w:sz w:val="22"/>
        </w:rPr>
        <w:t>C. Tòa án quân sự trung ương.</w:t>
      </w:r>
    </w:p>
    <w:p>
      <w:pPr>
        <w:pStyle w:val="ListParagraph"/>
      </w:pPr>
      <w:r>
        <w:rPr>
          <w:sz w:val="22"/>
        </w:rPr>
        <w:t>D. Bộ tư lệnh cảnh sát vũ trang.</w:t>
      </w:r>
    </w:p>
    <w:p/>
    <w:p>
      <w:r>
        <w:rPr>
          <w:b/>
          <w:sz w:val="24"/>
        </w:rPr>
        <w:t>Câu 20: Trong hệ thống cấp bậc hàm của lực lượng công an nhân dân Việt Nam, sĩ quan (nghiệp vụ) cấp tá gồm có mấy bậc?</w:t>
      </w:r>
    </w:p>
    <w:p>
      <w:pPr>
        <w:pStyle w:val="ListParagraph"/>
      </w:pPr>
      <w:r>
        <w:rPr>
          <w:sz w:val="22"/>
        </w:rPr>
        <w:t>A. 1 bậc.</w:t>
      </w:r>
    </w:p>
    <w:p>
      <w:pPr>
        <w:pStyle w:val="ListParagraph"/>
      </w:pPr>
      <w:r>
        <w:rPr>
          <w:sz w:val="22"/>
        </w:rPr>
        <w:t>B. 2 bậc.</w:t>
      </w:r>
    </w:p>
    <w:p>
      <w:pPr>
        <w:pStyle w:val="ListParagraph"/>
      </w:pPr>
      <w:r>
        <w:rPr>
          <w:sz w:val="22"/>
        </w:rPr>
        <w:t>C. 3 bậc.</w:t>
      </w:r>
    </w:p>
    <w:p>
      <w:pPr>
        <w:pStyle w:val="ListParagraph"/>
      </w:pPr>
      <w:r>
        <w:rPr>
          <w:sz w:val="22"/>
        </w:rPr>
        <w:t>D. 4 bậc.</w:t>
      </w:r>
    </w:p>
    <w:p/>
    <w:p>
      <w:r>
        <w:rPr>
          <w:b/>
          <w:sz w:val="24"/>
        </w:rPr>
        <w:t>Câu 21: Sau khi lên nắm chính quyền, tập đoàn Pol Pot – Ieng Sary đã thực hiện chính sách gì ở Campuchia?</w:t>
      </w:r>
    </w:p>
    <w:p>
      <w:pPr>
        <w:pStyle w:val="ListParagraph"/>
      </w:pPr>
      <w:r>
        <w:rPr>
          <w:sz w:val="22"/>
        </w:rPr>
        <w:t>A. Thực hiện chương trình cải tạo XH theo mô hình cực đoan, thanh trừng nội bộ, thi hành chế độ diệt chủng.</w:t>
      </w:r>
    </w:p>
    <w:p>
      <w:pPr>
        <w:pStyle w:val="ListParagraph"/>
      </w:pPr>
      <w:r>
        <w:rPr>
          <w:sz w:val="22"/>
        </w:rPr>
        <w:t>B. Cải cách hệ thống chính trị.</w:t>
      </w:r>
    </w:p>
    <w:p>
      <w:pPr>
        <w:pStyle w:val="ListParagraph"/>
      </w:pPr>
      <w:r>
        <w:rPr>
          <w:sz w:val="22"/>
        </w:rPr>
        <w:t>C. Mở rộng quan hệ với các nước trên thế giới.</w:t>
      </w:r>
    </w:p>
    <w:p>
      <w:pPr>
        <w:pStyle w:val="ListParagraph"/>
      </w:pPr>
      <w:r>
        <w:rPr>
          <w:sz w:val="22"/>
        </w:rPr>
        <w:t>D. Thực hiện dân chủ rộng rãi ở mọi tầng lớp nhân dân.</w:t>
      </w:r>
    </w:p>
    <w:p/>
    <w:p>
      <w:r>
        <w:rPr>
          <w:b/>
          <w:sz w:val="24"/>
        </w:rPr>
        <w:t>Câu 22: Mặt trận Đoàn kết dân tộc cứu nước Campuchia ra đời vào ngày, tháng, năm nào?</w:t>
      </w:r>
    </w:p>
    <w:p>
      <w:pPr>
        <w:pStyle w:val="ListParagraph"/>
      </w:pPr>
      <w:r>
        <w:rPr>
          <w:sz w:val="22"/>
        </w:rPr>
        <w:t>A. 2/12/1976</w:t>
      </w:r>
    </w:p>
    <w:p>
      <w:pPr>
        <w:pStyle w:val="ListParagraph"/>
      </w:pPr>
      <w:r>
        <w:rPr>
          <w:sz w:val="22"/>
        </w:rPr>
        <w:t>B. 2/12/1977</w:t>
      </w:r>
    </w:p>
    <w:p>
      <w:pPr>
        <w:pStyle w:val="ListParagraph"/>
      </w:pPr>
      <w:r>
        <w:rPr>
          <w:sz w:val="22"/>
        </w:rPr>
        <w:t>C. 2/12/1978</w:t>
      </w:r>
    </w:p>
    <w:p>
      <w:pPr>
        <w:pStyle w:val="ListParagraph"/>
      </w:pPr>
      <w:r>
        <w:rPr>
          <w:sz w:val="22"/>
        </w:rPr>
        <w:t>D. 2/12/1979</w:t>
      </w:r>
    </w:p>
    <w:p/>
    <w:p>
      <w:r>
        <w:rPr>
          <w:b/>
          <w:sz w:val="24"/>
        </w:rPr>
        <w:t>Câu 23: Ngày 3/5/1975, tập đoàn Pol Pot – Ieng Sary đã thực hiện điều gì sau đây?</w:t>
      </w:r>
    </w:p>
    <w:p>
      <w:pPr>
        <w:pStyle w:val="ListParagraph"/>
      </w:pPr>
      <w:r>
        <w:rPr>
          <w:sz w:val="22"/>
        </w:rPr>
        <w:t>A. Đánh chiếm đảo Phú Quốc của Việt Nam</w:t>
      </w:r>
    </w:p>
    <w:p>
      <w:pPr>
        <w:pStyle w:val="ListParagraph"/>
      </w:pPr>
      <w:r>
        <w:rPr>
          <w:sz w:val="22"/>
        </w:rPr>
        <w:t>B. Đánh chiếm đảo Thổ Chu của Việt Nam</w:t>
      </w:r>
    </w:p>
    <w:p>
      <w:pPr>
        <w:pStyle w:val="ListParagraph"/>
      </w:pPr>
      <w:r>
        <w:rPr>
          <w:sz w:val="22"/>
        </w:rPr>
        <w:t>C. Đánh chiếm quần đảo Hoàng Sa của Việt Nam</w:t>
      </w:r>
    </w:p>
    <w:p>
      <w:pPr>
        <w:pStyle w:val="ListParagraph"/>
      </w:pPr>
      <w:r>
        <w:rPr>
          <w:sz w:val="22"/>
        </w:rPr>
        <w:t>D. Đánh chiếm quần đảo Trường Sa của Việt Nam.</w:t>
      </w:r>
    </w:p>
    <w:p/>
    <w:p>
      <w:r>
        <w:rPr>
          <w:b/>
          <w:sz w:val="24"/>
        </w:rPr>
        <w:t>Câu 24: Quân và dân ta đã tổ chức tổng phản công trên toàn tuyến biên giới Tây Nam vào ngày nào?</w:t>
      </w:r>
    </w:p>
    <w:p>
      <w:pPr>
        <w:pStyle w:val="ListParagraph"/>
      </w:pPr>
      <w:r>
        <w:rPr>
          <w:sz w:val="22"/>
        </w:rPr>
        <w:t>A. 23/9/1978</w:t>
      </w:r>
    </w:p>
    <w:p>
      <w:pPr>
        <w:pStyle w:val="ListParagraph"/>
      </w:pPr>
      <w:r>
        <w:rPr>
          <w:sz w:val="22"/>
        </w:rPr>
        <w:t>B. 23/10/1978</w:t>
      </w:r>
    </w:p>
    <w:p>
      <w:pPr>
        <w:pStyle w:val="ListParagraph"/>
      </w:pPr>
      <w:r>
        <w:rPr>
          <w:sz w:val="22"/>
        </w:rPr>
        <w:t>C. 23/11/1978</w:t>
      </w:r>
    </w:p>
    <w:p>
      <w:pPr>
        <w:pStyle w:val="ListParagraph"/>
      </w:pPr>
      <w:r>
        <w:rPr>
          <w:sz w:val="22"/>
        </w:rPr>
        <w:t>D. 23/12/1978</w:t>
      </w:r>
    </w:p>
    <w:p/>
    <w:p>
      <w:r>
        <w:rPr>
          <w:b/>
          <w:sz w:val="24"/>
        </w:rPr>
        <w:t>Câu 25: Trước các tội ác của tập đoàn Pol Pot gây ra, Đảng, Chính phủ và nhân dân Việt Nam vẫn mong muốn giải quyết cuộc xung đột bằng biện pháp nào?</w:t>
      </w:r>
    </w:p>
    <w:p>
      <w:pPr>
        <w:pStyle w:val="ListParagraph"/>
      </w:pPr>
      <w:r>
        <w:rPr>
          <w:sz w:val="22"/>
        </w:rPr>
        <w:t>A. Biện pháp ngoại giao hoà bình</w:t>
      </w:r>
    </w:p>
    <w:p>
      <w:pPr>
        <w:pStyle w:val="ListParagraph"/>
      </w:pPr>
      <w:r>
        <w:rPr>
          <w:sz w:val="22"/>
        </w:rPr>
        <w:t>B. Đấu tranh quân sự</w:t>
      </w:r>
    </w:p>
    <w:p>
      <w:pPr>
        <w:pStyle w:val="ListParagraph"/>
      </w:pPr>
      <w:r>
        <w:rPr>
          <w:sz w:val="22"/>
        </w:rPr>
        <w:t>C. Đấu tranh pháp lí</w:t>
      </w:r>
    </w:p>
    <w:p>
      <w:pPr>
        <w:pStyle w:val="ListParagraph"/>
      </w:pPr>
      <w:r>
        <w:rPr>
          <w:sz w:val="22"/>
        </w:rPr>
        <w:t>D. Cấm vận kinh tế.</w:t>
      </w:r>
    </w:p>
    <w:p/>
    <w:p>
      <w:r>
        <w:rPr>
          <w:b/>
          <w:sz w:val="24"/>
        </w:rPr>
        <w:t>Câu 26: Thủ đô Phnom Penh của Campuchia được giải phóng ngày, tháng, năm nào?</w:t>
      </w:r>
    </w:p>
    <w:p>
      <w:pPr>
        <w:pStyle w:val="ListParagraph"/>
      </w:pPr>
      <w:r>
        <w:rPr>
          <w:sz w:val="22"/>
        </w:rPr>
        <w:t>A. 7/1/1987</w:t>
      </w:r>
    </w:p>
    <w:p>
      <w:pPr>
        <w:pStyle w:val="ListParagraph"/>
      </w:pPr>
      <w:r>
        <w:rPr>
          <w:sz w:val="22"/>
        </w:rPr>
        <w:t>B. 7/1/1979</w:t>
      </w:r>
    </w:p>
    <w:p>
      <w:pPr>
        <w:pStyle w:val="ListParagraph"/>
      </w:pPr>
      <w:r>
        <w:rPr>
          <w:sz w:val="22"/>
        </w:rPr>
        <w:t>C. 7/1/1989</w:t>
      </w:r>
    </w:p>
    <w:p>
      <w:pPr>
        <w:pStyle w:val="ListParagraph"/>
      </w:pPr>
      <w:r>
        <w:rPr>
          <w:sz w:val="22"/>
        </w:rPr>
        <w:t>D. 7/1/1990</w:t>
      </w:r>
    </w:p>
    <w:p/>
    <w:p>
      <w:r>
        <w:rPr>
          <w:b/>
          <w:sz w:val="24"/>
        </w:rPr>
        <w:t>Câu 27: Nhân tố nào có ý nghĩa quyết định để quân và dân ta hoàn thành nhiệm vụ bảo vệ Tổ quốc và thực hiện nghĩa vụ quốc tế cao cả trong cuộc chiến tranh bảo vệ biên giới Tây Nam của Tổ quốc?</w:t>
      </w:r>
    </w:p>
    <w:p>
      <w:pPr>
        <w:pStyle w:val="ListParagraph"/>
      </w:pPr>
      <w:r>
        <w:rPr>
          <w:sz w:val="22"/>
        </w:rPr>
        <w:t>A. Sự lãnh đạo đúng đắn của Đảng Cộng sản Việt Nam</w:t>
      </w:r>
    </w:p>
    <w:p>
      <w:pPr>
        <w:pStyle w:val="ListParagraph"/>
      </w:pPr>
      <w:r>
        <w:rPr>
          <w:sz w:val="22"/>
        </w:rPr>
        <w:t>B. Sự đoàn kết của quân và dân ta</w:t>
      </w:r>
    </w:p>
    <w:p>
      <w:pPr>
        <w:pStyle w:val="ListParagraph"/>
      </w:pPr>
      <w:r>
        <w:rPr>
          <w:sz w:val="22"/>
        </w:rPr>
        <w:t>C. Sự ủng hộ, giúp đỡ của cộng đồng quốc tế</w:t>
      </w:r>
    </w:p>
    <w:p>
      <w:pPr>
        <w:pStyle w:val="ListParagraph"/>
      </w:pPr>
      <w:r>
        <w:rPr>
          <w:sz w:val="22"/>
        </w:rPr>
        <w:t>D. Quân và dân ta đã chiến đấu dũng cảm.</w:t>
      </w:r>
    </w:p>
    <w:p/>
    <w:p>
      <w:r>
        <w:rPr>
          <w:b/>
          <w:sz w:val="24"/>
        </w:rPr>
        <w:t>Câu 28: Nghệ thuật quân sự trong cuộc chiến tranh bảo vệ biên giới Tây Nam của Tổ quốc là gì?</w:t>
      </w:r>
    </w:p>
    <w:p>
      <w:pPr>
        <w:pStyle w:val="ListParagraph"/>
      </w:pPr>
      <w:r>
        <w:rPr>
          <w:sz w:val="22"/>
        </w:rPr>
        <w:t>A. Đánh địch ở quy mô nhỏ và vừa là chủ yếu</w:t>
      </w:r>
    </w:p>
    <w:p>
      <w:pPr>
        <w:pStyle w:val="ListParagraph"/>
      </w:pPr>
      <w:r>
        <w:rPr>
          <w:sz w:val="22"/>
        </w:rPr>
        <w:t>B. Chủ yếu đánh địch ở quy mô lớn</w:t>
      </w:r>
    </w:p>
    <w:p>
      <w:pPr>
        <w:pStyle w:val="ListParagraph"/>
      </w:pPr>
      <w:r>
        <w:rPr>
          <w:sz w:val="22"/>
        </w:rPr>
        <w:t>C. Không đánh địch ở quy mô nhỏ mà tập trung đánh ở quy mô vừa và lớn</w:t>
      </w:r>
    </w:p>
    <w:p>
      <w:pPr>
        <w:pStyle w:val="ListParagraph"/>
      </w:pPr>
      <w:r>
        <w:rPr>
          <w:sz w:val="22"/>
        </w:rPr>
        <w:t>D. Kết hợp đánh địch ở quy mô nhỏ, vừa và lớn.</w:t>
      </w:r>
    </w:p>
    <w:p/>
    <w:p>
      <w:r>
        <w:rPr>
          <w:b/>
          <w:sz w:val="24"/>
        </w:rPr>
        <w:t>Câu 29: Lực lượng tham gia cuộc chiến tranh bảo vệ biên giới Tây Nam của TQ là?</w:t>
      </w:r>
    </w:p>
    <w:p>
      <w:pPr>
        <w:pStyle w:val="ListParagraph"/>
      </w:pPr>
      <w:r>
        <w:rPr>
          <w:sz w:val="22"/>
        </w:rPr>
        <w:t>A. quân và dân địa phương ở biên giới Tây Nam</w:t>
      </w:r>
    </w:p>
    <w:p>
      <w:pPr>
        <w:pStyle w:val="ListParagraph"/>
      </w:pPr>
      <w:r>
        <w:rPr>
          <w:sz w:val="22"/>
        </w:rPr>
        <w:t>B. kết hợp chặt chẽ lực lượng tại chỗ, lực lượng của các binh đoàn chủ lực và các quân binh chủng.</w:t>
      </w:r>
    </w:p>
    <w:p>
      <w:pPr>
        <w:pStyle w:val="ListParagraph"/>
      </w:pPr>
      <w:r>
        <w:rPr>
          <w:sz w:val="22"/>
        </w:rPr>
        <w:t>C. các binh đoàn chủ lực</w:t>
      </w:r>
    </w:p>
    <w:p>
      <w:pPr>
        <w:pStyle w:val="ListParagraph"/>
      </w:pPr>
      <w:r>
        <w:rPr>
          <w:sz w:val="22"/>
        </w:rPr>
        <w:t>D. các binh đoàn chủ lực và các quân, binh chủng.</w:t>
      </w:r>
    </w:p>
    <w:p/>
    <w:p>
      <w:r>
        <w:rPr>
          <w:b/>
          <w:sz w:val="24"/>
        </w:rPr>
        <w:t>Câu 30: Chính quyền Trung Quốc đã huy động lực lượng lớn quân sự tiến công sang lãnh thổ Việt Nam vào ngày nào?</w:t>
      </w:r>
    </w:p>
    <w:p>
      <w:pPr>
        <w:pStyle w:val="ListParagraph"/>
      </w:pPr>
      <w:r>
        <w:rPr>
          <w:sz w:val="22"/>
        </w:rPr>
        <w:t>A. 17/1/1979</w:t>
      </w:r>
    </w:p>
    <w:p>
      <w:pPr>
        <w:pStyle w:val="ListParagraph"/>
      </w:pPr>
      <w:r>
        <w:rPr>
          <w:sz w:val="22"/>
        </w:rPr>
        <w:t>B. 2/7/1979</w:t>
      </w:r>
    </w:p>
    <w:p>
      <w:pPr>
        <w:pStyle w:val="ListParagraph"/>
      </w:pPr>
      <w:r>
        <w:rPr>
          <w:sz w:val="22"/>
        </w:rPr>
        <w:t>C. 17/2/1979</w:t>
      </w:r>
    </w:p>
    <w:p>
      <w:pPr>
        <w:pStyle w:val="ListParagraph"/>
      </w:pPr>
      <w:r>
        <w:rPr>
          <w:sz w:val="22"/>
        </w:rPr>
        <w:t>D. 17/2/1977</w:t>
      </w:r>
    </w:p>
    <w:p/>
    <w:p>
      <w:r>
        <w:rPr>
          <w:b/>
          <w:sz w:val="24"/>
        </w:rPr>
        <w:t>Câu 31: Chính quyền TQ tuyên bố rút quân khỏi lãnh thổ VN vào ngày, tháng, năm nào?</w:t>
      </w:r>
    </w:p>
    <w:p>
      <w:pPr>
        <w:pStyle w:val="ListParagraph"/>
      </w:pPr>
      <w:r>
        <w:rPr>
          <w:sz w:val="22"/>
        </w:rPr>
        <w:t>A. 3/5/1979</w:t>
      </w:r>
    </w:p>
    <w:p>
      <w:pPr>
        <w:pStyle w:val="ListParagraph"/>
      </w:pPr>
      <w:r>
        <w:rPr>
          <w:sz w:val="22"/>
        </w:rPr>
        <w:t>B. 4/3/1979</w:t>
      </w:r>
    </w:p>
    <w:p>
      <w:pPr>
        <w:pStyle w:val="ListParagraph"/>
      </w:pPr>
      <w:r>
        <w:rPr>
          <w:sz w:val="22"/>
        </w:rPr>
        <w:t>C. 6/3/1979</w:t>
      </w:r>
    </w:p>
    <w:p>
      <w:pPr>
        <w:pStyle w:val="ListParagraph"/>
      </w:pPr>
      <w:r>
        <w:rPr>
          <w:sz w:val="22"/>
        </w:rPr>
        <w:t>D. 5/3/1979</w:t>
      </w:r>
    </w:p>
    <w:p/>
    <w:p>
      <w:r>
        <w:rPr>
          <w:b/>
          <w:sz w:val="24"/>
        </w:rPr>
        <w:t>Câu 32: Đâu là những nguyên nhân chính quyền Trung Quốc phải tuyên bố rút quân khỏi lãnh thổ Việt Nam? Chọn phương án đầy đủ nhất.</w:t>
      </w:r>
    </w:p>
    <w:p>
      <w:pPr>
        <w:pStyle w:val="ListParagraph"/>
      </w:pPr>
      <w:r>
        <w:rPr>
          <w:sz w:val="22"/>
        </w:rPr>
        <w:t>A. Sự đánh trả quyết liệt của quân và dân ta.</w:t>
      </w:r>
    </w:p>
    <w:p>
      <w:pPr>
        <w:pStyle w:val="ListParagraph"/>
      </w:pPr>
      <w:r>
        <w:rPr>
          <w:sz w:val="22"/>
        </w:rPr>
        <w:t>B. Các nước trên thế giới lên án mạnh mẽ hành động xâm lược</w:t>
      </w:r>
    </w:p>
    <w:p>
      <w:pPr>
        <w:pStyle w:val="ListParagraph"/>
      </w:pPr>
      <w:r>
        <w:rPr>
          <w:sz w:val="22"/>
        </w:rPr>
        <w:t>C. Sự đánh trả quyết liệt của quân và dân ta; sự lên án mạnh mẽ của dư luận tiến bộ trên thế giới và ngay trong chính nước TQ.</w:t>
      </w:r>
    </w:p>
    <w:p>
      <w:pPr>
        <w:pStyle w:val="ListParagraph"/>
      </w:pPr>
      <w:r>
        <w:rPr>
          <w:sz w:val="22"/>
        </w:rPr>
        <w:t>D. Đội quân xâm lược bị thất bại nặng nề.</w:t>
      </w:r>
    </w:p>
    <w:p/>
    <w:p>
      <w:r>
        <w:rPr>
          <w:b/>
          <w:sz w:val="24"/>
        </w:rPr>
        <w:t>Câu 33: Trong cuộc chiến đấu bảo vệ biên giới phía Bắc của Tổ quốc, quân và dân ta đã?</w:t>
      </w:r>
    </w:p>
    <w:p>
      <w:pPr>
        <w:pStyle w:val="ListParagraph"/>
      </w:pPr>
      <w:r>
        <w:rPr>
          <w:sz w:val="22"/>
        </w:rPr>
        <w:t>A. thực hiện quyền tự vệ chính đáng và chính nghĩa</w:t>
      </w:r>
    </w:p>
    <w:p>
      <w:pPr>
        <w:pStyle w:val="ListParagraph"/>
      </w:pPr>
      <w:r>
        <w:rPr>
          <w:sz w:val="22"/>
        </w:rPr>
        <w:t>B. thực hiện quyền tự quyết của dân tộc</w:t>
      </w:r>
    </w:p>
    <w:p>
      <w:pPr>
        <w:pStyle w:val="ListParagraph"/>
      </w:pPr>
      <w:r>
        <w:rPr>
          <w:sz w:val="22"/>
        </w:rPr>
        <w:t>C. thể hiện sức mạnh quân sự</w:t>
      </w:r>
    </w:p>
    <w:p>
      <w:pPr>
        <w:pStyle w:val="ListParagraph"/>
      </w:pPr>
      <w:r>
        <w:rPr>
          <w:sz w:val="22"/>
        </w:rPr>
        <w:t>D. thể hiện sứ mệnh quốc tế.</w:t>
      </w:r>
    </w:p>
    <w:p/>
    <w:p>
      <w:r>
        <w:rPr>
          <w:b/>
          <w:sz w:val="24"/>
        </w:rPr>
        <w:t>Câu 34: Tại sao nói cuộc chiến đấu bảo vệ biên giới phía Bắc của TQ là biểu hiện sinh động cho ý chí và sức mạnh bền bỉ của nhân dân Việt Nam?</w:t>
      </w:r>
    </w:p>
    <w:p>
      <w:pPr>
        <w:pStyle w:val="ListParagraph"/>
      </w:pPr>
      <w:r>
        <w:rPr>
          <w:sz w:val="22"/>
        </w:rPr>
        <w:t>A. Nhân dân ta đang thực hiện cuộc chiến tranh bảo vệ biên giới Tây Nam của TQ.</w:t>
      </w:r>
    </w:p>
    <w:p>
      <w:pPr>
        <w:pStyle w:val="ListParagraph"/>
      </w:pPr>
      <w:r>
        <w:rPr>
          <w:sz w:val="22"/>
        </w:rPr>
        <w:t>B. Nhân dân ta vừa trải qua cuộc kháng chiến chống thực dân Pháp, đế quốc Mĩ và đang thực hiện nghĩa vụ quốc tế ở Campuchia.</w:t>
      </w:r>
    </w:p>
    <w:p>
      <w:pPr>
        <w:pStyle w:val="ListParagraph"/>
      </w:pPr>
      <w:r>
        <w:rPr>
          <w:sz w:val="22"/>
        </w:rPr>
        <w:t>C. Nhân dân Việt Nam có truyền thống chống giặc ngoại xâm.</w:t>
      </w:r>
    </w:p>
    <w:p>
      <w:pPr>
        <w:pStyle w:val="ListParagraph"/>
      </w:pPr>
      <w:r>
        <w:rPr>
          <w:sz w:val="22"/>
        </w:rPr>
        <w:t>D. Nhân dân ta chưa có sự chuẩn bị cho cuộc chiến này.</w:t>
      </w:r>
    </w:p>
    <w:p/>
    <w:p>
      <w:r>
        <w:rPr>
          <w:b/>
          <w:sz w:val="24"/>
        </w:rPr>
        <w:t>Câu 35: Trong cuộc chiến đấu bảo vệ biên giới phía Bắc của TQ, quân và dân ta đã kết hợp chặt chẽ các mặt đấu tranh nào? Chọn phương án đầy đủ nhất.</w:t>
      </w:r>
    </w:p>
    <w:p>
      <w:pPr>
        <w:pStyle w:val="ListParagraph"/>
      </w:pPr>
      <w:r>
        <w:rPr>
          <w:sz w:val="22"/>
        </w:rPr>
        <w:t>A. Đấu tranh quân sự, chính trị, ngoại giao; sức mạnh dân tộc với sức mạnh thời đại; tranh thủ sự ủng hộ, giúp đỡ của cộng đồng quốc tế.</w:t>
      </w:r>
    </w:p>
    <w:p>
      <w:pPr>
        <w:pStyle w:val="ListParagraph"/>
      </w:pPr>
      <w:r>
        <w:rPr>
          <w:sz w:val="22"/>
        </w:rPr>
        <w:t>B. Đấu tranh quân sự với các biện pháp kinh tế</w:t>
      </w:r>
    </w:p>
    <w:p>
      <w:pPr>
        <w:pStyle w:val="ListParagraph"/>
      </w:pPr>
      <w:r>
        <w:rPr>
          <w:sz w:val="22"/>
        </w:rPr>
        <w:t>C. Sức mạnh dân tộc với sức mạnh thời đại</w:t>
      </w:r>
    </w:p>
    <w:p>
      <w:pPr>
        <w:pStyle w:val="ListParagraph"/>
      </w:pPr>
      <w:r>
        <w:rPr>
          <w:sz w:val="22"/>
        </w:rPr>
        <w:t>D. Đấu tranh quân sự với ngoại giao và pháp lí.</w:t>
      </w:r>
    </w:p>
    <w:p/>
    <w:p>
      <w:r>
        <w:rPr>
          <w:b/>
          <w:sz w:val="24"/>
        </w:rPr>
        <w:t>Câu 36: Trong cuộc đấu tranh bảo vệ biên giới phía Bắc của TQ, để ngăn chặn đối phương tiến quân sâu vào lãnh thổ, quân và dân ta đã làm gì?</w:t>
      </w:r>
    </w:p>
    <w:p>
      <w:pPr>
        <w:pStyle w:val="ListParagraph"/>
      </w:pPr>
      <w:r>
        <w:rPr>
          <w:sz w:val="22"/>
        </w:rPr>
        <w:t>A. Đóng các cửa khẩu</w:t>
      </w:r>
    </w:p>
    <w:p>
      <w:pPr>
        <w:pStyle w:val="ListParagraph"/>
      </w:pPr>
      <w:r>
        <w:rPr>
          <w:sz w:val="22"/>
        </w:rPr>
        <w:t>B. Đánh giặc bất cứ nơi nào, ngay từ đầu, trên tuyến đầu TQ</w:t>
      </w:r>
    </w:p>
    <w:p>
      <w:pPr>
        <w:pStyle w:val="ListParagraph"/>
      </w:pPr>
      <w:r>
        <w:rPr>
          <w:sz w:val="22"/>
        </w:rPr>
        <w:t>C. Tổ chức các đợt phản công, đẩy lùi quân địch.</w:t>
      </w:r>
    </w:p>
    <w:p>
      <w:pPr>
        <w:pStyle w:val="ListParagraph"/>
      </w:pPr>
      <w:r>
        <w:rPr>
          <w:sz w:val="22"/>
        </w:rPr>
        <w:t>D. Ngăn chặn không cho quân đối phương hành quân.</w:t>
      </w:r>
    </w:p>
    <w:p/>
    <w:p>
      <w:r>
        <w:rPr>
          <w:b/>
          <w:sz w:val="24"/>
        </w:rPr>
        <w:t>Câu 37: Việt Nam đã làm gì để chuẩn bị cho cuộc chiến đấu bảo vệ biên giới phía Bắc của Tổ quốc? Chọn phương án đầy đủ nhất.</w:t>
      </w:r>
    </w:p>
    <w:p>
      <w:pPr>
        <w:pStyle w:val="ListParagraph"/>
      </w:pPr>
      <w:r>
        <w:rPr>
          <w:sz w:val="22"/>
        </w:rPr>
        <w:t>A. Đánh giá đúng âm mưu, thủ đoạn và khả năng hành động của đối phương.</w:t>
      </w:r>
    </w:p>
    <w:p>
      <w:pPr>
        <w:pStyle w:val="ListParagraph"/>
      </w:pPr>
      <w:r>
        <w:rPr>
          <w:sz w:val="22"/>
        </w:rPr>
        <w:t>B. Chọn hướng và địa bàn tác chiến nhằm vào hướng tiến công chủ yếu của đối phương.</w:t>
      </w:r>
    </w:p>
    <w:p>
      <w:pPr>
        <w:pStyle w:val="ListParagraph"/>
      </w:pPr>
      <w:r>
        <w:rPr>
          <w:sz w:val="22"/>
        </w:rPr>
        <w:t>C. Chủ động chuẩn bị chiến trường; chọn hướng và địa bàn tác chiến nhằm vào hướng tiến công chủ yếu của đối phương.</w:t>
      </w:r>
    </w:p>
    <w:p>
      <w:pPr>
        <w:pStyle w:val="ListParagraph"/>
      </w:pPr>
      <w:r>
        <w:rPr>
          <w:sz w:val="22"/>
        </w:rPr>
        <w:t>D. Đánh giá đúng âm mưu, thủ đoạn, khả năng hành động của đối phương; chủ động chuẩn bị chiến trường; xây dựng thế trận phòng thủ vững chắc và làm tốt công tác bảo đảm cho chiến đấu.</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B</w:t>
      </w:r>
    </w:p>
    <w:p>
      <w:r>
        <w:rPr>
          <w:b/>
        </w:rPr>
        <w:t>Câu 6: Đáp án đúng: A</w:t>
      </w:r>
    </w:p>
    <w:p>
      <w:r>
        <w:rPr>
          <w:b/>
        </w:rPr>
        <w:t>Câu 7: Đáp án đúng: A</w:t>
      </w:r>
    </w:p>
    <w:p>
      <w:r>
        <w:rPr>
          <w:b/>
        </w:rPr>
        <w:t>Câu 8: Đáp án đúng: D</w:t>
      </w:r>
    </w:p>
    <w:p>
      <w:r>
        <w:rPr>
          <w:b/>
        </w:rPr>
        <w:t>Câu 9: Đáp án đúng: B</w:t>
      </w:r>
    </w:p>
    <w:p>
      <w:r>
        <w:rPr>
          <w:b/>
        </w:rPr>
        <w:t>Câu 10: Đáp án đúng: B</w:t>
      </w:r>
    </w:p>
    <w:p>
      <w:r>
        <w:rPr>
          <w:b/>
        </w:rPr>
        <w:t>Câu 11: Đáp án đúng: A</w:t>
      </w:r>
    </w:p>
    <w:p>
      <w:r>
        <w:rPr>
          <w:b/>
        </w:rPr>
        <w:t>Câu 12: Đáp án đúng: C</w:t>
      </w:r>
    </w:p>
    <w:p>
      <w:r>
        <w:rPr>
          <w:b/>
        </w:rPr>
        <w:t>Câu 13: Đáp án đúng: D</w:t>
      </w:r>
    </w:p>
    <w:p>
      <w:r>
        <w:rPr>
          <w:b/>
        </w:rPr>
        <w:t>Câu 14: Đáp án đúng: D</w:t>
      </w:r>
    </w:p>
    <w:p>
      <w:r>
        <w:rPr>
          <w:b/>
        </w:rPr>
        <w:t>Câu 15: Đáp án đúng: B</w:t>
      </w:r>
    </w:p>
    <w:p>
      <w:r>
        <w:rPr>
          <w:b/>
        </w:rPr>
        <w:t>Câu 16: Đáp án đúng: B</w:t>
      </w:r>
    </w:p>
    <w:p>
      <w:r>
        <w:rPr>
          <w:b/>
        </w:rPr>
        <w:t>Câu 17: Đáp án đúng: D</w:t>
      </w:r>
    </w:p>
    <w:p>
      <w:r>
        <w:rPr>
          <w:b/>
        </w:rPr>
        <w:t>Câu 18: Đáp án đúng: A</w:t>
      </w:r>
    </w:p>
    <w:p>
      <w:r>
        <w:rPr>
          <w:b/>
        </w:rPr>
        <w:t>Câu 19: Đáp án đúng: C</w:t>
      </w:r>
    </w:p>
    <w:p>
      <w:r>
        <w:rPr>
          <w:b/>
        </w:rPr>
        <w:t>Câu 20: Đáp án đúng: D</w:t>
      </w:r>
    </w:p>
    <w:p>
      <w:r>
        <w:rPr>
          <w:b/>
        </w:rPr>
        <w:t>Câu 21: Đáp án đúng: A</w:t>
      </w:r>
    </w:p>
    <w:p>
      <w:r>
        <w:rPr>
          <w:b/>
        </w:rPr>
        <w:t>Câu 22: Đáp án đúng: C</w:t>
      </w:r>
    </w:p>
    <w:p>
      <w:r>
        <w:rPr>
          <w:b/>
        </w:rPr>
        <w:t>Câu 23: Đáp án đúng: A</w:t>
      </w:r>
    </w:p>
    <w:p>
      <w:r>
        <w:rPr>
          <w:b/>
        </w:rPr>
        <w:t>Câu 24: Đáp án đúng: D</w:t>
      </w:r>
    </w:p>
    <w:p>
      <w:r>
        <w:rPr>
          <w:b/>
        </w:rPr>
        <w:t>Câu 25: Đáp án đúng: A</w:t>
      </w:r>
    </w:p>
    <w:p>
      <w:r>
        <w:rPr>
          <w:b/>
        </w:rPr>
        <w:t>Câu 26: Đáp án đúng: B</w:t>
      </w:r>
    </w:p>
    <w:p>
      <w:r>
        <w:rPr>
          <w:b/>
        </w:rPr>
        <w:t>Câu 27: Đáp án đúng: A</w:t>
      </w:r>
    </w:p>
    <w:p>
      <w:r>
        <w:rPr>
          <w:b/>
        </w:rPr>
        <w:t>Câu 28: Đáp án đúng: D</w:t>
      </w:r>
    </w:p>
    <w:p>
      <w:r>
        <w:rPr>
          <w:b/>
        </w:rPr>
        <w:t>Câu 29: Đáp án đúng: B</w:t>
      </w:r>
    </w:p>
    <w:p>
      <w:r>
        <w:rPr>
          <w:b/>
        </w:rPr>
        <w:t>Câu 30: Đáp án đúng: C</w:t>
      </w:r>
    </w:p>
    <w:p>
      <w:r>
        <w:rPr>
          <w:b/>
        </w:rPr>
        <w:t>Câu 31: Đáp án đúng: D</w:t>
      </w:r>
    </w:p>
    <w:p>
      <w:r>
        <w:rPr>
          <w:b/>
        </w:rPr>
        <w:t>Câu 32: Đáp án đúng: C</w:t>
      </w:r>
    </w:p>
    <w:p>
      <w:r>
        <w:rPr>
          <w:b/>
        </w:rPr>
        <w:t>Câu 33: Đáp án đúng: A</w:t>
      </w:r>
    </w:p>
    <w:p>
      <w:r>
        <w:rPr>
          <w:b/>
        </w:rPr>
        <w:t>Câu 34: Đáp án đúng: B</w:t>
      </w:r>
    </w:p>
    <w:p>
      <w:r>
        <w:rPr>
          <w:b/>
        </w:rPr>
        <w:t>Câu 35: Đáp án đúng: A</w:t>
      </w:r>
    </w:p>
    <w:p>
      <w:r>
        <w:rPr>
          <w:b/>
        </w:rPr>
        <w:t>Câu 36: Đáp án đúng: B</w:t>
      </w:r>
    </w:p>
    <w:p>
      <w:r>
        <w:rPr>
          <w:b/>
        </w:rPr>
        <w:t>Câu 37: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