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12 TRẬT TỰ THẾ GIỚI TRONG CHIẾN TRANH LẠNH</w:t>
      </w:r>
    </w:p>
    <w:p>
      <w:pPr>
        <w:jc w:val="center"/>
      </w:pPr>
      <w:r>
        <w:rPr>
          <w:sz w:val="22"/>
        </w:rPr>
        <w:t>Số câu: 24    Thời gian: _____ phút    Họ và tên: _________________________</w:t>
      </w:r>
    </w:p>
    <w:p/>
    <w:p>
      <w:r>
        <w:rPr>
          <w:b/>
          <w:sz w:val="24"/>
        </w:rPr>
        <w:t>Câu 1: Câu 1. Hội nghị I-an-ta diễn ra khi cuộc Chiến tranh thế giới thứ hai</w:t>
      </w:r>
    </w:p>
    <w:p>
      <w:pPr>
        <w:pStyle w:val="ListParagraph"/>
      </w:pPr>
      <w:r>
        <w:rPr>
          <w:sz w:val="22"/>
        </w:rPr>
        <w:t>A. bước vào giai đoạn kết thúc.</w:t>
      </w:r>
    </w:p>
    <w:p>
      <w:pPr>
        <w:pStyle w:val="ListParagraph"/>
      </w:pPr>
      <w:r>
        <w:rPr>
          <w:sz w:val="22"/>
        </w:rPr>
        <w:t>B. bắt đầu mở rộng sang châu Á.</w:t>
      </w:r>
    </w:p>
    <w:p>
      <w:pPr>
        <w:pStyle w:val="ListParagraph"/>
      </w:pPr>
      <w:r>
        <w:rPr>
          <w:sz w:val="22"/>
        </w:rPr>
        <w:t>C. chấm dứt hoàn toàn ở châu Âu.</w:t>
      </w:r>
    </w:p>
    <w:p>
      <w:pPr>
        <w:pStyle w:val="ListParagraph"/>
      </w:pPr>
      <w:r>
        <w:rPr>
          <w:sz w:val="22"/>
        </w:rPr>
        <w:t>D. bùng nổ và diễn ra quyết liệt.</w:t>
      </w:r>
    </w:p>
    <w:p/>
    <w:p>
      <w:r>
        <w:rPr>
          <w:b/>
          <w:sz w:val="24"/>
        </w:rPr>
        <w:t>Câu 2: Câu 2. Từ năm 1945 đến đầu những năm 70 của thế kỉ XX, Liên Xô đã trải qua thời kì</w:t>
      </w:r>
    </w:p>
    <w:p>
      <w:pPr>
        <w:pStyle w:val="ListParagraph"/>
      </w:pPr>
      <w:r>
        <w:rPr>
          <w:sz w:val="22"/>
        </w:rPr>
        <w:t>A. xác lập và phát triển.</w:t>
      </w:r>
    </w:p>
    <w:p>
      <w:pPr>
        <w:pStyle w:val="ListParagraph"/>
      </w:pPr>
      <w:r>
        <w:rPr>
          <w:sz w:val="22"/>
        </w:rPr>
        <w:t>B. suy yếu và sụp đổ.</w:t>
      </w:r>
    </w:p>
    <w:p>
      <w:pPr>
        <w:pStyle w:val="ListParagraph"/>
      </w:pPr>
      <w:r>
        <w:rPr>
          <w:sz w:val="22"/>
        </w:rPr>
        <w:t>C. xói mòn và tan rã.</w:t>
      </w:r>
    </w:p>
    <w:p>
      <w:pPr>
        <w:pStyle w:val="ListParagraph"/>
      </w:pPr>
      <w:r>
        <w:rPr>
          <w:sz w:val="22"/>
        </w:rPr>
        <w:t>D. bước đầu xác lập.</w:t>
      </w:r>
    </w:p>
    <w:p/>
    <w:p>
      <w:r>
        <w:rPr>
          <w:b/>
          <w:sz w:val="24"/>
        </w:rPr>
        <w:t>Câu 3: Câu 3. Liên minh quân sự nào sau đây được thành lập trong thời kì tồn tại của trật tự thế giới hai cực I-an-ta?</w:t>
      </w:r>
    </w:p>
    <w:p>
      <w:pPr>
        <w:pStyle w:val="ListParagraph"/>
      </w:pPr>
      <w:r>
        <w:rPr>
          <w:sz w:val="22"/>
        </w:rPr>
        <w:t>A. Hiệp hội các quốc gia Đông Nam Á.</w:t>
      </w:r>
    </w:p>
    <w:p>
      <w:pPr>
        <w:pStyle w:val="ListParagraph"/>
      </w:pPr>
      <w:r>
        <w:rPr>
          <w:sz w:val="22"/>
        </w:rPr>
        <w:t>B. Cộng đồng năng lượng nguyên tử châu Âu.</w:t>
      </w:r>
    </w:p>
    <w:p>
      <w:pPr>
        <w:pStyle w:val="ListParagraph"/>
      </w:pPr>
      <w:r>
        <w:rPr>
          <w:sz w:val="22"/>
        </w:rPr>
        <w:t>C. Tổ chức Hiệp ước Bắc Đại Tây Dương.</w:t>
      </w:r>
    </w:p>
    <w:p>
      <w:pPr>
        <w:pStyle w:val="ListParagraph"/>
      </w:pPr>
      <w:r>
        <w:rPr>
          <w:sz w:val="22"/>
        </w:rPr>
        <w:t>D. Hội đồng tương trợ kinh tế.</w:t>
      </w:r>
    </w:p>
    <w:p/>
    <w:p>
      <w:r>
        <w:rPr>
          <w:b/>
          <w:sz w:val="24"/>
        </w:rPr>
        <w:t>Câu 4: Câu 4. Nguyên thủ quốc gia nào sau đây tham dự Hội nghị I-an-ta (1945)?</w:t>
      </w:r>
    </w:p>
    <w:p>
      <w:pPr>
        <w:pStyle w:val="ListParagraph"/>
      </w:pPr>
      <w:r>
        <w:rPr>
          <w:sz w:val="22"/>
        </w:rPr>
        <w:t>A. Nhật Bản.</w:t>
      </w:r>
    </w:p>
    <w:p>
      <w:pPr>
        <w:pStyle w:val="ListParagraph"/>
      </w:pPr>
      <w:r>
        <w:rPr>
          <w:sz w:val="22"/>
        </w:rPr>
        <w:t>B. Pháp.</w:t>
      </w:r>
    </w:p>
    <w:p>
      <w:pPr>
        <w:pStyle w:val="ListParagraph"/>
      </w:pPr>
      <w:r>
        <w:rPr>
          <w:sz w:val="22"/>
        </w:rPr>
        <w:t>C. Đức.</w:t>
      </w:r>
    </w:p>
    <w:p>
      <w:pPr>
        <w:pStyle w:val="ListParagraph"/>
      </w:pPr>
      <w:r>
        <w:rPr>
          <w:sz w:val="22"/>
        </w:rPr>
        <w:t>D. Mỹ.</w:t>
      </w:r>
    </w:p>
    <w:p/>
    <w:p>
      <w:r>
        <w:rPr>
          <w:b/>
          <w:sz w:val="24"/>
        </w:rPr>
        <w:t>Câu 5: Câu 5. Từ đầu những năm 70 của thế kỉ XX đến năm 1991, xu thế nào sau đây phát triển trong quan hệ quốc tế?</w:t>
      </w:r>
    </w:p>
    <w:p>
      <w:pPr>
        <w:pStyle w:val="ListParagraph"/>
      </w:pPr>
      <w:r>
        <w:rPr>
          <w:sz w:val="22"/>
        </w:rPr>
        <w:t>A. Xung đột, li khai.</w:t>
      </w:r>
    </w:p>
    <w:p>
      <w:pPr>
        <w:pStyle w:val="ListParagraph"/>
      </w:pPr>
      <w:r>
        <w:rPr>
          <w:sz w:val="22"/>
        </w:rPr>
        <w:t>B. Đối đầu, biệt lập.</w:t>
      </w:r>
    </w:p>
    <w:p>
      <w:pPr>
        <w:pStyle w:val="ListParagraph"/>
      </w:pPr>
      <w:r>
        <w:rPr>
          <w:sz w:val="22"/>
        </w:rPr>
        <w:t>C. Hoà hoãn, đối thoại.</w:t>
      </w:r>
    </w:p>
    <w:p>
      <w:pPr>
        <w:pStyle w:val="ListParagraph"/>
      </w:pPr>
      <w:r>
        <w:rPr>
          <w:sz w:val="22"/>
        </w:rPr>
        <w:t>D. Khủng bố, nội chiến.</w:t>
      </w:r>
    </w:p>
    <w:p/>
    <w:p>
      <w:r>
        <w:rPr>
          <w:b/>
          <w:sz w:val="24"/>
        </w:rPr>
        <w:t>Câu 6: Câu 6. Theo quyết định của Hội nghị I-an-ta (1945), quốc gia nào sau đây thuộc phạm vi ảnh hưởng của Mỹ?</w:t>
      </w:r>
    </w:p>
    <w:p>
      <w:pPr>
        <w:pStyle w:val="ListParagraph"/>
      </w:pPr>
      <w:r>
        <w:rPr>
          <w:sz w:val="22"/>
        </w:rPr>
        <w:t>A. Lào.</w:t>
      </w:r>
    </w:p>
    <w:p>
      <w:pPr>
        <w:pStyle w:val="ListParagraph"/>
      </w:pPr>
      <w:r>
        <w:rPr>
          <w:sz w:val="22"/>
        </w:rPr>
        <w:t>B. Việt Nam.</w:t>
      </w:r>
    </w:p>
    <w:p>
      <w:pPr>
        <w:pStyle w:val="ListParagraph"/>
      </w:pPr>
      <w:r>
        <w:rPr>
          <w:sz w:val="22"/>
        </w:rPr>
        <w:t>C. Nhật Bản.</w:t>
      </w:r>
    </w:p>
    <w:p>
      <w:pPr>
        <w:pStyle w:val="ListParagraph"/>
      </w:pPr>
      <w:r>
        <w:rPr>
          <w:sz w:val="22"/>
        </w:rPr>
        <w:t>D. Ấn Độ.</w:t>
      </w:r>
    </w:p>
    <w:p/>
    <w:p>
      <w:r>
        <w:rPr>
          <w:b/>
          <w:sz w:val="24"/>
        </w:rPr>
        <w:t>Câu 7: Câu 7. Hội nghị I-an-ta (1945) thỏa thuận phân chia phạm vi ảnh hưởng giữa các nước lớn ở những khu vực nào sau đây?</w:t>
      </w:r>
    </w:p>
    <w:p>
      <w:pPr>
        <w:pStyle w:val="ListParagraph"/>
      </w:pPr>
      <w:r>
        <w:rPr>
          <w:sz w:val="22"/>
        </w:rPr>
        <w:t>A. Châu Á, châu Phi.</w:t>
      </w:r>
    </w:p>
    <w:p>
      <w:pPr>
        <w:pStyle w:val="ListParagraph"/>
      </w:pPr>
      <w:r>
        <w:rPr>
          <w:sz w:val="22"/>
        </w:rPr>
        <w:t>B. Châu Á, châu Âu.</w:t>
      </w:r>
    </w:p>
    <w:p>
      <w:pPr>
        <w:pStyle w:val="ListParagraph"/>
      </w:pPr>
      <w:r>
        <w:rPr>
          <w:sz w:val="22"/>
        </w:rPr>
        <w:t>C. Châu Âu, châu Mỹ.</w:t>
      </w:r>
    </w:p>
    <w:p>
      <w:pPr>
        <w:pStyle w:val="ListParagraph"/>
      </w:pPr>
      <w:r>
        <w:rPr>
          <w:sz w:val="22"/>
        </w:rPr>
        <w:t>D. Châu Á, châu Mỹ.</w:t>
      </w:r>
    </w:p>
    <w:p/>
    <w:p>
      <w:r>
        <w:rPr>
          <w:b/>
          <w:sz w:val="24"/>
        </w:rPr>
        <w:t>Câu 8: Câu 8. Trật tự hai cực I-an-ta được xác lập sau Chiến tranh thế giới thứ hai khẳng định vị thế hàng đầu của hai quốc gia nào sau đây?</w:t>
      </w:r>
    </w:p>
    <w:p>
      <w:pPr>
        <w:pStyle w:val="ListParagraph"/>
      </w:pPr>
      <w:r>
        <w:rPr>
          <w:sz w:val="22"/>
        </w:rPr>
        <w:t>A. Liên Xô và Mỹ.</w:t>
      </w:r>
    </w:p>
    <w:p>
      <w:pPr>
        <w:pStyle w:val="ListParagraph"/>
      </w:pPr>
      <w:r>
        <w:rPr>
          <w:sz w:val="22"/>
        </w:rPr>
        <w:t>B. Mỹ và Anh.</w:t>
      </w:r>
    </w:p>
    <w:p>
      <w:pPr>
        <w:pStyle w:val="ListParagraph"/>
      </w:pPr>
      <w:r>
        <w:rPr>
          <w:sz w:val="22"/>
        </w:rPr>
        <w:t>C. Liên Xô và Anh.</w:t>
      </w:r>
    </w:p>
    <w:p>
      <w:pPr>
        <w:pStyle w:val="ListParagraph"/>
      </w:pPr>
      <w:r>
        <w:rPr>
          <w:sz w:val="22"/>
        </w:rPr>
        <w:t>D. Liên Xô và Pháp.</w:t>
      </w:r>
    </w:p>
    <w:p/>
    <w:p>
      <w:r>
        <w:rPr>
          <w:b/>
          <w:sz w:val="24"/>
        </w:rPr>
        <w:t>Câu 9: Câu 9. Mỹ trong những quyết định của Hội nghị I-an-ta (1945) là</w:t>
      </w:r>
    </w:p>
    <w:p>
      <w:pPr>
        <w:pStyle w:val="ListParagraph"/>
      </w:pPr>
      <w:r>
        <w:rPr>
          <w:sz w:val="22"/>
        </w:rPr>
        <w:t>A. Liên quân Liên Xô chiếm đóng một phần bán đảo Triều Tiên.</w:t>
      </w:r>
    </w:p>
    <w:p>
      <w:pPr>
        <w:pStyle w:val="ListParagraph"/>
      </w:pPr>
      <w:r>
        <w:rPr>
          <w:sz w:val="22"/>
        </w:rPr>
        <w:t>B. xoá bỏ chế độ chuyên chế thực dân kiểu mới và phát xít.</w:t>
      </w:r>
    </w:p>
    <w:p>
      <w:pPr>
        <w:pStyle w:val="ListParagraph"/>
      </w:pPr>
      <w:r>
        <w:rPr>
          <w:sz w:val="22"/>
        </w:rPr>
        <w:t>C. phân chia phạm vi ảnh hưởng giữa các nước phát xít.</w:t>
      </w:r>
    </w:p>
    <w:p>
      <w:pPr>
        <w:pStyle w:val="ListParagraph"/>
      </w:pPr>
      <w:r>
        <w:rPr>
          <w:sz w:val="22"/>
        </w:rPr>
        <w:t>D. thành lập tổ chức Liên hợp quốc để lãnh đạo trật tự thế giới.</w:t>
      </w:r>
    </w:p>
    <w:p/>
    <w:p>
      <w:r>
        <w:rPr>
          <w:b/>
          <w:sz w:val="24"/>
        </w:rPr>
        <w:t>Câu 10: Câu 10. Trật tự thế giới hai cực I-an-ta hoàn toàn tan rã khi</w:t>
      </w:r>
    </w:p>
    <w:p>
      <w:pPr>
        <w:pStyle w:val="ListParagraph"/>
      </w:pPr>
      <w:r>
        <w:rPr>
          <w:sz w:val="22"/>
        </w:rPr>
        <w:t>A. Tổ chức Hiệp ước Vác-sa-va chấm dứt hoạt động.</w:t>
      </w:r>
    </w:p>
    <w:p>
      <w:pPr>
        <w:pStyle w:val="ListParagraph"/>
      </w:pPr>
      <w:r>
        <w:rPr>
          <w:sz w:val="22"/>
        </w:rPr>
        <w:t>B. Mỹ và Liên Xô tuyên bố chấm dứt Chiến tranh lạnh.</w:t>
      </w:r>
    </w:p>
    <w:p>
      <w:pPr>
        <w:pStyle w:val="ListParagraph"/>
      </w:pPr>
      <w:r>
        <w:rPr>
          <w:sz w:val="22"/>
        </w:rPr>
        <w:t>C. Chế độ xã hội chủ nghĩa ở Đông Âu và Liên Xô sụp đổ.</w:t>
      </w:r>
    </w:p>
    <w:p>
      <w:pPr>
        <w:pStyle w:val="ListParagraph"/>
      </w:pPr>
      <w:r>
        <w:rPr>
          <w:sz w:val="22"/>
        </w:rPr>
        <w:t>D. Tổ chức Hội đồng tương trợ kinh tế (SEV) bị giải thể.</w:t>
      </w:r>
    </w:p>
    <w:p/>
    <w:p>
      <w:r>
        <w:rPr>
          <w:b/>
          <w:sz w:val="24"/>
        </w:rPr>
        <w:t>Câu 11: Câu 11. Nội dung nào sau đây không phải là nguyên nhân dẫn đến sự sụp đổ của trật tự thế giới hai cực I-an-ta?</w:t>
      </w:r>
    </w:p>
    <w:p>
      <w:pPr>
        <w:pStyle w:val="ListParagraph"/>
      </w:pPr>
      <w:r>
        <w:rPr>
          <w:sz w:val="22"/>
        </w:rPr>
        <w:t>A. Sự suy giảm thế mạnh kinh tế của Mỹ và Liên Xô.</w:t>
      </w:r>
    </w:p>
    <w:p>
      <w:pPr>
        <w:pStyle w:val="ListParagraph"/>
      </w:pPr>
      <w:r>
        <w:rPr>
          <w:sz w:val="22"/>
        </w:rPr>
        <w:t>B. Thắng lợi của phong trào giải phóng dân tộc trên thế giới.</w:t>
      </w:r>
    </w:p>
    <w:p>
      <w:pPr>
        <w:pStyle w:val="ListParagraph"/>
      </w:pPr>
      <w:r>
        <w:rPr>
          <w:sz w:val="22"/>
        </w:rPr>
        <w:t>C. Sự vươn lên mạnh mẽ của Nhật Bản và các nước Tây Âu.</w:t>
      </w:r>
    </w:p>
    <w:p>
      <w:pPr>
        <w:pStyle w:val="ListParagraph"/>
      </w:pPr>
      <w:r>
        <w:rPr>
          <w:sz w:val="22"/>
        </w:rPr>
        <w:t>D. Ảnh hưởng của cuộc cách mạng công nghiệp lần thứ tư.</w:t>
      </w:r>
    </w:p>
    <w:p/>
    <w:p>
      <w:r>
        <w:rPr>
          <w:b/>
          <w:sz w:val="24"/>
        </w:rPr>
        <w:t>Câu 12: Câu 12. Theo quyết định của Hội nghị I-an-ta (1945), lực lượng nào sau đây sẽ bị tiêu diệt tận gốc?</w:t>
      </w:r>
    </w:p>
    <w:p>
      <w:pPr>
        <w:pStyle w:val="ListParagraph"/>
      </w:pPr>
      <w:r>
        <w:rPr>
          <w:sz w:val="22"/>
        </w:rPr>
        <w:t>A. Chủ nghĩa đế quốc.</w:t>
      </w:r>
    </w:p>
    <w:p>
      <w:pPr>
        <w:pStyle w:val="ListParagraph"/>
      </w:pPr>
      <w:r>
        <w:rPr>
          <w:sz w:val="22"/>
        </w:rPr>
        <w:t>B. Chủ nghĩa xã hội.</w:t>
      </w:r>
    </w:p>
    <w:p>
      <w:pPr>
        <w:pStyle w:val="ListParagraph"/>
      </w:pPr>
      <w:r>
        <w:rPr>
          <w:sz w:val="22"/>
        </w:rPr>
        <w:t>C. Chủ nghĩa phát xít.</w:t>
      </w:r>
    </w:p>
    <w:p>
      <w:pPr>
        <w:pStyle w:val="ListParagraph"/>
      </w:pPr>
      <w:r>
        <w:rPr>
          <w:sz w:val="22"/>
        </w:rPr>
        <w:t>D. Phong kiến quân phiệt.</w:t>
      </w:r>
    </w:p>
    <w:p/>
    <w:p>
      <w:r>
        <w:rPr>
          <w:b/>
          <w:sz w:val="24"/>
        </w:rPr>
        <w:t>Câu 13: Câu 13. Quyết định “Đông Nam Á thuộc phạm vi ảnh hưởng truyền thống của các nước phương Tây” là một trong những nội dung của hội nghị</w:t>
      </w:r>
    </w:p>
    <w:p>
      <w:pPr>
        <w:pStyle w:val="ListParagraph"/>
      </w:pPr>
      <w:r>
        <w:rPr>
          <w:sz w:val="22"/>
        </w:rPr>
        <w:t>A. I-an-ta (Liên Xô).</w:t>
      </w:r>
    </w:p>
    <w:p>
      <w:pPr>
        <w:pStyle w:val="ListParagraph"/>
      </w:pPr>
      <w:r>
        <w:rPr>
          <w:sz w:val="22"/>
        </w:rPr>
        <w:t>B. Xan Phran-xi-xcô (Mỹ).</w:t>
      </w:r>
    </w:p>
    <w:p>
      <w:pPr>
        <w:pStyle w:val="ListParagraph"/>
      </w:pPr>
      <w:r>
        <w:rPr>
          <w:sz w:val="22"/>
        </w:rPr>
        <w:t>C. Pốt-xđam (Đức).</w:t>
      </w:r>
    </w:p>
    <w:p>
      <w:pPr>
        <w:pStyle w:val="ListParagraph"/>
      </w:pPr>
      <w:r>
        <w:rPr>
          <w:sz w:val="22"/>
        </w:rPr>
        <w:t>D. Tê-hê-ran (Iran).</w:t>
      </w:r>
    </w:p>
    <w:p/>
    <w:p>
      <w:r>
        <w:rPr>
          <w:b/>
          <w:sz w:val="24"/>
        </w:rPr>
        <w:t>Câu 14: Câu 14. Theo quyết định của Hội nghị I-an-ta (1945), vùng Tây Âu thuộc phạm vi ảnh hưởng của</w:t>
      </w:r>
    </w:p>
    <w:p>
      <w:pPr>
        <w:pStyle w:val="ListParagraph"/>
      </w:pPr>
      <w:r>
        <w:rPr>
          <w:sz w:val="22"/>
        </w:rPr>
        <w:t>A. Liên Xô.</w:t>
      </w:r>
    </w:p>
    <w:p>
      <w:pPr>
        <w:pStyle w:val="ListParagraph"/>
      </w:pPr>
      <w:r>
        <w:rPr>
          <w:sz w:val="22"/>
        </w:rPr>
        <w:t>B. Mỹ.</w:t>
      </w:r>
    </w:p>
    <w:p>
      <w:pPr>
        <w:pStyle w:val="ListParagraph"/>
      </w:pPr>
      <w:r>
        <w:rPr>
          <w:sz w:val="22"/>
        </w:rPr>
        <w:t>C. Đức.</w:t>
      </w:r>
    </w:p>
    <w:p>
      <w:pPr>
        <w:pStyle w:val="ListParagraph"/>
      </w:pPr>
      <w:r>
        <w:rPr>
          <w:sz w:val="22"/>
        </w:rPr>
        <w:t>D. Nhật Bản.</w:t>
      </w:r>
    </w:p>
    <w:p/>
    <w:p>
      <w:r>
        <w:rPr>
          <w:b/>
          <w:sz w:val="24"/>
        </w:rPr>
        <w:t>Câu 15: Câu 15. Trật tự hai cực I-an-ta sụp đổ năm 1991 đã</w:t>
      </w:r>
    </w:p>
    <w:p>
      <w:pPr>
        <w:pStyle w:val="ListParagraph"/>
      </w:pPr>
      <w:r>
        <w:rPr>
          <w:sz w:val="22"/>
        </w:rPr>
        <w:t>A. làm gia tăng vai trò của một số cường quốc mới nổi.</w:t>
      </w:r>
    </w:p>
    <w:p>
      <w:pPr>
        <w:pStyle w:val="ListParagraph"/>
      </w:pPr>
      <w:r>
        <w:rPr>
          <w:sz w:val="22"/>
        </w:rPr>
        <w:t>B. tạo cho Mỹ có một ưu thế quyết đối và lâu dài.</w:t>
      </w:r>
    </w:p>
    <w:p>
      <w:pPr>
        <w:pStyle w:val="ListParagraph"/>
      </w:pPr>
      <w:r>
        <w:rPr>
          <w:sz w:val="22"/>
        </w:rPr>
        <w:t>C. chấm dứt hoàn toàn mọi xung đột trên toàn cầu.</w:t>
      </w:r>
    </w:p>
    <w:p>
      <w:pPr>
        <w:pStyle w:val="ListParagraph"/>
      </w:pPr>
      <w:r>
        <w:rPr>
          <w:sz w:val="22"/>
        </w:rPr>
        <w:t>D. đưa Mỹ trở thành cường quốc duy nhất trên thế giới.</w:t>
      </w:r>
    </w:p>
    <w:p/>
    <w:p>
      <w:r>
        <w:rPr>
          <w:b/>
          <w:sz w:val="24"/>
        </w:rPr>
        <w:t>Câu 16: Câu 16. Tháng 12-1989, tại đảo Man-ta (Địa Trung Hải), Mỹ và Liên Xô đã cùng tuyên bố</w:t>
      </w:r>
    </w:p>
    <w:p>
      <w:pPr>
        <w:pStyle w:val="ListParagraph"/>
      </w:pPr>
      <w:r>
        <w:rPr>
          <w:sz w:val="22"/>
        </w:rPr>
        <w:t>A. bình thường hóa quan hệ.</w:t>
      </w:r>
    </w:p>
    <w:p>
      <w:pPr>
        <w:pStyle w:val="ListParagraph"/>
      </w:pPr>
      <w:r>
        <w:rPr>
          <w:sz w:val="22"/>
        </w:rPr>
        <w:t>B. chấm dứt Chiến tranh lạnh.</w:t>
      </w:r>
    </w:p>
    <w:p>
      <w:pPr>
        <w:pStyle w:val="ListParagraph"/>
      </w:pPr>
      <w:r>
        <w:rPr>
          <w:sz w:val="22"/>
        </w:rPr>
        <w:t>C. không phổ biến vũ khí hạt nhân.</w:t>
      </w:r>
    </w:p>
    <w:p>
      <w:pPr>
        <w:pStyle w:val="ListParagraph"/>
      </w:pPr>
      <w:r>
        <w:rPr>
          <w:sz w:val="22"/>
        </w:rPr>
        <w:t>D. cắt giảm vũ khí chiến lược.</w:t>
      </w:r>
    </w:p>
    <w:p/>
    <w:p>
      <w:r>
        <w:rPr>
          <w:b/>
          <w:sz w:val="24"/>
        </w:rPr>
        <w:t>Câu 17: Câu 17. Theo quyết định của Hội nghị I-an-ta (1945), Liên Xô không đóng quân tại khu vực nào sau đây?</w:t>
      </w:r>
    </w:p>
    <w:p>
      <w:pPr>
        <w:pStyle w:val="ListParagraph"/>
      </w:pPr>
      <w:r>
        <w:rPr>
          <w:sz w:val="22"/>
        </w:rPr>
        <w:t>A. Đông Đức.</w:t>
      </w:r>
    </w:p>
    <w:p>
      <w:pPr>
        <w:pStyle w:val="ListParagraph"/>
      </w:pPr>
      <w:r>
        <w:rPr>
          <w:sz w:val="22"/>
        </w:rPr>
        <w:t>B. Bắc Triều Tiên.</w:t>
      </w:r>
    </w:p>
    <w:p>
      <w:pPr>
        <w:pStyle w:val="ListParagraph"/>
      </w:pPr>
      <w:r>
        <w:rPr>
          <w:sz w:val="22"/>
        </w:rPr>
        <w:t>C. Đông Âu.</w:t>
      </w:r>
    </w:p>
    <w:p>
      <w:pPr>
        <w:pStyle w:val="ListParagraph"/>
      </w:pPr>
      <w:r>
        <w:rPr>
          <w:sz w:val="22"/>
        </w:rPr>
        <w:t>D. Nam Á.</w:t>
      </w:r>
    </w:p>
    <w:p/>
    <w:p>
      <w:r>
        <w:rPr>
          <w:b/>
          <w:sz w:val="24"/>
        </w:rPr>
        <w:t>Câu 18: Câu 18. Sự kiện lịch sử nào sau đây diễn ra trong thời kì tồn tại của trật tự hai cực I-an-ta (1945–1991)?</w:t>
      </w:r>
    </w:p>
    <w:p>
      <w:pPr>
        <w:pStyle w:val="ListParagraph"/>
      </w:pPr>
      <w:r>
        <w:rPr>
          <w:sz w:val="22"/>
        </w:rPr>
        <w:t>A. Liên bang cộng hòa xã hội chủ nghĩa Xô viết được thành lập.</w:t>
      </w:r>
    </w:p>
    <w:p>
      <w:pPr>
        <w:pStyle w:val="ListParagraph"/>
      </w:pPr>
      <w:r>
        <w:rPr>
          <w:sz w:val="22"/>
        </w:rPr>
        <w:t>B. Việt Nam gia nhập Hiệp hội các quốc gia Đông Nam Á.</w:t>
      </w:r>
    </w:p>
    <w:p>
      <w:pPr>
        <w:pStyle w:val="ListParagraph"/>
      </w:pPr>
      <w:r>
        <w:rPr>
          <w:sz w:val="22"/>
        </w:rPr>
        <w:t>C. Các thế lực phát xít lên cầm quyền ở một số nước châu Âu.</w:t>
      </w:r>
    </w:p>
    <w:p>
      <w:pPr>
        <w:pStyle w:val="ListParagraph"/>
      </w:pPr>
      <w:r>
        <w:rPr>
          <w:sz w:val="22"/>
        </w:rPr>
        <w:t>D. Liên Xô và Mỹ thỏa thuận hạn chế vũ khí tiến công chiến lược.</w:t>
      </w:r>
    </w:p>
    <w:p/>
    <w:p>
      <w:r>
        <w:rPr>
          <w:b/>
          <w:sz w:val="24"/>
        </w:rPr>
        <w:t>Câu 19: Câu 19. Đầu những năm 70 của thế kỉ XX, trật tự hai cực I-an-ta đã bước đầu suy yếu với biểu hiện nào sau đây?</w:t>
      </w:r>
    </w:p>
    <w:p>
      <w:pPr>
        <w:pStyle w:val="ListParagraph"/>
      </w:pPr>
      <w:r>
        <w:rPr>
          <w:sz w:val="22"/>
        </w:rPr>
        <w:t>A. Liên Xô và Mỹ tuyên bố chấm dứt Chiến tranh lạnh.</w:t>
      </w:r>
    </w:p>
    <w:p>
      <w:pPr>
        <w:pStyle w:val="ListParagraph"/>
      </w:pPr>
      <w:r>
        <w:rPr>
          <w:sz w:val="22"/>
        </w:rPr>
        <w:t>B. Mỹ thành lập Tổ chức Hiệp ước Bắc Đại Tây Dương.</w:t>
      </w:r>
    </w:p>
    <w:p>
      <w:pPr>
        <w:pStyle w:val="ListParagraph"/>
      </w:pPr>
      <w:r>
        <w:rPr>
          <w:sz w:val="22"/>
        </w:rPr>
        <w:t>C. Liên Xô và Mỹ thỏa thuận hạn chế vũ khí chiến lược.</w:t>
      </w:r>
    </w:p>
    <w:p>
      <w:pPr>
        <w:pStyle w:val="ListParagraph"/>
      </w:pPr>
      <w:r>
        <w:rPr>
          <w:sz w:val="22"/>
        </w:rPr>
        <w:t>D. Liên Xô thành lập Tổ chức Hiệp ước Vác-sa-va.</w:t>
      </w:r>
    </w:p>
    <w:p/>
    <w:p>
      <w:r>
        <w:rPr>
          <w:b/>
          <w:sz w:val="24"/>
        </w:rPr>
        <w:t>Câu 20: Câu 20. Những quyết định của Hội nghị I-an-ta (1945) và những thỏa thuận sau đó của các cường quốc đã trở thành</w:t>
      </w:r>
    </w:p>
    <w:p>
      <w:pPr>
        <w:pStyle w:val="ListParagraph"/>
      </w:pPr>
      <w:r>
        <w:rPr>
          <w:sz w:val="22"/>
        </w:rPr>
        <w:t>A. khuôn khổ của trật tự thế giới mới.</w:t>
      </w:r>
    </w:p>
    <w:p>
      <w:pPr>
        <w:pStyle w:val="ListParagraph"/>
      </w:pPr>
      <w:r>
        <w:rPr>
          <w:sz w:val="22"/>
        </w:rPr>
        <w:t>B. nguyên nhân kết thúc Chiến tranh lạnh.</w:t>
      </w:r>
    </w:p>
    <w:p>
      <w:pPr>
        <w:pStyle w:val="ListParagraph"/>
      </w:pPr>
      <w:r>
        <w:rPr>
          <w:sz w:val="22"/>
        </w:rPr>
        <w:t>C. nguyên nhân dẫn đến Chiến tranh lạnh.</w:t>
      </w:r>
    </w:p>
    <w:p>
      <w:pPr>
        <w:pStyle w:val="ListParagraph"/>
      </w:pPr>
      <w:r>
        <w:rPr>
          <w:sz w:val="22"/>
        </w:rPr>
        <w:t>D. tiền đề cho tổ chức Hội Quốc liên ra đời.</w:t>
      </w:r>
    </w:p>
    <w:p/>
    <w:p>
      <w:r>
        <w:rPr>
          <w:b/>
          <w:sz w:val="24"/>
        </w:rPr>
        <w:t>Câu 21: Câu 21. Thắng lợi của phong trào giải phóng dân tộc trên thế giới và sự ra đời của hàng loạt các quốc gia độc lập đã</w:t>
      </w:r>
    </w:p>
    <w:p>
      <w:pPr>
        <w:pStyle w:val="ListParagraph"/>
      </w:pPr>
      <w:r>
        <w:rPr>
          <w:sz w:val="22"/>
        </w:rPr>
        <w:t>A. góp phần làm suy yếu trật tự thế giới hai cực I-an-ta.</w:t>
      </w:r>
    </w:p>
    <w:p>
      <w:pPr>
        <w:pStyle w:val="ListParagraph"/>
      </w:pPr>
      <w:r>
        <w:rPr>
          <w:sz w:val="22"/>
        </w:rPr>
        <w:t>B. đánh dấu trật tự hai cực I-an-ta sụp đổ hoàn toàn.</w:t>
      </w:r>
    </w:p>
    <w:p>
      <w:pPr>
        <w:pStyle w:val="ListParagraph"/>
      </w:pPr>
      <w:r>
        <w:rPr>
          <w:sz w:val="22"/>
        </w:rPr>
        <w:t>C. tăng cường phạm vi ảnh hưởng của Mỹ và Liên Xô.</w:t>
      </w:r>
    </w:p>
    <w:p>
      <w:pPr>
        <w:pStyle w:val="ListParagraph"/>
      </w:pPr>
      <w:r>
        <w:rPr>
          <w:sz w:val="22"/>
        </w:rPr>
        <w:t>D. làm sụp đổ hoàn toàn chế độ xã hội chủ nghĩa ở Liên Xô.</w:t>
      </w:r>
    </w:p>
    <w:p/>
    <w:p>
      <w:r>
        <w:rPr>
          <w:b/>
          <w:sz w:val="24"/>
        </w:rPr>
        <w:t>Câu 22: Câu 22. Trong giai đoạn xác lập và phát triển của trật tự hai cực I-an-ta, Mỹ và Liên Xô đã có hành động nào sau đây?</w:t>
      </w:r>
    </w:p>
    <w:p>
      <w:pPr>
        <w:pStyle w:val="ListParagraph"/>
      </w:pPr>
      <w:r>
        <w:rPr>
          <w:sz w:val="22"/>
        </w:rPr>
        <w:t>A. Tiến hành chiến tranh xâm lược.</w:t>
      </w:r>
    </w:p>
    <w:p>
      <w:pPr>
        <w:pStyle w:val="ListParagraph"/>
      </w:pPr>
      <w:r>
        <w:rPr>
          <w:sz w:val="22"/>
        </w:rPr>
        <w:t>B. Hợp tác phát triển kinh tế.</w:t>
      </w:r>
    </w:p>
    <w:p>
      <w:pPr>
        <w:pStyle w:val="ListParagraph"/>
      </w:pPr>
      <w:r>
        <w:rPr>
          <w:sz w:val="22"/>
        </w:rPr>
        <w:t>C. Ủng hộ chiến tranh thế giới.</w:t>
      </w:r>
    </w:p>
    <w:p>
      <w:pPr>
        <w:pStyle w:val="ListParagraph"/>
      </w:pPr>
      <w:r>
        <w:rPr>
          <w:sz w:val="22"/>
        </w:rPr>
        <w:t>D. Tăng cường chạy đua vũ trang.</w:t>
      </w:r>
    </w:p>
    <w:p/>
    <w:p>
      <w:r>
        <w:rPr>
          <w:b/>
          <w:sz w:val="24"/>
        </w:rPr>
        <w:t>Câu 23: Câu 23. Đặc trưng nổi bật của trật tự hai cực I-an-ta từ năm 1945 đến đầu những năm 70 của thế kỉ XX là</w:t>
      </w:r>
    </w:p>
    <w:p>
      <w:pPr>
        <w:pStyle w:val="ListParagraph"/>
      </w:pPr>
      <w:r>
        <w:rPr>
          <w:sz w:val="22"/>
        </w:rPr>
        <w:t>A. sự phát triển mạnh mẽ của xu thế liên kết khu vực.</w:t>
      </w:r>
    </w:p>
    <w:p>
      <w:pPr>
        <w:pStyle w:val="ListParagraph"/>
      </w:pPr>
      <w:r>
        <w:rPr>
          <w:sz w:val="22"/>
        </w:rPr>
        <w:t>B. sự hình thành hai hệ thống đối đầu nhau về tư tưởng.</w:t>
      </w:r>
    </w:p>
    <w:p>
      <w:pPr>
        <w:pStyle w:val="ListParagraph"/>
      </w:pPr>
      <w:r>
        <w:rPr>
          <w:sz w:val="22"/>
        </w:rPr>
        <w:t>C. kinh tế là nội dung căn bản trong quan hệ quốc tế.</w:t>
      </w:r>
    </w:p>
    <w:p>
      <w:pPr>
        <w:pStyle w:val="ListParagraph"/>
      </w:pPr>
      <w:r>
        <w:rPr>
          <w:sz w:val="22"/>
        </w:rPr>
        <w:t>D. xu thế hòa hoãn Đông – Tây chiếm ưu thế chủ đạo.</w:t>
      </w:r>
    </w:p>
    <w:p/>
    <w:p>
      <w:r>
        <w:rPr>
          <w:b/>
          <w:sz w:val="24"/>
        </w:rPr>
        <w:t>Câu 24: Câu 24. Nhận xét nào sau đây là đúng về vị thế của các cường quốc trong trật tự thế giới hai cực I-an-ta (1945–1991)?</w:t>
      </w:r>
    </w:p>
    <w:p>
      <w:pPr>
        <w:pStyle w:val="ListParagraph"/>
      </w:pPr>
      <w:r>
        <w:rPr>
          <w:sz w:val="22"/>
        </w:rPr>
        <w:t>A. Liên Xô đã có lợi thế khi được phân chia các vùng thuộc địa.</w:t>
      </w:r>
    </w:p>
    <w:p>
      <w:pPr>
        <w:pStyle w:val="ListParagraph"/>
      </w:pPr>
      <w:r>
        <w:rPr>
          <w:sz w:val="22"/>
        </w:rPr>
        <w:t>B. Anh không còn giữ được vai trò quốc tế như giai đoạn trước.</w:t>
      </w:r>
    </w:p>
    <w:p>
      <w:pPr>
        <w:pStyle w:val="ListParagraph"/>
      </w:pPr>
      <w:r>
        <w:rPr>
          <w:sz w:val="22"/>
        </w:rPr>
        <w:t>C. Mỹ giữ vai trò quyết định chi phối mọi mối quan hệ quốc tế.</w:t>
      </w:r>
    </w:p>
    <w:p>
      <w:pPr>
        <w:pStyle w:val="ListParagraph"/>
      </w:pPr>
      <w:r>
        <w:rPr>
          <w:sz w:val="22"/>
        </w:rPr>
        <w:t>D. Nhật Bản vươn lên trở thành một cường quốc về chính trị.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