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Tạo 10 câu bài tập toán trắc nghiệm lớp 3 về phép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Kết quả của phép nhân $6 \times 7$ là:</w:t>
      </w:r>
    </w:p>
    <w:p>
      <w:pPr>
        <w:pStyle w:val="ListParagraph"/>
      </w:pPr>
      <w:r>
        <w:rPr>
          <w:sz w:val="22"/>
        </w:rPr>
        <w:t>A. 42</w:t>
      </w:r>
    </w:p>
    <w:p>
      <w:pPr>
        <w:pStyle w:val="ListParagraph"/>
      </w:pPr>
      <w:r>
        <w:rPr>
          <w:sz w:val="22"/>
        </w:rPr>
        <w:t>B. 36</w:t>
      </w:r>
    </w:p>
    <w:p>
      <w:pPr>
        <w:pStyle w:val="ListParagraph"/>
      </w:pPr>
      <w:r>
        <w:rPr>
          <w:sz w:val="22"/>
        </w:rPr>
        <w:t>C. 48</w:t>
      </w:r>
    </w:p>
    <w:p>
      <w:pPr>
        <w:pStyle w:val="ListParagraph"/>
      </w:pPr>
      <w:r>
        <w:rPr>
          <w:sz w:val="22"/>
        </w:rPr>
        <w:t>D. 54</w:t>
      </w:r>
    </w:p>
    <w:p/>
    <w:p>
      <w:r>
        <w:rPr>
          <w:b/>
          <w:sz w:val="24"/>
        </w:rPr>
        <w:t>Câu 2: Kết quả của phép chia $56 : 8$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3: Tìm $x$, biết $x \times 5 = 45$.</w:t>
      </w:r>
    </w:p>
    <w:p>
      <w:pPr>
        <w:pStyle w:val="ListParagraph"/>
      </w:pPr>
      <w:r>
        <w:rPr>
          <w:sz w:val="22"/>
        </w:rPr>
        <w:t>A. 8</w:t>
      </w:r>
    </w:p>
    <w:p>
      <w:pPr>
        <w:pStyle w:val="ListParagraph"/>
      </w:pPr>
      <w:r>
        <w:rPr>
          <w:sz w:val="22"/>
        </w:rPr>
        <w:t>B. 9</w:t>
      </w:r>
    </w:p>
    <w:p>
      <w:pPr>
        <w:pStyle w:val="ListParagraph"/>
      </w:pPr>
      <w:r>
        <w:rPr>
          <w:sz w:val="22"/>
        </w:rPr>
        <w:t>C. 10</w:t>
      </w:r>
    </w:p>
    <w:p>
      <w:pPr>
        <w:pStyle w:val="ListParagraph"/>
      </w:pPr>
      <w:r>
        <w:rPr>
          <w:sz w:val="22"/>
        </w:rPr>
        <w:t>D. 7</w:t>
      </w:r>
    </w:p>
    <w:p/>
    <w:p>
      <w:r>
        <w:rPr>
          <w:b/>
          <w:sz w:val="24"/>
        </w:rPr>
        <w:t>Câu 4: Có 32 quả cam chia đều vào 4 giỏ. Hỏi mỗi giỏ có bao nhiêu quả cam?</w:t>
      </w:r>
    </w:p>
    <w:p>
      <w:pPr>
        <w:pStyle w:val="ListParagraph"/>
      </w:pPr>
      <w:r>
        <w:rPr>
          <w:sz w:val="22"/>
        </w:rPr>
        <w:t>A. 6 quả</w:t>
      </w:r>
    </w:p>
    <w:p>
      <w:pPr>
        <w:pStyle w:val="ListParagraph"/>
      </w:pPr>
      <w:r>
        <w:rPr>
          <w:sz w:val="22"/>
        </w:rPr>
        <w:t>B. 7 quả</w:t>
      </w:r>
    </w:p>
    <w:p>
      <w:pPr>
        <w:pStyle w:val="ListParagraph"/>
      </w:pPr>
      <w:r>
        <w:rPr>
          <w:sz w:val="22"/>
        </w:rPr>
        <w:t>C. 8 quả</w:t>
      </w:r>
    </w:p>
    <w:p>
      <w:pPr>
        <w:pStyle w:val="ListParagraph"/>
      </w:pPr>
      <w:r>
        <w:rPr>
          <w:sz w:val="22"/>
        </w:rPr>
        <w:t>D. 9 quả</w:t>
      </w:r>
    </w:p>
    <w:p/>
    <w:p>
      <w:r>
        <w:rPr>
          <w:b/>
          <w:sz w:val="24"/>
        </w:rPr>
        <w:t>Câu 5: Kết quả của phép nhân $9 \times 9$ là:</w:t>
      </w:r>
    </w:p>
    <w:p>
      <w:pPr>
        <w:pStyle w:val="ListParagraph"/>
      </w:pPr>
      <w:r>
        <w:rPr>
          <w:sz w:val="22"/>
        </w:rPr>
        <w:t>A. 72</w:t>
      </w:r>
    </w:p>
    <w:p>
      <w:pPr>
        <w:pStyle w:val="ListParagraph"/>
      </w:pPr>
      <w:r>
        <w:rPr>
          <w:sz w:val="22"/>
        </w:rPr>
        <w:t>B. 81</w:t>
      </w:r>
    </w:p>
    <w:p>
      <w:pPr>
        <w:pStyle w:val="ListParagraph"/>
      </w:pPr>
      <w:r>
        <w:rPr>
          <w:sz w:val="22"/>
        </w:rPr>
        <w:t>C. 90</w:t>
      </w:r>
    </w:p>
    <w:p>
      <w:pPr>
        <w:pStyle w:val="ListParagraph"/>
      </w:pPr>
      <w:r>
        <w:rPr>
          <w:sz w:val="22"/>
        </w:rPr>
        <w:t>D. 99</w:t>
      </w:r>
    </w:p>
    <w:p/>
    <w:p>
      <w:r>
        <w:rPr>
          <w:b/>
          <w:sz w:val="24"/>
        </w:rPr>
        <w:t>Câu 6: Kết quả của phép chia $72 : 9$ là:</w:t>
      </w:r>
    </w:p>
    <w:p>
      <w:pPr>
        <w:pStyle w:val="ListParagraph"/>
      </w:pPr>
      <w:r>
        <w:rPr>
          <w:sz w:val="22"/>
        </w:rPr>
        <w:t>A. 6</w:t>
      </w:r>
    </w:p>
    <w:p>
      <w:pPr>
        <w:pStyle w:val="ListParagraph"/>
      </w:pPr>
      <w:r>
        <w:rPr>
          <w:sz w:val="22"/>
        </w:rPr>
        <w:t>B. 7</w:t>
      </w:r>
    </w:p>
    <w:p>
      <w:pPr>
        <w:pStyle w:val="ListParagraph"/>
      </w:pPr>
      <w:r>
        <w:rPr>
          <w:sz w:val="22"/>
        </w:rPr>
        <w:t>C. 8</w:t>
      </w:r>
    </w:p>
    <w:p>
      <w:pPr>
        <w:pStyle w:val="ListParagraph"/>
      </w:pPr>
      <w:r>
        <w:rPr>
          <w:sz w:val="22"/>
        </w:rPr>
        <w:t>D. 9</w:t>
      </w:r>
    </w:p>
    <w:p/>
    <w:p>
      <w:r>
        <w:rPr>
          <w:b/>
          <w:sz w:val="24"/>
        </w:rPr>
        <w:t>Câu 7: Một tuần lễ có 7 ngày. Hỏi 4 tuần lễ có bao nhiêu ngày?</w:t>
      </w:r>
    </w:p>
    <w:p>
      <w:pPr>
        <w:pStyle w:val="ListParagraph"/>
      </w:pPr>
      <w:r>
        <w:rPr>
          <w:sz w:val="22"/>
        </w:rPr>
        <w:t>A. 21 ngày</w:t>
      </w:r>
    </w:p>
    <w:p>
      <w:pPr>
        <w:pStyle w:val="ListParagraph"/>
      </w:pPr>
      <w:r>
        <w:rPr>
          <w:sz w:val="22"/>
        </w:rPr>
        <w:t>B. 28 ngày</w:t>
      </w:r>
    </w:p>
    <w:p>
      <w:pPr>
        <w:pStyle w:val="ListParagraph"/>
      </w:pPr>
      <w:r>
        <w:rPr>
          <w:sz w:val="22"/>
        </w:rPr>
        <w:t>C. 35 ngày</w:t>
      </w:r>
    </w:p>
    <w:p>
      <w:pPr>
        <w:pStyle w:val="ListParagraph"/>
      </w:pPr>
      <w:r>
        <w:rPr>
          <w:sz w:val="22"/>
        </w:rPr>
        <w:t>D. 14 ngày</w:t>
      </w:r>
    </w:p>
    <w:p/>
    <w:p>
      <w:r>
        <w:rPr>
          <w:b/>
          <w:sz w:val="24"/>
        </w:rPr>
        <w:t>Câu 8: Tìm $y$, biết $y : 6 = 8$.</w:t>
      </w:r>
    </w:p>
    <w:p>
      <w:pPr>
        <w:pStyle w:val="ListParagraph"/>
      </w:pPr>
      <w:r>
        <w:rPr>
          <w:sz w:val="22"/>
        </w:rPr>
        <w:t>A. 42</w:t>
      </w:r>
    </w:p>
    <w:p>
      <w:pPr>
        <w:pStyle w:val="ListParagraph"/>
      </w:pPr>
      <w:r>
        <w:rPr>
          <w:sz w:val="22"/>
        </w:rPr>
        <w:t>B. 48</w:t>
      </w:r>
    </w:p>
    <w:p>
      <w:pPr>
        <w:pStyle w:val="ListParagraph"/>
      </w:pPr>
      <w:r>
        <w:rPr>
          <w:sz w:val="22"/>
        </w:rPr>
        <w:t>C. 54</w:t>
      </w:r>
    </w:p>
    <w:p>
      <w:pPr>
        <w:pStyle w:val="ListParagraph"/>
      </w:pPr>
      <w:r>
        <w:rPr>
          <w:sz w:val="22"/>
        </w:rPr>
        <w:t>D. 36</w:t>
      </w:r>
    </w:p>
    <w:p/>
    <w:p>
      <w:r>
        <w:rPr>
          <w:b/>
          <w:sz w:val="24"/>
        </w:rPr>
        <w:t>Câu 9: Kết quả của phép tính $7 \times 8 + 5$ là:</w:t>
      </w:r>
    </w:p>
    <w:p>
      <w:pPr>
        <w:pStyle w:val="ListParagraph"/>
      </w:pPr>
      <w:r>
        <w:rPr>
          <w:sz w:val="22"/>
        </w:rPr>
        <w:t>A. 56</w:t>
      </w:r>
    </w:p>
    <w:p>
      <w:pPr>
        <w:pStyle w:val="ListParagraph"/>
      </w:pPr>
      <w:r>
        <w:rPr>
          <w:sz w:val="22"/>
        </w:rPr>
        <w:t>B. 61</w:t>
      </w:r>
    </w:p>
    <w:p>
      <w:pPr>
        <w:pStyle w:val="ListParagraph"/>
      </w:pPr>
      <w:r>
        <w:rPr>
          <w:sz w:val="22"/>
        </w:rPr>
        <w:t>C. 66</w:t>
      </w:r>
    </w:p>
    <w:p>
      <w:pPr>
        <w:pStyle w:val="ListParagraph"/>
      </w:pPr>
      <w:r>
        <w:rPr>
          <w:sz w:val="22"/>
        </w:rPr>
        <w:t>D. 51</w:t>
      </w:r>
    </w:p>
    <w:p/>
    <w:p>
      <w:r>
        <w:rPr>
          <w:b/>
          <w:sz w:val="24"/>
        </w:rPr>
        <w:t>Câu 10: Có 45 học sinh xếp thành 5 hàng đều nhau. Hỏi mỗi hàng có bao nhiêu học sinh?</w:t>
      </w:r>
    </w:p>
    <w:p>
      <w:pPr>
        <w:pStyle w:val="ListParagraph"/>
      </w:pPr>
      <w:r>
        <w:rPr>
          <w:sz w:val="22"/>
        </w:rPr>
        <w:t>A. 7 học sinh</w:t>
      </w:r>
    </w:p>
    <w:p>
      <w:pPr>
        <w:pStyle w:val="ListParagraph"/>
      </w:pPr>
      <w:r>
        <w:rPr>
          <w:sz w:val="22"/>
        </w:rPr>
        <w:t>B. 8 học sinh</w:t>
      </w:r>
    </w:p>
    <w:p>
      <w:pPr>
        <w:pStyle w:val="ListParagraph"/>
      </w:pPr>
      <w:r>
        <w:rPr>
          <w:sz w:val="22"/>
        </w:rPr>
        <w:t>C. 9 học sinh</w:t>
      </w:r>
    </w:p>
    <w:p>
      <w:pPr>
        <w:pStyle w:val="ListParagraph"/>
      </w:pPr>
      <w:r>
        <w:rPr>
          <w:sz w:val="22"/>
        </w:rPr>
        <w:t>D. 10 học sinh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